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20044" w14:textId="31814166" w:rsidR="00AC5F1B" w:rsidRPr="000A4028" w:rsidRDefault="00AC5F1B" w:rsidP="000A4028">
      <w:pPr>
        <w:spacing w:after="0" w:line="240" w:lineRule="atLeast"/>
        <w:contextualSpacing/>
        <w:rPr>
          <w:rFonts w:ascii="Times New Roman" w:hAnsi="Times New Roman" w:cs="Times New Roman"/>
          <w:b/>
          <w:sz w:val="24"/>
          <w:szCs w:val="24"/>
        </w:rPr>
      </w:pPr>
      <w:r w:rsidRPr="000A4028">
        <w:rPr>
          <w:rFonts w:ascii="Times New Roman" w:hAnsi="Times New Roman" w:cs="Times New Roman"/>
          <w:b/>
          <w:sz w:val="24"/>
          <w:szCs w:val="24"/>
        </w:rPr>
        <w:t xml:space="preserve">Full </w:t>
      </w:r>
      <w:proofErr w:type="gramStart"/>
      <w:r w:rsidRPr="000A4028">
        <w:rPr>
          <w:rFonts w:ascii="Times New Roman" w:hAnsi="Times New Roman" w:cs="Times New Roman"/>
          <w:b/>
          <w:sz w:val="24"/>
          <w:szCs w:val="24"/>
        </w:rPr>
        <w:t>name:..............................................................</w:t>
      </w:r>
      <w:proofErr w:type="gramEnd"/>
      <w:r w:rsidRPr="000A4028">
        <w:rPr>
          <w:rFonts w:ascii="Times New Roman" w:hAnsi="Times New Roman" w:cs="Times New Roman"/>
          <w:b/>
          <w:sz w:val="24"/>
          <w:szCs w:val="24"/>
        </w:rPr>
        <w:t>Class:........       ĐỀ KHẢO SÁT THÁNG 4- TƯƠNG MAI</w:t>
      </w:r>
    </w:p>
    <w:p w14:paraId="26E25C81" w14:textId="7E0249B1" w:rsidR="00C11383" w:rsidRPr="000A4028" w:rsidRDefault="00380BD5"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t>Mark the letter A, B, C or D on your answer sheet to indicate the correct answer to each of the following questions.</w:t>
      </w:r>
    </w:p>
    <w:p w14:paraId="55037589" w14:textId="165317DB" w:rsidR="00C11383" w:rsidRPr="000A4028" w:rsidRDefault="00380BD5" w:rsidP="000A402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1.</w:t>
      </w:r>
      <w:r w:rsidRPr="000A4028">
        <w:rPr>
          <w:rFonts w:ascii="Times New Roman" w:hAnsi="Times New Roman" w:cs="Times New Roman"/>
          <w:sz w:val="24"/>
          <w:szCs w:val="24"/>
        </w:rPr>
        <w:t xml:space="preserve"> He used ______ a long-distance driver when he was younger.</w:t>
      </w:r>
      <w:r w:rsidRPr="000A4028">
        <w:rPr>
          <w:rFonts w:ascii="Times New Roman" w:hAnsi="Times New Roman" w:cs="Times New Roman"/>
          <w:sz w:val="24"/>
          <w:szCs w:val="24"/>
        </w:rPr>
        <w:br/>
        <w:t xml:space="preserve">A. to be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 xml:space="preserve">B. being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 xml:space="preserve">C. to being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D. be</w:t>
      </w:r>
    </w:p>
    <w:p w14:paraId="00C0FD36" w14:textId="0CC6F218" w:rsidR="00C11383" w:rsidRPr="000A4028" w:rsidRDefault="00380BD5" w:rsidP="000A402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2.</w:t>
      </w:r>
      <w:r w:rsidRPr="000A4028">
        <w:rPr>
          <w:rFonts w:ascii="Times New Roman" w:hAnsi="Times New Roman" w:cs="Times New Roman"/>
          <w:sz w:val="24"/>
          <w:szCs w:val="24"/>
        </w:rPr>
        <w:t xml:space="preserve"> This is a difficult problem. I wish I ______ the answer.</w:t>
      </w:r>
      <w:r w:rsidRPr="000A4028">
        <w:rPr>
          <w:rFonts w:ascii="Times New Roman" w:hAnsi="Times New Roman" w:cs="Times New Roman"/>
          <w:sz w:val="24"/>
          <w:szCs w:val="24"/>
        </w:rPr>
        <w:br/>
        <w:t xml:space="preserve">A. knew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 xml:space="preserve">B. know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 xml:space="preserve">C. will know    </w:t>
      </w:r>
      <w:r w:rsidR="000935E7">
        <w:rPr>
          <w:rFonts w:ascii="Times New Roman" w:hAnsi="Times New Roman" w:cs="Times New Roman"/>
          <w:sz w:val="24"/>
          <w:szCs w:val="24"/>
        </w:rPr>
        <w:tab/>
      </w:r>
      <w:r w:rsidRPr="000A4028">
        <w:rPr>
          <w:rFonts w:ascii="Times New Roman" w:hAnsi="Times New Roman" w:cs="Times New Roman"/>
          <w:sz w:val="24"/>
          <w:szCs w:val="24"/>
        </w:rPr>
        <w:t>D. had known</w:t>
      </w:r>
    </w:p>
    <w:p w14:paraId="06BEBE70" w14:textId="47424BC6" w:rsidR="00C11383" w:rsidRPr="000A4028" w:rsidRDefault="00380BD5" w:rsidP="000A402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3.</w:t>
      </w:r>
      <w:r w:rsidRPr="000A4028">
        <w:rPr>
          <w:rFonts w:ascii="Times New Roman" w:hAnsi="Times New Roman" w:cs="Times New Roman"/>
          <w:sz w:val="24"/>
          <w:szCs w:val="24"/>
        </w:rPr>
        <w:t xml:space="preserve"> Before the trip, we read travel blogs of people ______ travelled to the same location.</w:t>
      </w:r>
      <w:r w:rsidRPr="000A4028">
        <w:rPr>
          <w:rFonts w:ascii="Times New Roman" w:hAnsi="Times New Roman" w:cs="Times New Roman"/>
          <w:sz w:val="24"/>
          <w:szCs w:val="24"/>
        </w:rPr>
        <w:br/>
        <w:t xml:space="preserve">A. whose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 xml:space="preserve">B. who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 xml:space="preserve">C. whom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D. which</w:t>
      </w:r>
    </w:p>
    <w:p w14:paraId="5E9C7C8B" w14:textId="7562F5C9" w:rsidR="00C11383" w:rsidRPr="000A4028" w:rsidRDefault="00380BD5" w:rsidP="000A402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4.</w:t>
      </w:r>
      <w:r w:rsidRPr="000A4028">
        <w:rPr>
          <w:rFonts w:ascii="Times New Roman" w:hAnsi="Times New Roman" w:cs="Times New Roman"/>
          <w:sz w:val="24"/>
          <w:szCs w:val="24"/>
        </w:rPr>
        <w:t xml:space="preserve"> Everybody is tired of watching the same commercials on TV every night, ______?</w:t>
      </w:r>
      <w:r w:rsidRPr="000A4028">
        <w:rPr>
          <w:rFonts w:ascii="Times New Roman" w:hAnsi="Times New Roman" w:cs="Times New Roman"/>
          <w:sz w:val="24"/>
          <w:szCs w:val="24"/>
        </w:rPr>
        <w:br/>
        <w:t xml:space="preserve">A. haven't they    </w:t>
      </w:r>
      <w:r w:rsidR="000935E7">
        <w:rPr>
          <w:rFonts w:ascii="Times New Roman" w:hAnsi="Times New Roman" w:cs="Times New Roman"/>
          <w:sz w:val="24"/>
          <w:szCs w:val="24"/>
        </w:rPr>
        <w:tab/>
      </w:r>
      <w:r w:rsidRPr="000A4028">
        <w:rPr>
          <w:rFonts w:ascii="Times New Roman" w:hAnsi="Times New Roman" w:cs="Times New Roman"/>
          <w:sz w:val="24"/>
          <w:szCs w:val="24"/>
        </w:rPr>
        <w:t xml:space="preserve">B. are they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 xml:space="preserve">C. don't they    </w:t>
      </w:r>
      <w:r w:rsidR="000935E7">
        <w:rPr>
          <w:rFonts w:ascii="Times New Roman" w:hAnsi="Times New Roman" w:cs="Times New Roman"/>
          <w:sz w:val="24"/>
          <w:szCs w:val="24"/>
        </w:rPr>
        <w:tab/>
      </w:r>
      <w:r w:rsidRPr="000A4028">
        <w:rPr>
          <w:rFonts w:ascii="Times New Roman" w:hAnsi="Times New Roman" w:cs="Times New Roman"/>
          <w:sz w:val="24"/>
          <w:szCs w:val="24"/>
        </w:rPr>
        <w:t>D. aren't they</w:t>
      </w:r>
    </w:p>
    <w:p w14:paraId="3462CC22" w14:textId="46DD434C" w:rsidR="00C11383" w:rsidRPr="000A4028" w:rsidRDefault="00380BD5" w:rsidP="000A402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5.</w:t>
      </w:r>
      <w:r w:rsidRPr="000A4028">
        <w:rPr>
          <w:rFonts w:ascii="Times New Roman" w:hAnsi="Times New Roman" w:cs="Times New Roman"/>
          <w:sz w:val="24"/>
          <w:szCs w:val="24"/>
        </w:rPr>
        <w:t xml:space="preserve"> Martin and Melanie are talking about mobile phones.</w:t>
      </w:r>
      <w:r w:rsidRPr="000A4028">
        <w:rPr>
          <w:rFonts w:ascii="Times New Roman" w:hAnsi="Times New Roman" w:cs="Times New Roman"/>
          <w:sz w:val="24"/>
          <w:szCs w:val="24"/>
        </w:rPr>
        <w:br/>
        <w:t>- Martin: “Mobile phones bring several benefits to students.”</w:t>
      </w:r>
      <w:r w:rsidRPr="000A4028">
        <w:rPr>
          <w:rFonts w:ascii="Times New Roman" w:hAnsi="Times New Roman" w:cs="Times New Roman"/>
          <w:sz w:val="24"/>
          <w:szCs w:val="24"/>
        </w:rPr>
        <w:br/>
        <w:t>- Melanie: “_______. They can use their phones to study online.”</w:t>
      </w:r>
      <w:r w:rsidRPr="000A4028">
        <w:rPr>
          <w:rFonts w:ascii="Times New Roman" w:hAnsi="Times New Roman" w:cs="Times New Roman"/>
          <w:sz w:val="24"/>
          <w:szCs w:val="24"/>
        </w:rPr>
        <w:br/>
        <w:t xml:space="preserve">A. You can say that again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B. I don’t think so</w:t>
      </w:r>
      <w:r w:rsidRPr="000A4028">
        <w:rPr>
          <w:rFonts w:ascii="Times New Roman" w:hAnsi="Times New Roman" w:cs="Times New Roman"/>
          <w:sz w:val="24"/>
          <w:szCs w:val="24"/>
        </w:rPr>
        <w:br/>
        <w:t xml:space="preserve">C. I don’t quite agree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D. You’re wrong</w:t>
      </w:r>
    </w:p>
    <w:p w14:paraId="4D3DF83C" w14:textId="323DC954" w:rsidR="00C11383" w:rsidRPr="000A4028" w:rsidRDefault="00380BD5" w:rsidP="000A402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6.</w:t>
      </w:r>
      <w:r w:rsidRPr="000A4028">
        <w:rPr>
          <w:rFonts w:ascii="Times New Roman" w:hAnsi="Times New Roman" w:cs="Times New Roman"/>
          <w:sz w:val="24"/>
          <w:szCs w:val="24"/>
        </w:rPr>
        <w:t xml:space="preserve"> The students together with the leader of the club ______ the reports twice, but there are still some spelling mistakes.</w:t>
      </w:r>
      <w:r w:rsidRPr="000A4028">
        <w:rPr>
          <w:rFonts w:ascii="Times New Roman" w:hAnsi="Times New Roman" w:cs="Times New Roman"/>
          <w:sz w:val="24"/>
          <w:szCs w:val="24"/>
        </w:rPr>
        <w:br/>
        <w:t xml:space="preserve">A. check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 xml:space="preserve">B. checks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 xml:space="preserve">C. have checked    </w:t>
      </w:r>
      <w:r w:rsidR="000935E7">
        <w:rPr>
          <w:rFonts w:ascii="Times New Roman" w:hAnsi="Times New Roman" w:cs="Times New Roman"/>
          <w:sz w:val="24"/>
          <w:szCs w:val="24"/>
        </w:rPr>
        <w:tab/>
      </w:r>
      <w:r w:rsidRPr="000A4028">
        <w:rPr>
          <w:rFonts w:ascii="Times New Roman" w:hAnsi="Times New Roman" w:cs="Times New Roman"/>
          <w:sz w:val="24"/>
          <w:szCs w:val="24"/>
        </w:rPr>
        <w:t>D. has checked</w:t>
      </w:r>
    </w:p>
    <w:p w14:paraId="5D69055D" w14:textId="47B378D4" w:rsidR="00C11383" w:rsidRPr="000A4028" w:rsidRDefault="00380BD5" w:rsidP="000A402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7.</w:t>
      </w:r>
      <w:r w:rsidRPr="000A4028">
        <w:rPr>
          <w:rFonts w:ascii="Times New Roman" w:hAnsi="Times New Roman" w:cs="Times New Roman"/>
          <w:sz w:val="24"/>
          <w:szCs w:val="24"/>
        </w:rPr>
        <w:t xml:space="preserve"> John's brother asked Lucy if she ______ his party the following week.</w:t>
      </w:r>
      <w:r w:rsidRPr="000A4028">
        <w:rPr>
          <w:rFonts w:ascii="Times New Roman" w:hAnsi="Times New Roman" w:cs="Times New Roman"/>
          <w:sz w:val="24"/>
          <w:szCs w:val="24"/>
        </w:rPr>
        <w:br/>
        <w:t xml:space="preserve">A. will attend    </w:t>
      </w:r>
      <w:r w:rsidR="000935E7">
        <w:rPr>
          <w:rFonts w:ascii="Times New Roman" w:hAnsi="Times New Roman" w:cs="Times New Roman"/>
          <w:sz w:val="24"/>
          <w:szCs w:val="24"/>
        </w:rPr>
        <w:tab/>
      </w:r>
      <w:r w:rsidRPr="000A4028">
        <w:rPr>
          <w:rFonts w:ascii="Times New Roman" w:hAnsi="Times New Roman" w:cs="Times New Roman"/>
          <w:sz w:val="24"/>
          <w:szCs w:val="24"/>
        </w:rPr>
        <w:t xml:space="preserve">B. was attend    </w:t>
      </w:r>
      <w:r w:rsidR="000935E7">
        <w:rPr>
          <w:rFonts w:ascii="Times New Roman" w:hAnsi="Times New Roman" w:cs="Times New Roman"/>
          <w:sz w:val="24"/>
          <w:szCs w:val="24"/>
        </w:rPr>
        <w:tab/>
      </w:r>
      <w:r w:rsidRPr="000A4028">
        <w:rPr>
          <w:rFonts w:ascii="Times New Roman" w:hAnsi="Times New Roman" w:cs="Times New Roman"/>
          <w:sz w:val="24"/>
          <w:szCs w:val="24"/>
        </w:rPr>
        <w:t xml:space="preserve">C. would attend   </w:t>
      </w:r>
      <w:r w:rsidR="000935E7">
        <w:rPr>
          <w:rFonts w:ascii="Times New Roman" w:hAnsi="Times New Roman" w:cs="Times New Roman"/>
          <w:sz w:val="24"/>
          <w:szCs w:val="24"/>
        </w:rPr>
        <w:tab/>
      </w:r>
      <w:r w:rsidRPr="000A4028">
        <w:rPr>
          <w:rFonts w:ascii="Times New Roman" w:hAnsi="Times New Roman" w:cs="Times New Roman"/>
          <w:sz w:val="24"/>
          <w:szCs w:val="24"/>
        </w:rPr>
        <w:t>D. had attended</w:t>
      </w:r>
    </w:p>
    <w:p w14:paraId="20FFAC62" w14:textId="6ADA1DF0" w:rsidR="00C11383" w:rsidRPr="000A4028" w:rsidRDefault="00380BD5" w:rsidP="000A402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8.</w:t>
      </w:r>
      <w:r w:rsidRPr="000A4028">
        <w:rPr>
          <w:rFonts w:ascii="Times New Roman" w:hAnsi="Times New Roman" w:cs="Times New Roman"/>
          <w:sz w:val="24"/>
          <w:szCs w:val="24"/>
        </w:rPr>
        <w:t xml:space="preserve"> The local authority recommended that people ______ local traditional customs during the festival.</w:t>
      </w:r>
      <w:r w:rsidRPr="000A4028">
        <w:rPr>
          <w:rFonts w:ascii="Times New Roman" w:hAnsi="Times New Roman" w:cs="Times New Roman"/>
          <w:sz w:val="24"/>
          <w:szCs w:val="24"/>
        </w:rPr>
        <w:br/>
        <w:t xml:space="preserve">A. to follow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 xml:space="preserve">B. follow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 xml:space="preserve">C. followed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D. following</w:t>
      </w:r>
    </w:p>
    <w:p w14:paraId="083D1C97" w14:textId="77777777" w:rsidR="00C11383" w:rsidRPr="000A4028" w:rsidRDefault="00380BD5"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t>Mark the letter A, B, C or D on your answer sheet to indicate the sentence that is made from the given cues in each of the following questions.</w:t>
      </w:r>
    </w:p>
    <w:p w14:paraId="2B7E80C8" w14:textId="77777777" w:rsidR="00C11383" w:rsidRPr="000A4028" w:rsidRDefault="00380BD5" w:rsidP="000A402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9.</w:t>
      </w:r>
      <w:r w:rsidRPr="000A4028">
        <w:rPr>
          <w:rFonts w:ascii="Times New Roman" w:hAnsi="Times New Roman" w:cs="Times New Roman"/>
          <w:sz w:val="24"/>
          <w:szCs w:val="24"/>
        </w:rPr>
        <w:t xml:space="preserve"> If more people volunteer / we / </w:t>
      </w:r>
      <w:proofErr w:type="spellStart"/>
      <w:r w:rsidRPr="000A4028">
        <w:rPr>
          <w:rFonts w:ascii="Times New Roman" w:hAnsi="Times New Roman" w:cs="Times New Roman"/>
          <w:sz w:val="24"/>
          <w:szCs w:val="24"/>
        </w:rPr>
        <w:t>clean up</w:t>
      </w:r>
      <w:proofErr w:type="spellEnd"/>
      <w:r w:rsidRPr="000A4028">
        <w:rPr>
          <w:rFonts w:ascii="Times New Roman" w:hAnsi="Times New Roman" w:cs="Times New Roman"/>
          <w:sz w:val="24"/>
          <w:szCs w:val="24"/>
        </w:rPr>
        <w:t xml:space="preserve"> / the beach / an hour</w:t>
      </w:r>
      <w:r w:rsidRPr="000A4028">
        <w:rPr>
          <w:rFonts w:ascii="Times New Roman" w:hAnsi="Times New Roman" w:cs="Times New Roman"/>
          <w:sz w:val="24"/>
          <w:szCs w:val="24"/>
        </w:rPr>
        <w:br/>
        <w:t>A. If more people volunteer, we would clean up the beach in an hour.</w:t>
      </w:r>
      <w:r w:rsidRPr="000A4028">
        <w:rPr>
          <w:rFonts w:ascii="Times New Roman" w:hAnsi="Times New Roman" w:cs="Times New Roman"/>
          <w:sz w:val="24"/>
          <w:szCs w:val="24"/>
        </w:rPr>
        <w:br/>
        <w:t>B. If more people volunteered, we can clean up the beach for an hour.</w:t>
      </w:r>
      <w:r w:rsidRPr="000A4028">
        <w:rPr>
          <w:rFonts w:ascii="Times New Roman" w:hAnsi="Times New Roman" w:cs="Times New Roman"/>
          <w:sz w:val="24"/>
          <w:szCs w:val="24"/>
        </w:rPr>
        <w:br/>
        <w:t>C. If more people volunteer, we will clean up the beach in an hour.</w:t>
      </w:r>
      <w:r w:rsidRPr="000A4028">
        <w:rPr>
          <w:rFonts w:ascii="Times New Roman" w:hAnsi="Times New Roman" w:cs="Times New Roman"/>
          <w:sz w:val="24"/>
          <w:szCs w:val="24"/>
        </w:rPr>
        <w:br/>
        <w:t>D. If more people volunteered, we will clean up the beach for an hour.</w:t>
      </w:r>
    </w:p>
    <w:p w14:paraId="2F1F4DC7" w14:textId="77777777" w:rsidR="00C11383" w:rsidRPr="000A4028" w:rsidRDefault="00380BD5" w:rsidP="000A402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10.</w:t>
      </w:r>
      <w:r w:rsidRPr="000A4028">
        <w:rPr>
          <w:rFonts w:ascii="Times New Roman" w:hAnsi="Times New Roman" w:cs="Times New Roman"/>
          <w:sz w:val="24"/>
          <w:szCs w:val="24"/>
        </w:rPr>
        <w:t xml:space="preserve"> Visit / the rainforest / be not / as / relax / visit / the beach.</w:t>
      </w:r>
      <w:r w:rsidRPr="000A4028">
        <w:rPr>
          <w:rFonts w:ascii="Times New Roman" w:hAnsi="Times New Roman" w:cs="Times New Roman"/>
          <w:sz w:val="24"/>
          <w:szCs w:val="24"/>
        </w:rPr>
        <w:br/>
        <w:t>A. Visiting the rainforest isn't as relaxed as visiting the beach</w:t>
      </w:r>
      <w:r w:rsidRPr="000A4028">
        <w:rPr>
          <w:rFonts w:ascii="Times New Roman" w:hAnsi="Times New Roman" w:cs="Times New Roman"/>
          <w:sz w:val="24"/>
          <w:szCs w:val="24"/>
        </w:rPr>
        <w:br/>
        <w:t>B. Visiting the rainforest isn't as relaxing than visiting the beach.</w:t>
      </w:r>
      <w:r w:rsidRPr="000A4028">
        <w:rPr>
          <w:rFonts w:ascii="Times New Roman" w:hAnsi="Times New Roman" w:cs="Times New Roman"/>
          <w:sz w:val="24"/>
          <w:szCs w:val="24"/>
        </w:rPr>
        <w:br/>
        <w:t>C. Visiting the rainforest isn't as relaxing as visiting the beach.</w:t>
      </w:r>
      <w:r w:rsidRPr="000A4028">
        <w:rPr>
          <w:rFonts w:ascii="Times New Roman" w:hAnsi="Times New Roman" w:cs="Times New Roman"/>
          <w:sz w:val="24"/>
          <w:szCs w:val="24"/>
        </w:rPr>
        <w:br/>
        <w:t>D. To visit the rainforest isn't as relaxing as visit the beach.</w:t>
      </w:r>
    </w:p>
    <w:p w14:paraId="59C1067A" w14:textId="77777777" w:rsidR="00C11383" w:rsidRPr="000A4028" w:rsidRDefault="00380BD5"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t>Read the following passage and mark the letter A, B, C, or D on your answer sheet to indicate the correct answer to each question.</w:t>
      </w:r>
    </w:p>
    <w:p w14:paraId="5D22534E" w14:textId="77777777" w:rsidR="00C11383" w:rsidRPr="000A4028" w:rsidRDefault="00380BD5"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 xml:space="preserve">Climate change is becoming one of the most </w:t>
      </w:r>
      <w:r w:rsidRPr="000A4028">
        <w:rPr>
          <w:rFonts w:ascii="Times New Roman" w:hAnsi="Times New Roman" w:cs="Times New Roman"/>
          <w:b/>
          <w:bCs/>
          <w:sz w:val="24"/>
          <w:szCs w:val="24"/>
        </w:rPr>
        <w:t>serious</w:t>
      </w:r>
      <w:r w:rsidRPr="000A4028">
        <w:rPr>
          <w:rFonts w:ascii="Times New Roman" w:hAnsi="Times New Roman" w:cs="Times New Roman"/>
          <w:sz w:val="24"/>
          <w:szCs w:val="24"/>
        </w:rPr>
        <w:t xml:space="preserve"> global challenges in the 21st century. It is mainly caused by human activities such as burning fossil fuels, producing industrial waste, and cutting down forests. These actions release large amounts of greenhouse gases into the atmosphere, trapping heat and leading to global warming. As a result, many parts of the world are experiencing rising temperatures, extreme weather events, and melting ice in polar regions.</w:t>
      </w:r>
    </w:p>
    <w:p w14:paraId="179B1BAC"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The effects of climate change are not only environmental but also social and economic. For example, floods and droughts can destroy crops, causing food shortages and affecting people’s lives. In addition, many animals are losing their natural habitats, which puts them in danger of extinction. However, there are several effective solutions to this problem. Governments can invest in renewable energy sources such as solar and wind power to reduce pollution. People can also make small changes in their daily lives, like saving electricity, using public transport, and reducing plastic waste. By working together, humans can slow down climate change and protect the planet for future generations.</w:t>
      </w:r>
    </w:p>
    <w:p w14:paraId="34815E17" w14:textId="7AB589E0"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t>Question 11. What is the main idea of the passage?</w:t>
      </w:r>
    </w:p>
    <w:p w14:paraId="62037291"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A. The importance of animals in nature</w:t>
      </w:r>
    </w:p>
    <w:p w14:paraId="394F1931"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B. The causes, effects, and solutions to climate change</w:t>
      </w:r>
    </w:p>
    <w:p w14:paraId="2A863196"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C. The benefits of renewable energy</w:t>
      </w:r>
    </w:p>
    <w:p w14:paraId="79291796"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D. The history of climate change</w:t>
      </w:r>
    </w:p>
    <w:p w14:paraId="387ADC5D" w14:textId="21774F76"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t>Question 12. The word “serious” in paragraph 1 is closest in meaning to:</w:t>
      </w:r>
    </w:p>
    <w:p w14:paraId="5C64B3D3" w14:textId="125A5073"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 xml:space="preserve">A. important    </w:t>
      </w:r>
      <w:r w:rsidR="000935E7">
        <w:rPr>
          <w:rFonts w:ascii="Times New Roman" w:hAnsi="Times New Roman" w:cs="Times New Roman"/>
          <w:sz w:val="24"/>
          <w:szCs w:val="24"/>
        </w:rPr>
        <w:tab/>
      </w:r>
      <w:r w:rsidRPr="000A4028">
        <w:rPr>
          <w:rFonts w:ascii="Times New Roman" w:hAnsi="Times New Roman" w:cs="Times New Roman"/>
          <w:sz w:val="24"/>
          <w:szCs w:val="24"/>
        </w:rPr>
        <w:t xml:space="preserve">B. interesting    </w:t>
      </w:r>
      <w:r w:rsidR="000935E7">
        <w:rPr>
          <w:rFonts w:ascii="Times New Roman" w:hAnsi="Times New Roman" w:cs="Times New Roman"/>
          <w:sz w:val="24"/>
          <w:szCs w:val="24"/>
        </w:rPr>
        <w:tab/>
      </w:r>
      <w:r w:rsidRPr="000A4028">
        <w:rPr>
          <w:rFonts w:ascii="Times New Roman" w:hAnsi="Times New Roman" w:cs="Times New Roman"/>
          <w:sz w:val="24"/>
          <w:szCs w:val="24"/>
        </w:rPr>
        <w:t xml:space="preserve">C. dangerous    </w:t>
      </w:r>
      <w:r w:rsidR="000935E7">
        <w:rPr>
          <w:rFonts w:ascii="Times New Roman" w:hAnsi="Times New Roman" w:cs="Times New Roman"/>
          <w:sz w:val="24"/>
          <w:szCs w:val="24"/>
        </w:rPr>
        <w:tab/>
      </w:r>
      <w:r w:rsidRPr="000A4028">
        <w:rPr>
          <w:rFonts w:ascii="Times New Roman" w:hAnsi="Times New Roman" w:cs="Times New Roman"/>
          <w:sz w:val="24"/>
          <w:szCs w:val="24"/>
        </w:rPr>
        <w:t>D. simple</w:t>
      </w:r>
    </w:p>
    <w:p w14:paraId="1E538FE7"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br/>
        <w:t>Question 13. The word “reduce” in paragraph 3 is opposite in meaning to:</w:t>
      </w:r>
    </w:p>
    <w:p w14:paraId="06C45A20" w14:textId="6FA32938"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lastRenderedPageBreak/>
        <w:t xml:space="preserve">A. limit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 xml:space="preserve">B. increase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 xml:space="preserve">C. decrease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D. cut down</w:t>
      </w:r>
    </w:p>
    <w:p w14:paraId="35C242DC" w14:textId="793029B8"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t>Question 14. What can be inferred from the passage?</w:t>
      </w:r>
    </w:p>
    <w:p w14:paraId="788BC577"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A. Renewable energy increases pollution.</w:t>
      </w:r>
    </w:p>
    <w:p w14:paraId="25235461"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B. Human actions can both cause and help solve climate change</w:t>
      </w:r>
    </w:p>
    <w:p w14:paraId="5768C150"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C. Only governments can solve climate change</w:t>
      </w:r>
    </w:p>
    <w:p w14:paraId="68CCFD1E"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D. Climate change only affects the environment.</w:t>
      </w:r>
    </w:p>
    <w:p w14:paraId="1B1746AF" w14:textId="47BD7F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t>Question 15. According to the passage, what is one result of floods and droughts?</w:t>
      </w:r>
    </w:p>
    <w:p w14:paraId="66FF78CB"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A. They increase forest areas</w:t>
      </w:r>
    </w:p>
    <w:p w14:paraId="71CA000D"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B. They destroy crops and cause food shortages</w:t>
      </w:r>
    </w:p>
    <w:p w14:paraId="6D70D9AC"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C. They improve animal habitats</w:t>
      </w:r>
    </w:p>
    <w:p w14:paraId="1D5B8B81"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D. They create more jobs for farmers</w:t>
      </w:r>
    </w:p>
    <w:p w14:paraId="5C039C9E" w14:textId="4BCFC961"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t>Question 16. Which of the following is NOT mentioned as a solution?</w:t>
      </w:r>
    </w:p>
    <w:p w14:paraId="119C418D" w14:textId="15201808"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 xml:space="preserve">A. Using public transport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B. Saving electricity</w:t>
      </w:r>
    </w:p>
    <w:p w14:paraId="328B8422" w14:textId="0B46B936"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 xml:space="preserve">C. Planting more trees   </w:t>
      </w:r>
      <w:r w:rsidR="000935E7">
        <w:rPr>
          <w:rFonts w:ascii="Times New Roman" w:hAnsi="Times New Roman" w:cs="Times New Roman"/>
          <w:sz w:val="24"/>
          <w:szCs w:val="24"/>
        </w:rPr>
        <w:tab/>
      </w:r>
      <w:r w:rsidRPr="000A4028">
        <w:rPr>
          <w:rFonts w:ascii="Times New Roman" w:hAnsi="Times New Roman" w:cs="Times New Roman"/>
          <w:sz w:val="24"/>
          <w:szCs w:val="24"/>
        </w:rPr>
        <w:t xml:space="preserve"> </w:t>
      </w:r>
      <w:r w:rsidR="000935E7">
        <w:rPr>
          <w:rFonts w:ascii="Times New Roman" w:hAnsi="Times New Roman" w:cs="Times New Roman"/>
          <w:sz w:val="24"/>
          <w:szCs w:val="24"/>
        </w:rPr>
        <w:tab/>
      </w:r>
      <w:r w:rsidRPr="000A4028">
        <w:rPr>
          <w:rFonts w:ascii="Times New Roman" w:hAnsi="Times New Roman" w:cs="Times New Roman"/>
          <w:sz w:val="24"/>
          <w:szCs w:val="24"/>
        </w:rPr>
        <w:t>D. Reducing plastic waste</w:t>
      </w:r>
    </w:p>
    <w:p w14:paraId="2D58D1E3" w14:textId="7D6D5D36"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t>Four phrases/sentences have been removed from the text below. For each question, read and mark the letter A, B, C, or D on your answer sheet to indicate the correct option that best fits each of the numbered blanks.</w:t>
      </w:r>
    </w:p>
    <w:p w14:paraId="4378BA85"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Today, music plays an important role in helping young people preserve and spread Vietnamese culture. Many young artists combine modern melodies with traditional elements to create unique songs such as “</w:t>
      </w:r>
      <w:proofErr w:type="spellStart"/>
      <w:r w:rsidRPr="000A4028">
        <w:rPr>
          <w:rFonts w:ascii="Times New Roman" w:hAnsi="Times New Roman" w:cs="Times New Roman"/>
          <w:sz w:val="24"/>
          <w:szCs w:val="24"/>
        </w:rPr>
        <w:t>Gieo</w:t>
      </w:r>
      <w:proofErr w:type="spellEnd"/>
      <w:r w:rsidRPr="000A4028">
        <w:rPr>
          <w:rFonts w:ascii="Times New Roman" w:hAnsi="Times New Roman" w:cs="Times New Roman"/>
          <w:sz w:val="24"/>
          <w:szCs w:val="24"/>
        </w:rPr>
        <w:t xml:space="preserve"> </w:t>
      </w:r>
      <w:proofErr w:type="spellStart"/>
      <w:r w:rsidRPr="000A4028">
        <w:rPr>
          <w:rFonts w:ascii="Times New Roman" w:hAnsi="Times New Roman" w:cs="Times New Roman"/>
          <w:sz w:val="24"/>
          <w:szCs w:val="24"/>
        </w:rPr>
        <w:t>Quẻ</w:t>
      </w:r>
      <w:proofErr w:type="spellEnd"/>
      <w:r w:rsidRPr="000A4028">
        <w:rPr>
          <w:rFonts w:ascii="Times New Roman" w:hAnsi="Times New Roman" w:cs="Times New Roman"/>
          <w:sz w:val="24"/>
          <w:szCs w:val="24"/>
        </w:rPr>
        <w:t>” or “</w:t>
      </w:r>
      <w:proofErr w:type="spellStart"/>
      <w:r w:rsidRPr="000A4028">
        <w:rPr>
          <w:rFonts w:ascii="Times New Roman" w:hAnsi="Times New Roman" w:cs="Times New Roman"/>
          <w:sz w:val="24"/>
          <w:szCs w:val="24"/>
        </w:rPr>
        <w:t>Bắc</w:t>
      </w:r>
      <w:proofErr w:type="spellEnd"/>
      <w:r w:rsidRPr="000A4028">
        <w:rPr>
          <w:rFonts w:ascii="Times New Roman" w:hAnsi="Times New Roman" w:cs="Times New Roman"/>
          <w:sz w:val="24"/>
          <w:szCs w:val="24"/>
        </w:rPr>
        <w:t xml:space="preserve"> Bling”, which (17) ______. These songs often include images of traditional handicrafts, local specialties, or cultural symbols that remind people of their roots. (18) ______. This creative approach ensures that traditional customs are not forgotten in the age of globalization. (19) ______. Music, which (20) ______, allows traditions to reach a wider audience, especially the younger generation. In conclusion, the success of modern-traditional music shows that Vietnamese youth are not turning away from their heritage. Instead, they are finding new and meaningful ways to keep it alive.</w:t>
      </w:r>
    </w:p>
    <w:p w14:paraId="09985DFB"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br/>
        <w:t>Question 17</w:t>
      </w:r>
    </w:p>
    <w:p w14:paraId="355A1B9C"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A. is easy to share on social media</w:t>
      </w:r>
    </w:p>
    <w:p w14:paraId="5CE1F6B4"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B. By blending the old with the new, artists help cultural values stay alive in a fast-changing society</w:t>
      </w:r>
    </w:p>
    <w:p w14:paraId="63C238B8"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C. Moreover, when teenagers proudly share this music, they help connect the past with the present</w:t>
      </w:r>
    </w:p>
    <w:p w14:paraId="2D06E92D"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D. attract millions of listeners online</w:t>
      </w:r>
    </w:p>
    <w:p w14:paraId="7D2C2043"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br/>
        <w:t>Question 18</w:t>
      </w:r>
    </w:p>
    <w:p w14:paraId="20DE9E08"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A. is easy to share on social media</w:t>
      </w:r>
    </w:p>
    <w:p w14:paraId="17615DC5"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B. attract millions of listeners online</w:t>
      </w:r>
    </w:p>
    <w:p w14:paraId="0D56FF46"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C. Moreover, when teenagers proudly share this music, they help connect the past with the present</w:t>
      </w:r>
    </w:p>
    <w:p w14:paraId="5D8BD674"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D. By blending the old with the new, artists help cultural values stay alive in a fast-changing society</w:t>
      </w:r>
    </w:p>
    <w:p w14:paraId="58AEF88E"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br/>
        <w:t>Question 19</w:t>
      </w:r>
    </w:p>
    <w:p w14:paraId="4B824650"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A. Moreover, when teenagers proudly share this music, they help connect the past with the present</w:t>
      </w:r>
    </w:p>
    <w:p w14:paraId="5FD04606"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B. attract millions of listeners online</w:t>
      </w:r>
    </w:p>
    <w:p w14:paraId="541B41A6"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C. By blending the old with the new, artists help cultural values stay alive in a fast-changing society</w:t>
      </w:r>
    </w:p>
    <w:p w14:paraId="34B2659B"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D. is easy to share on social media</w:t>
      </w:r>
    </w:p>
    <w:p w14:paraId="2A032931"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t>Question 20.</w:t>
      </w:r>
    </w:p>
    <w:p w14:paraId="564FF4B2"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A. By blending the old with the new, artists help cultural values stay alive in a fast-changing society</w:t>
      </w:r>
    </w:p>
    <w:p w14:paraId="546B3DD5"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B. Moreover, when teenagers proudly share this music, they help connect the past with the present</w:t>
      </w:r>
    </w:p>
    <w:p w14:paraId="3130072C"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C. is easy to share on social media</w:t>
      </w:r>
    </w:p>
    <w:p w14:paraId="1A8FE0F4"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D. attract millions of listeners online</w:t>
      </w:r>
    </w:p>
    <w:p w14:paraId="1CB5AC70"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br/>
        <w:t>Read the following announcement and mark the letter A, B, C or D on your answer sheet to indicate the correct option that best fits each of the numbered blanks.</w:t>
      </w:r>
    </w:p>
    <w:p w14:paraId="00A4F638"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Segoe UI Emoji" w:hAnsi="Segoe UI Emoji" w:cs="Segoe UI Emoji"/>
          <w:b/>
          <w:sz w:val="24"/>
          <w:szCs w:val="24"/>
        </w:rPr>
        <w:t>🎤</w:t>
      </w:r>
      <w:r w:rsidRPr="000A4028">
        <w:rPr>
          <w:rFonts w:ascii="Times New Roman" w:hAnsi="Times New Roman" w:cs="Times New Roman"/>
          <w:b/>
          <w:sz w:val="24"/>
          <w:szCs w:val="24"/>
        </w:rPr>
        <w:t xml:space="preserve"> Live Concert Announcement </w:t>
      </w:r>
      <w:r w:rsidRPr="000A4028">
        <w:rPr>
          <w:rFonts w:ascii="Segoe UI Emoji" w:hAnsi="Segoe UI Emoji" w:cs="Segoe UI Emoji"/>
          <w:b/>
          <w:sz w:val="24"/>
          <w:szCs w:val="24"/>
        </w:rPr>
        <w:t>🎤</w:t>
      </w:r>
    </w:p>
    <w:p w14:paraId="5386784B"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 xml:space="preserve">Get ready for (21) ______ unforgettable night of music! We are excited to announce a spectacular concert by </w:t>
      </w:r>
      <w:proofErr w:type="spellStart"/>
      <w:r w:rsidRPr="000A4028">
        <w:rPr>
          <w:rFonts w:ascii="Times New Roman" w:hAnsi="Times New Roman" w:cs="Times New Roman"/>
          <w:sz w:val="24"/>
          <w:szCs w:val="24"/>
        </w:rPr>
        <w:t>Mỹ</w:t>
      </w:r>
      <w:proofErr w:type="spellEnd"/>
      <w:r w:rsidRPr="000A4028">
        <w:rPr>
          <w:rFonts w:ascii="Times New Roman" w:hAnsi="Times New Roman" w:cs="Times New Roman"/>
          <w:sz w:val="24"/>
          <w:szCs w:val="24"/>
        </w:rPr>
        <w:t xml:space="preserve"> </w:t>
      </w:r>
      <w:proofErr w:type="spellStart"/>
      <w:r w:rsidRPr="000A4028">
        <w:rPr>
          <w:rFonts w:ascii="Times New Roman" w:hAnsi="Times New Roman" w:cs="Times New Roman"/>
          <w:sz w:val="24"/>
          <w:szCs w:val="24"/>
        </w:rPr>
        <w:t>Tâm</w:t>
      </w:r>
      <w:proofErr w:type="spellEnd"/>
      <w:r w:rsidRPr="000A4028">
        <w:rPr>
          <w:rFonts w:ascii="Times New Roman" w:hAnsi="Times New Roman" w:cs="Times New Roman"/>
          <w:sz w:val="24"/>
          <w:szCs w:val="24"/>
        </w:rPr>
        <w:t xml:space="preserve"> at </w:t>
      </w:r>
      <w:proofErr w:type="spellStart"/>
      <w:r w:rsidRPr="000A4028">
        <w:rPr>
          <w:rFonts w:ascii="Times New Roman" w:hAnsi="Times New Roman" w:cs="Times New Roman"/>
          <w:sz w:val="24"/>
          <w:szCs w:val="24"/>
        </w:rPr>
        <w:t>Mỹ</w:t>
      </w:r>
      <w:proofErr w:type="spellEnd"/>
      <w:r w:rsidRPr="000A4028">
        <w:rPr>
          <w:rFonts w:ascii="Times New Roman" w:hAnsi="Times New Roman" w:cs="Times New Roman"/>
          <w:sz w:val="24"/>
          <w:szCs w:val="24"/>
        </w:rPr>
        <w:t xml:space="preserve"> </w:t>
      </w:r>
      <w:proofErr w:type="spellStart"/>
      <w:r w:rsidRPr="000A4028">
        <w:rPr>
          <w:rFonts w:ascii="Times New Roman" w:hAnsi="Times New Roman" w:cs="Times New Roman"/>
          <w:sz w:val="24"/>
          <w:szCs w:val="24"/>
        </w:rPr>
        <w:t>Đình</w:t>
      </w:r>
      <w:proofErr w:type="spellEnd"/>
      <w:r w:rsidRPr="000A4028">
        <w:rPr>
          <w:rFonts w:ascii="Times New Roman" w:hAnsi="Times New Roman" w:cs="Times New Roman"/>
          <w:sz w:val="24"/>
          <w:szCs w:val="24"/>
        </w:rPr>
        <w:t xml:space="preserve"> National Stadium on Saturday, June 20th, 2026.</w:t>
      </w:r>
    </w:p>
    <w:p w14:paraId="68C1A6B1"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t>What to expect:</w:t>
      </w:r>
    </w:p>
    <w:p w14:paraId="6824CA9C"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 A night of amazing music</w:t>
      </w:r>
    </w:p>
    <w:p w14:paraId="667DBB9B" w14:textId="77777777" w:rsidR="00AC5F1B" w:rsidRPr="000A4028" w:rsidRDefault="00AC5F1B" w:rsidP="000A4028">
      <w:pPr>
        <w:spacing w:after="0" w:line="240" w:lineRule="atLeast"/>
        <w:contextualSpacing/>
        <w:rPr>
          <w:rFonts w:ascii="Times New Roman" w:hAnsi="Times New Roman" w:cs="Times New Roman"/>
          <w:sz w:val="24"/>
          <w:szCs w:val="24"/>
        </w:rPr>
      </w:pPr>
      <w:proofErr w:type="spellStart"/>
      <w:r w:rsidRPr="000A4028">
        <w:rPr>
          <w:rFonts w:ascii="Times New Roman" w:hAnsi="Times New Roman" w:cs="Times New Roman"/>
          <w:sz w:val="24"/>
          <w:szCs w:val="24"/>
        </w:rPr>
        <w:t>Mỹ</w:t>
      </w:r>
      <w:proofErr w:type="spellEnd"/>
      <w:r w:rsidRPr="000A4028">
        <w:rPr>
          <w:rFonts w:ascii="Times New Roman" w:hAnsi="Times New Roman" w:cs="Times New Roman"/>
          <w:sz w:val="24"/>
          <w:szCs w:val="24"/>
        </w:rPr>
        <w:t xml:space="preserve"> </w:t>
      </w:r>
      <w:proofErr w:type="spellStart"/>
      <w:r w:rsidRPr="000A4028">
        <w:rPr>
          <w:rFonts w:ascii="Times New Roman" w:hAnsi="Times New Roman" w:cs="Times New Roman"/>
          <w:sz w:val="24"/>
          <w:szCs w:val="24"/>
        </w:rPr>
        <w:t>Tâm</w:t>
      </w:r>
      <w:proofErr w:type="spellEnd"/>
      <w:r w:rsidRPr="000A4028">
        <w:rPr>
          <w:rFonts w:ascii="Times New Roman" w:hAnsi="Times New Roman" w:cs="Times New Roman"/>
          <w:sz w:val="24"/>
          <w:szCs w:val="24"/>
        </w:rPr>
        <w:t xml:space="preserve"> will perform her greatest hits along with new songs, bringing her (22) ______ voice and emotional performances to the stage.</w:t>
      </w:r>
    </w:p>
    <w:p w14:paraId="00930998"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lastRenderedPageBreak/>
        <w:t>• A fantastic atmosphere</w:t>
      </w:r>
    </w:p>
    <w:p w14:paraId="23E3CF5B"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 xml:space="preserve">The large and modern </w:t>
      </w:r>
      <w:proofErr w:type="spellStart"/>
      <w:r w:rsidRPr="000A4028">
        <w:rPr>
          <w:rFonts w:ascii="Times New Roman" w:hAnsi="Times New Roman" w:cs="Times New Roman"/>
          <w:sz w:val="24"/>
          <w:szCs w:val="24"/>
        </w:rPr>
        <w:t>Mỹ</w:t>
      </w:r>
      <w:proofErr w:type="spellEnd"/>
      <w:r w:rsidRPr="000A4028">
        <w:rPr>
          <w:rFonts w:ascii="Times New Roman" w:hAnsi="Times New Roman" w:cs="Times New Roman"/>
          <w:sz w:val="24"/>
          <w:szCs w:val="24"/>
        </w:rPr>
        <w:t xml:space="preserve"> </w:t>
      </w:r>
      <w:proofErr w:type="spellStart"/>
      <w:r w:rsidRPr="000A4028">
        <w:rPr>
          <w:rFonts w:ascii="Times New Roman" w:hAnsi="Times New Roman" w:cs="Times New Roman"/>
          <w:sz w:val="24"/>
          <w:szCs w:val="24"/>
        </w:rPr>
        <w:t>Đình</w:t>
      </w:r>
      <w:proofErr w:type="spellEnd"/>
      <w:r w:rsidRPr="000A4028">
        <w:rPr>
          <w:rFonts w:ascii="Times New Roman" w:hAnsi="Times New Roman" w:cs="Times New Roman"/>
          <w:sz w:val="24"/>
          <w:szCs w:val="24"/>
        </w:rPr>
        <w:t xml:space="preserve"> National Stadium will provide an exciting setting with impressive lighting and sound effects for her (23) ______ live performance.</w:t>
      </w:r>
    </w:p>
    <w:p w14:paraId="7596A64E"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 A celebration of music and fans</w:t>
      </w:r>
    </w:p>
    <w:p w14:paraId="2F76F848"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This concert is a special event for fans to (24) ______ together, enjoy live music, and celebrate one of Vietnam’s most beloved singers.</w:t>
      </w:r>
    </w:p>
    <w:p w14:paraId="021FC0A5"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 xml:space="preserve">Don’t miss this incredible opportunity to see </w:t>
      </w:r>
      <w:proofErr w:type="spellStart"/>
      <w:r w:rsidRPr="000A4028">
        <w:rPr>
          <w:rFonts w:ascii="Times New Roman" w:hAnsi="Times New Roman" w:cs="Times New Roman"/>
          <w:sz w:val="24"/>
          <w:szCs w:val="24"/>
        </w:rPr>
        <w:t>Mỹ</w:t>
      </w:r>
      <w:proofErr w:type="spellEnd"/>
      <w:r w:rsidRPr="000A4028">
        <w:rPr>
          <w:rFonts w:ascii="Times New Roman" w:hAnsi="Times New Roman" w:cs="Times New Roman"/>
          <w:sz w:val="24"/>
          <w:szCs w:val="24"/>
        </w:rPr>
        <w:t xml:space="preserve"> </w:t>
      </w:r>
      <w:proofErr w:type="spellStart"/>
      <w:r w:rsidRPr="000A4028">
        <w:rPr>
          <w:rFonts w:ascii="Times New Roman" w:hAnsi="Times New Roman" w:cs="Times New Roman"/>
          <w:sz w:val="24"/>
          <w:szCs w:val="24"/>
        </w:rPr>
        <w:t>Tâm</w:t>
      </w:r>
      <w:proofErr w:type="spellEnd"/>
      <w:r w:rsidRPr="000A4028">
        <w:rPr>
          <w:rFonts w:ascii="Times New Roman" w:hAnsi="Times New Roman" w:cs="Times New Roman"/>
          <w:sz w:val="24"/>
          <w:szCs w:val="24"/>
        </w:rPr>
        <w:t xml:space="preserve"> live, get your tickets and join us for a wonderful evening!</w:t>
      </w:r>
    </w:p>
    <w:p w14:paraId="172E2F4B" w14:textId="4499DD93" w:rsidR="00AC5F1B" w:rsidRPr="000A4028" w:rsidRDefault="00AC5F1B" w:rsidP="000A402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21.</w:t>
      </w:r>
      <w:r w:rsidRPr="000A4028">
        <w:rPr>
          <w:rFonts w:ascii="Times New Roman" w:hAnsi="Times New Roman" w:cs="Times New Roman"/>
          <w:sz w:val="24"/>
          <w:szCs w:val="24"/>
        </w:rPr>
        <w:t xml:space="preserve"> A. an    </w:t>
      </w:r>
      <w:r w:rsidR="000935E7">
        <w:rPr>
          <w:rFonts w:ascii="Times New Roman" w:hAnsi="Times New Roman" w:cs="Times New Roman"/>
          <w:sz w:val="24"/>
          <w:szCs w:val="24"/>
        </w:rPr>
        <w:tab/>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 xml:space="preserve">B. a    </w:t>
      </w:r>
      <w:r w:rsidR="000935E7">
        <w:rPr>
          <w:rFonts w:ascii="Times New Roman" w:hAnsi="Times New Roman" w:cs="Times New Roman"/>
          <w:sz w:val="24"/>
          <w:szCs w:val="24"/>
        </w:rPr>
        <w:tab/>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 xml:space="preserve">C. no article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D. the</w:t>
      </w:r>
    </w:p>
    <w:p w14:paraId="61D9104F" w14:textId="5DD62EE3" w:rsidR="00AC5F1B" w:rsidRPr="000A4028" w:rsidRDefault="00AC5F1B" w:rsidP="000A402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22.</w:t>
      </w:r>
      <w:r w:rsidRPr="000A4028">
        <w:rPr>
          <w:rFonts w:ascii="Times New Roman" w:hAnsi="Times New Roman" w:cs="Times New Roman"/>
          <w:sz w:val="24"/>
          <w:szCs w:val="24"/>
        </w:rPr>
        <w:t xml:space="preserve"> A. powerfully    </w:t>
      </w:r>
      <w:r w:rsidR="000935E7">
        <w:rPr>
          <w:rFonts w:ascii="Times New Roman" w:hAnsi="Times New Roman" w:cs="Times New Roman"/>
          <w:sz w:val="24"/>
          <w:szCs w:val="24"/>
        </w:rPr>
        <w:tab/>
      </w:r>
      <w:r w:rsidRPr="000A4028">
        <w:rPr>
          <w:rFonts w:ascii="Times New Roman" w:hAnsi="Times New Roman" w:cs="Times New Roman"/>
          <w:sz w:val="24"/>
          <w:szCs w:val="24"/>
        </w:rPr>
        <w:t xml:space="preserve">B. powerful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 xml:space="preserve">C. powerfulness    </w:t>
      </w:r>
      <w:r w:rsidR="000935E7">
        <w:rPr>
          <w:rFonts w:ascii="Times New Roman" w:hAnsi="Times New Roman" w:cs="Times New Roman"/>
          <w:sz w:val="24"/>
          <w:szCs w:val="24"/>
        </w:rPr>
        <w:tab/>
      </w:r>
      <w:r w:rsidRPr="000A4028">
        <w:rPr>
          <w:rFonts w:ascii="Times New Roman" w:hAnsi="Times New Roman" w:cs="Times New Roman"/>
          <w:sz w:val="24"/>
          <w:szCs w:val="24"/>
        </w:rPr>
        <w:t>D. power</w:t>
      </w:r>
    </w:p>
    <w:p w14:paraId="5F53A327" w14:textId="7CD1962C" w:rsidR="00AC5F1B" w:rsidRPr="000A4028" w:rsidRDefault="00AC5F1B" w:rsidP="000A402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23.</w:t>
      </w:r>
      <w:r w:rsidRPr="000A4028">
        <w:rPr>
          <w:rFonts w:ascii="Times New Roman" w:hAnsi="Times New Roman" w:cs="Times New Roman"/>
          <w:sz w:val="24"/>
          <w:szCs w:val="24"/>
        </w:rPr>
        <w:t xml:space="preserve"> A. five hours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 xml:space="preserve">B. fifth hour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 xml:space="preserve">C. fifth-hour    </w:t>
      </w:r>
      <w:r w:rsidR="000935E7">
        <w:rPr>
          <w:rFonts w:ascii="Times New Roman" w:hAnsi="Times New Roman" w:cs="Times New Roman"/>
          <w:sz w:val="24"/>
          <w:szCs w:val="24"/>
        </w:rPr>
        <w:tab/>
      </w:r>
      <w:r w:rsidRPr="000A4028">
        <w:rPr>
          <w:rFonts w:ascii="Times New Roman" w:hAnsi="Times New Roman" w:cs="Times New Roman"/>
          <w:sz w:val="24"/>
          <w:szCs w:val="24"/>
        </w:rPr>
        <w:t>D. five-hour</w:t>
      </w:r>
    </w:p>
    <w:p w14:paraId="26A7040F" w14:textId="0F7B22C7" w:rsidR="00AC5F1B" w:rsidRPr="000A4028" w:rsidRDefault="00AC5F1B" w:rsidP="000A402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24.</w:t>
      </w:r>
      <w:r w:rsidRPr="000A4028">
        <w:rPr>
          <w:rFonts w:ascii="Times New Roman" w:hAnsi="Times New Roman" w:cs="Times New Roman"/>
          <w:sz w:val="24"/>
          <w:szCs w:val="24"/>
        </w:rPr>
        <w:t xml:space="preserve"> A. work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 xml:space="preserve">B. go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 xml:space="preserve">C. come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D. hear</w:t>
      </w:r>
    </w:p>
    <w:p w14:paraId="705374B6" w14:textId="0EA659BB"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t>Read the following sign or notice and mark the letter A, B, C or D on your answer sheet to indicate the correct answer to each of the following questions.</w:t>
      </w:r>
    </w:p>
    <w:p w14:paraId="4CB14BF9" w14:textId="77777777" w:rsidR="00AC5F1B" w:rsidRPr="000A4028" w:rsidRDefault="00AC5F1B" w:rsidP="000A4028">
      <w:pPr>
        <w:spacing w:after="0" w:line="240" w:lineRule="atLeast"/>
        <w:contextualSpacing/>
        <w:rPr>
          <w:rFonts w:ascii="Times New Roman" w:hAnsi="Times New Roman" w:cs="Times New Roman"/>
          <w:b/>
          <w:sz w:val="24"/>
          <w:szCs w:val="24"/>
        </w:rPr>
      </w:pPr>
      <w:r w:rsidRPr="000A4028">
        <w:rPr>
          <w:rFonts w:ascii="Times New Roman" w:hAnsi="Times New Roman" w:cs="Times New Roman"/>
          <w:b/>
          <w:sz w:val="24"/>
          <w:szCs w:val="24"/>
        </w:rPr>
        <w:t>Question 25. What is the main purpose of this message?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7560"/>
      </w:tblGrid>
      <w:tr w:rsidR="008E0F1F" w:rsidRPr="000A4028" w14:paraId="62BA04A3" w14:textId="77777777" w:rsidTr="008E0F1F">
        <w:tc>
          <w:tcPr>
            <w:tcW w:w="3256" w:type="dxa"/>
          </w:tcPr>
          <w:p w14:paraId="65D47AA4" w14:textId="4130C122" w:rsidR="000A4028" w:rsidRPr="000A4028" w:rsidRDefault="008E0F1F" w:rsidP="000A4028">
            <w:pPr>
              <w:spacing w:line="240" w:lineRule="atLeast"/>
              <w:contextualSpacing/>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66E144A" wp14:editId="003493A5">
                  <wp:extent cx="1779814" cy="113448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6"/>
                          <a:stretch>
                            <a:fillRect/>
                          </a:stretch>
                        </pic:blipFill>
                        <pic:spPr>
                          <a:xfrm>
                            <a:off x="0" y="0"/>
                            <a:ext cx="1835038" cy="1169682"/>
                          </a:xfrm>
                          <a:prstGeom prst="rect">
                            <a:avLst/>
                          </a:prstGeom>
                        </pic:spPr>
                      </pic:pic>
                    </a:graphicData>
                  </a:graphic>
                </wp:inline>
              </w:drawing>
            </w:r>
          </w:p>
        </w:tc>
        <w:tc>
          <w:tcPr>
            <w:tcW w:w="7560" w:type="dxa"/>
          </w:tcPr>
          <w:p w14:paraId="3FD6D37D" w14:textId="77777777" w:rsidR="000A4028" w:rsidRPr="000A4028" w:rsidRDefault="000A4028" w:rsidP="000A4028">
            <w:pPr>
              <w:spacing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A. To inform customers about changes in store services.</w:t>
            </w:r>
          </w:p>
          <w:p w14:paraId="2F7C3F2C" w14:textId="77777777" w:rsidR="000A4028" w:rsidRPr="000A4028" w:rsidRDefault="000A4028" w:rsidP="000A4028">
            <w:pPr>
              <w:spacing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B. To remind customers to check new products in store.</w:t>
            </w:r>
          </w:p>
          <w:p w14:paraId="4C904FE1" w14:textId="77777777" w:rsidR="000A4028" w:rsidRPr="000A4028" w:rsidRDefault="000A4028" w:rsidP="000A4028">
            <w:pPr>
              <w:spacing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C. To thank customers for their support and trust.</w:t>
            </w:r>
          </w:p>
          <w:p w14:paraId="57553CDC" w14:textId="77777777" w:rsidR="000A4028" w:rsidRPr="000A4028" w:rsidRDefault="000A4028" w:rsidP="000A4028">
            <w:pPr>
              <w:spacing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D. To invite customers to visit the store again soon.</w:t>
            </w:r>
          </w:p>
          <w:p w14:paraId="2371E063" w14:textId="77777777" w:rsidR="000A4028" w:rsidRPr="000A4028" w:rsidRDefault="000A4028" w:rsidP="000A4028">
            <w:pPr>
              <w:spacing w:line="240" w:lineRule="atLeast"/>
              <w:contextualSpacing/>
              <w:rPr>
                <w:rFonts w:ascii="Times New Roman" w:hAnsi="Times New Roman" w:cs="Times New Roman"/>
                <w:sz w:val="24"/>
                <w:szCs w:val="24"/>
              </w:rPr>
            </w:pPr>
          </w:p>
        </w:tc>
      </w:tr>
    </w:tbl>
    <w:p w14:paraId="00248808" w14:textId="77777777" w:rsidR="000A4028" w:rsidRPr="000A4028" w:rsidRDefault="000A4028" w:rsidP="000A4028">
      <w:pPr>
        <w:spacing w:after="0" w:line="240" w:lineRule="atLeast"/>
        <w:contextualSpacing/>
        <w:rPr>
          <w:rFonts w:ascii="Times New Roman" w:hAnsi="Times New Roman" w:cs="Times New Roman"/>
          <w:sz w:val="24"/>
          <w:szCs w:val="24"/>
        </w:rPr>
      </w:pPr>
    </w:p>
    <w:p w14:paraId="3ED4CDB3" w14:textId="3E0D2887" w:rsidR="00AC5F1B" w:rsidRPr="000A4028" w:rsidRDefault="00AC5F1B" w:rsidP="000A4028">
      <w:pPr>
        <w:spacing w:after="0" w:line="240" w:lineRule="atLeast"/>
        <w:contextualSpacing/>
        <w:rPr>
          <w:rFonts w:ascii="Times New Roman" w:hAnsi="Times New Roman" w:cs="Times New Roman"/>
          <w:b/>
          <w:sz w:val="24"/>
          <w:szCs w:val="24"/>
        </w:rPr>
      </w:pPr>
      <w:r w:rsidRPr="000A4028">
        <w:rPr>
          <w:rFonts w:ascii="Times New Roman" w:hAnsi="Times New Roman" w:cs="Times New Roman"/>
          <w:b/>
          <w:sz w:val="24"/>
          <w:szCs w:val="24"/>
        </w:rPr>
        <w:t>Question 26. What does the sign say?</w:t>
      </w:r>
    </w:p>
    <w:tbl>
      <w:tblPr>
        <w:tblStyle w:val="TableGrid"/>
        <w:tblW w:w="109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7938"/>
      </w:tblGrid>
      <w:tr w:rsidR="008E0F1F" w:rsidRPr="000A4028" w14:paraId="5E8CD13B" w14:textId="77777777" w:rsidTr="008E0F1F">
        <w:trPr>
          <w:trHeight w:val="1692"/>
        </w:trPr>
        <w:tc>
          <w:tcPr>
            <w:tcW w:w="2972" w:type="dxa"/>
          </w:tcPr>
          <w:p w14:paraId="6D68231C" w14:textId="7C76AF30" w:rsidR="000A4028" w:rsidRPr="000A4028" w:rsidRDefault="008E0F1F" w:rsidP="000A4028">
            <w:pPr>
              <w:spacing w:line="240" w:lineRule="atLeast"/>
              <w:contextualSpacing/>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FC09317" wp14:editId="7E56E111">
                  <wp:extent cx="1396092" cy="981710"/>
                  <wp:effectExtent l="0" t="0" r="127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7"/>
                          <a:stretch>
                            <a:fillRect/>
                          </a:stretch>
                        </pic:blipFill>
                        <pic:spPr>
                          <a:xfrm>
                            <a:off x="0" y="0"/>
                            <a:ext cx="1484522" cy="1043893"/>
                          </a:xfrm>
                          <a:prstGeom prst="rect">
                            <a:avLst/>
                          </a:prstGeom>
                        </pic:spPr>
                      </pic:pic>
                    </a:graphicData>
                  </a:graphic>
                </wp:inline>
              </w:drawing>
            </w:r>
          </w:p>
        </w:tc>
        <w:tc>
          <w:tcPr>
            <w:tcW w:w="7938" w:type="dxa"/>
          </w:tcPr>
          <w:p w14:paraId="2F06A646" w14:textId="77777777" w:rsidR="000A4028" w:rsidRPr="000A4028" w:rsidRDefault="000A4028" w:rsidP="000A4028">
            <w:pPr>
              <w:spacing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A. Single-use products only.</w:t>
            </w:r>
          </w:p>
          <w:p w14:paraId="2D259CE1" w14:textId="77777777" w:rsidR="000A4028" w:rsidRPr="000A4028" w:rsidRDefault="000A4028" w:rsidP="000A4028">
            <w:pPr>
              <w:spacing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B. Plastic bags are banned here.</w:t>
            </w:r>
          </w:p>
          <w:p w14:paraId="1700283A" w14:textId="77777777" w:rsidR="000A4028" w:rsidRPr="000A4028" w:rsidRDefault="000A4028" w:rsidP="000A4028">
            <w:pPr>
              <w:spacing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C. Please put your trash in plastic bags.</w:t>
            </w:r>
          </w:p>
          <w:p w14:paraId="7C13ED4B" w14:textId="77777777" w:rsidR="000A4028" w:rsidRPr="000A4028" w:rsidRDefault="000A4028" w:rsidP="000A4028">
            <w:pPr>
              <w:spacing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D. You can buy reusable bags here.</w:t>
            </w:r>
          </w:p>
          <w:p w14:paraId="4F17C928" w14:textId="77777777" w:rsidR="000A4028" w:rsidRPr="000A4028" w:rsidRDefault="000A4028" w:rsidP="000A4028">
            <w:pPr>
              <w:spacing w:line="240" w:lineRule="atLeast"/>
              <w:contextualSpacing/>
              <w:rPr>
                <w:rFonts w:ascii="Times New Roman" w:hAnsi="Times New Roman" w:cs="Times New Roman"/>
                <w:sz w:val="24"/>
                <w:szCs w:val="24"/>
              </w:rPr>
            </w:pPr>
          </w:p>
        </w:tc>
      </w:tr>
    </w:tbl>
    <w:p w14:paraId="4AA057E9" w14:textId="58CD3E1B"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t>Read the following passage and mark the letter A, B, C, or D on your answer sheet to indicate the correct word that best fits each of the numbered blank.</w:t>
      </w:r>
    </w:p>
    <w:p w14:paraId="04596F5F"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The way people learn English today is quite different (27) ______ that in the past. Years ago, students mainly studied from textbooks and copied long grammar rules. They tried to learn new words and</w:t>
      </w:r>
    </w:p>
    <w:p w14:paraId="719D382F"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 xml:space="preserve">structures (28) ______, yet they struggled to apply them correctly. In fact, many students spent a lot of time (29) ______, but they had very little chance to </w:t>
      </w:r>
      <w:proofErr w:type="spellStart"/>
      <w:r w:rsidRPr="000A4028">
        <w:rPr>
          <w:rFonts w:ascii="Times New Roman" w:hAnsi="Times New Roman" w:cs="Times New Roman"/>
          <w:sz w:val="24"/>
          <w:szCs w:val="24"/>
        </w:rPr>
        <w:t>practise</w:t>
      </w:r>
      <w:proofErr w:type="spellEnd"/>
      <w:r w:rsidRPr="000A4028">
        <w:rPr>
          <w:rFonts w:ascii="Times New Roman" w:hAnsi="Times New Roman" w:cs="Times New Roman"/>
          <w:sz w:val="24"/>
          <w:szCs w:val="24"/>
        </w:rPr>
        <w:t xml:space="preserve"> speaking.</w:t>
      </w:r>
    </w:p>
    <w:p w14:paraId="37814D8C"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 xml:space="preserve">However, modern English learning is more interactive and practical. Students now use digital platforms (30) ______ they can watch videos, </w:t>
      </w:r>
      <w:proofErr w:type="spellStart"/>
      <w:r w:rsidRPr="000A4028">
        <w:rPr>
          <w:rFonts w:ascii="Times New Roman" w:hAnsi="Times New Roman" w:cs="Times New Roman"/>
          <w:sz w:val="24"/>
          <w:szCs w:val="24"/>
        </w:rPr>
        <w:t>practise</w:t>
      </w:r>
      <w:proofErr w:type="spellEnd"/>
      <w:r w:rsidRPr="000A4028">
        <w:rPr>
          <w:rFonts w:ascii="Times New Roman" w:hAnsi="Times New Roman" w:cs="Times New Roman"/>
          <w:sz w:val="24"/>
          <w:szCs w:val="24"/>
        </w:rPr>
        <w:t xml:space="preserve"> listening, and even talk to native speakers. A large number of learners (31) ______ online materials at home. In addition, teachers often encourage students to </w:t>
      </w:r>
      <w:proofErr w:type="spellStart"/>
      <w:r w:rsidRPr="000A4028">
        <w:rPr>
          <w:rFonts w:ascii="Times New Roman" w:hAnsi="Times New Roman" w:cs="Times New Roman"/>
          <w:sz w:val="24"/>
          <w:szCs w:val="24"/>
        </w:rPr>
        <w:t>practise</w:t>
      </w:r>
      <w:proofErr w:type="spellEnd"/>
      <w:r w:rsidRPr="000A4028">
        <w:rPr>
          <w:rFonts w:ascii="Times New Roman" w:hAnsi="Times New Roman" w:cs="Times New Roman"/>
          <w:sz w:val="24"/>
          <w:szCs w:val="24"/>
        </w:rPr>
        <w:t xml:space="preserve"> speaking actively in class. (32) ______, students have more chances to use English in real situations.</w:t>
      </w:r>
    </w:p>
    <w:p w14:paraId="7688D20B" w14:textId="33AD1F47" w:rsidR="00AC5F1B" w:rsidRPr="000A4028" w:rsidRDefault="00AC5F1B" w:rsidP="000A402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27.</w:t>
      </w:r>
      <w:r w:rsidRPr="000A4028">
        <w:rPr>
          <w:rFonts w:ascii="Times New Roman" w:hAnsi="Times New Roman" w:cs="Times New Roman"/>
          <w:sz w:val="24"/>
          <w:szCs w:val="24"/>
        </w:rPr>
        <w:t xml:space="preserve"> A. from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 xml:space="preserve">B. into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 xml:space="preserve">C. at    </w:t>
      </w:r>
      <w:r w:rsidR="000935E7">
        <w:rPr>
          <w:rFonts w:ascii="Times New Roman" w:hAnsi="Times New Roman" w:cs="Times New Roman"/>
          <w:sz w:val="24"/>
          <w:szCs w:val="24"/>
        </w:rPr>
        <w:tab/>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D. with</w:t>
      </w:r>
    </w:p>
    <w:p w14:paraId="79EED632" w14:textId="53B5A607" w:rsidR="00AC5F1B" w:rsidRPr="000A4028" w:rsidRDefault="00AC5F1B" w:rsidP="000A402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28.</w:t>
      </w:r>
      <w:r w:rsidRPr="000A4028">
        <w:rPr>
          <w:rFonts w:ascii="Times New Roman" w:hAnsi="Times New Roman" w:cs="Times New Roman"/>
          <w:sz w:val="24"/>
          <w:szCs w:val="24"/>
        </w:rPr>
        <w:t xml:space="preserve"> A. by heart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 xml:space="preserve">B. into heart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 xml:space="preserve">C. from heart    </w:t>
      </w:r>
      <w:r w:rsidR="000935E7">
        <w:rPr>
          <w:rFonts w:ascii="Times New Roman" w:hAnsi="Times New Roman" w:cs="Times New Roman"/>
          <w:sz w:val="24"/>
          <w:szCs w:val="24"/>
        </w:rPr>
        <w:tab/>
      </w:r>
      <w:r w:rsidRPr="000A4028">
        <w:rPr>
          <w:rFonts w:ascii="Times New Roman" w:hAnsi="Times New Roman" w:cs="Times New Roman"/>
          <w:sz w:val="24"/>
          <w:szCs w:val="24"/>
        </w:rPr>
        <w:t>D. with heart</w:t>
      </w:r>
    </w:p>
    <w:p w14:paraId="356043EF" w14:textId="0515724F" w:rsidR="00AC5F1B" w:rsidRPr="000A4028" w:rsidRDefault="00AC5F1B" w:rsidP="000A402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29.</w:t>
      </w:r>
      <w:r w:rsidR="000935E7">
        <w:rPr>
          <w:rFonts w:ascii="Times New Roman" w:hAnsi="Times New Roman" w:cs="Times New Roman"/>
          <w:b/>
          <w:bCs/>
          <w:sz w:val="24"/>
          <w:szCs w:val="24"/>
        </w:rPr>
        <w:tab/>
      </w:r>
      <w:r w:rsidRPr="000A4028">
        <w:rPr>
          <w:rFonts w:ascii="Times New Roman" w:hAnsi="Times New Roman" w:cs="Times New Roman"/>
          <w:sz w:val="24"/>
          <w:szCs w:val="24"/>
        </w:rPr>
        <w:t xml:space="preserve">A. doing writing exercises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B. to doing writing exercises</w:t>
      </w:r>
    </w:p>
    <w:p w14:paraId="491AEE1B" w14:textId="781E3828" w:rsidR="00AC5F1B" w:rsidRPr="000A4028" w:rsidRDefault="00AC5F1B" w:rsidP="000935E7">
      <w:pPr>
        <w:spacing w:after="0" w:line="240" w:lineRule="atLeast"/>
        <w:ind w:left="720" w:firstLine="720"/>
        <w:contextualSpacing/>
        <w:rPr>
          <w:rFonts w:ascii="Times New Roman" w:hAnsi="Times New Roman" w:cs="Times New Roman"/>
          <w:sz w:val="24"/>
          <w:szCs w:val="24"/>
        </w:rPr>
      </w:pPr>
      <w:r w:rsidRPr="000A4028">
        <w:rPr>
          <w:rFonts w:ascii="Times New Roman" w:hAnsi="Times New Roman" w:cs="Times New Roman"/>
          <w:sz w:val="24"/>
          <w:szCs w:val="24"/>
        </w:rPr>
        <w:t xml:space="preserve">C. to do written exercises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D. doing written exercises</w:t>
      </w:r>
    </w:p>
    <w:p w14:paraId="292D6A2F" w14:textId="460BD7BC" w:rsidR="00AC5F1B" w:rsidRPr="000A4028" w:rsidRDefault="00AC5F1B" w:rsidP="000A402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30.</w:t>
      </w:r>
      <w:r w:rsidRPr="000A4028">
        <w:rPr>
          <w:rFonts w:ascii="Times New Roman" w:hAnsi="Times New Roman" w:cs="Times New Roman"/>
          <w:sz w:val="24"/>
          <w:szCs w:val="24"/>
        </w:rPr>
        <w:t xml:space="preserve"> A. where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 xml:space="preserve">B. whose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 xml:space="preserve">C. when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D. who</w:t>
      </w:r>
    </w:p>
    <w:p w14:paraId="4E4F67E3" w14:textId="4F60215C" w:rsidR="00AC5F1B" w:rsidRPr="000A4028" w:rsidRDefault="00AC5F1B" w:rsidP="000A402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31.</w:t>
      </w:r>
      <w:r w:rsidRPr="000A4028">
        <w:rPr>
          <w:rFonts w:ascii="Times New Roman" w:hAnsi="Times New Roman" w:cs="Times New Roman"/>
          <w:sz w:val="24"/>
          <w:szCs w:val="24"/>
        </w:rPr>
        <w:t xml:space="preserve"> A. can easily access    </w:t>
      </w:r>
      <w:r w:rsidR="000935E7">
        <w:rPr>
          <w:rFonts w:ascii="Times New Roman" w:hAnsi="Times New Roman" w:cs="Times New Roman"/>
          <w:sz w:val="24"/>
          <w:szCs w:val="24"/>
        </w:rPr>
        <w:tab/>
      </w:r>
      <w:r w:rsidRPr="000A4028">
        <w:rPr>
          <w:rFonts w:ascii="Times New Roman" w:hAnsi="Times New Roman" w:cs="Times New Roman"/>
          <w:sz w:val="24"/>
          <w:szCs w:val="24"/>
        </w:rPr>
        <w:t xml:space="preserve">B. easily can access    C. can access easy    </w:t>
      </w:r>
      <w:r w:rsidR="000935E7">
        <w:rPr>
          <w:rFonts w:ascii="Times New Roman" w:hAnsi="Times New Roman" w:cs="Times New Roman"/>
          <w:sz w:val="24"/>
          <w:szCs w:val="24"/>
        </w:rPr>
        <w:tab/>
      </w:r>
      <w:r w:rsidRPr="000A4028">
        <w:rPr>
          <w:rFonts w:ascii="Times New Roman" w:hAnsi="Times New Roman" w:cs="Times New Roman"/>
          <w:sz w:val="24"/>
          <w:szCs w:val="24"/>
        </w:rPr>
        <w:t>D. access can easily</w:t>
      </w:r>
    </w:p>
    <w:p w14:paraId="57514EFF" w14:textId="35ECAD00" w:rsidR="00AC5F1B" w:rsidRPr="000A4028" w:rsidRDefault="00AC5F1B" w:rsidP="000A402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32.</w:t>
      </w:r>
      <w:r w:rsidRPr="000A4028">
        <w:rPr>
          <w:rFonts w:ascii="Times New Roman" w:hAnsi="Times New Roman" w:cs="Times New Roman"/>
          <w:sz w:val="24"/>
          <w:szCs w:val="24"/>
        </w:rPr>
        <w:t xml:space="preserve"> A. For example    </w:t>
      </w:r>
      <w:r w:rsidR="000935E7">
        <w:rPr>
          <w:rFonts w:ascii="Times New Roman" w:hAnsi="Times New Roman" w:cs="Times New Roman"/>
          <w:sz w:val="24"/>
          <w:szCs w:val="24"/>
        </w:rPr>
        <w:tab/>
      </w:r>
      <w:r w:rsidRPr="000A4028">
        <w:rPr>
          <w:rFonts w:ascii="Times New Roman" w:hAnsi="Times New Roman" w:cs="Times New Roman"/>
          <w:sz w:val="24"/>
          <w:szCs w:val="24"/>
        </w:rPr>
        <w:t xml:space="preserve">B. </w:t>
      </w:r>
      <w:proofErr w:type="gramStart"/>
      <w:r w:rsidRPr="000A4028">
        <w:rPr>
          <w:rFonts w:ascii="Times New Roman" w:hAnsi="Times New Roman" w:cs="Times New Roman"/>
          <w:sz w:val="24"/>
          <w:szCs w:val="24"/>
        </w:rPr>
        <w:t>However</w:t>
      </w:r>
      <w:proofErr w:type="gramEnd"/>
      <w:r w:rsidRPr="000A4028">
        <w:rPr>
          <w:rFonts w:ascii="Times New Roman" w:hAnsi="Times New Roman" w:cs="Times New Roman"/>
          <w:sz w:val="24"/>
          <w:szCs w:val="24"/>
        </w:rPr>
        <w:t xml:space="preserve">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 xml:space="preserve">C. Nevertheless    </w:t>
      </w:r>
      <w:r w:rsidR="000935E7">
        <w:rPr>
          <w:rFonts w:ascii="Times New Roman" w:hAnsi="Times New Roman" w:cs="Times New Roman"/>
          <w:sz w:val="24"/>
          <w:szCs w:val="24"/>
        </w:rPr>
        <w:tab/>
      </w:r>
      <w:r w:rsidRPr="000A4028">
        <w:rPr>
          <w:rFonts w:ascii="Times New Roman" w:hAnsi="Times New Roman" w:cs="Times New Roman"/>
          <w:sz w:val="24"/>
          <w:szCs w:val="24"/>
        </w:rPr>
        <w:t>D. Therefore</w:t>
      </w:r>
    </w:p>
    <w:p w14:paraId="65507D2D"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br/>
        <w:t>Mark the letter A, B, C, or D on your answer sheet to indicate the correct answer to each of the following questions.</w:t>
      </w:r>
    </w:p>
    <w:p w14:paraId="5BDF20CE"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t>Question 33. Put the sentences (a-c) in the correct order, then fill in the blank to make a logical text.</w:t>
      </w:r>
    </w:p>
    <w:p w14:paraId="19FA6989"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Technology has significantly changed the way people live and work. The following points highlight its impact.</w:t>
      </w:r>
    </w:p>
    <w:p w14:paraId="36AF796C"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a. As a result, communication has become faster and more convenient than ever before.</w:t>
      </w:r>
    </w:p>
    <w:p w14:paraId="04D1F71C"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b. In addition, modern devices allow people to connect with others instantly across long distances.</w:t>
      </w:r>
    </w:p>
    <w:p w14:paraId="06019C9B"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c. Firstly, technology provides access to a vast amount of information within seconds.</w:t>
      </w:r>
    </w:p>
    <w:p w14:paraId="06E198F7" w14:textId="216FC23C" w:rsidR="00AC5F1B" w:rsidRPr="000A4028" w:rsidRDefault="00AC5F1B" w:rsidP="000A4028">
      <w:pPr>
        <w:spacing w:after="0" w:line="240" w:lineRule="atLeast"/>
        <w:contextualSpacing/>
        <w:rPr>
          <w:rFonts w:ascii="Times New Roman" w:hAnsi="Times New Roman" w:cs="Times New Roman"/>
          <w:sz w:val="24"/>
          <w:szCs w:val="24"/>
          <w:lang w:val="pt-PT"/>
        </w:rPr>
      </w:pPr>
      <w:r w:rsidRPr="000A4028">
        <w:rPr>
          <w:rFonts w:ascii="Times New Roman" w:hAnsi="Times New Roman" w:cs="Times New Roman"/>
          <w:sz w:val="24"/>
          <w:szCs w:val="24"/>
          <w:lang w:val="pt-PT"/>
        </w:rPr>
        <w:t xml:space="preserve">A. b - c - a    </w:t>
      </w:r>
      <w:r w:rsidR="000935E7">
        <w:rPr>
          <w:rFonts w:ascii="Times New Roman" w:hAnsi="Times New Roman" w:cs="Times New Roman"/>
          <w:sz w:val="24"/>
          <w:szCs w:val="24"/>
          <w:lang w:val="pt-PT"/>
        </w:rPr>
        <w:tab/>
      </w:r>
      <w:r w:rsidR="000935E7">
        <w:rPr>
          <w:rFonts w:ascii="Times New Roman" w:hAnsi="Times New Roman" w:cs="Times New Roman"/>
          <w:sz w:val="24"/>
          <w:szCs w:val="24"/>
          <w:lang w:val="pt-PT"/>
        </w:rPr>
        <w:tab/>
      </w:r>
      <w:r w:rsidRPr="000A4028">
        <w:rPr>
          <w:rFonts w:ascii="Times New Roman" w:hAnsi="Times New Roman" w:cs="Times New Roman"/>
          <w:sz w:val="24"/>
          <w:szCs w:val="24"/>
          <w:lang w:val="pt-PT"/>
        </w:rPr>
        <w:t xml:space="preserve">B. a - b - c    </w:t>
      </w:r>
      <w:r w:rsidR="000935E7">
        <w:rPr>
          <w:rFonts w:ascii="Times New Roman" w:hAnsi="Times New Roman" w:cs="Times New Roman"/>
          <w:sz w:val="24"/>
          <w:szCs w:val="24"/>
          <w:lang w:val="pt-PT"/>
        </w:rPr>
        <w:tab/>
      </w:r>
      <w:r w:rsidR="000935E7">
        <w:rPr>
          <w:rFonts w:ascii="Times New Roman" w:hAnsi="Times New Roman" w:cs="Times New Roman"/>
          <w:sz w:val="24"/>
          <w:szCs w:val="24"/>
          <w:lang w:val="pt-PT"/>
        </w:rPr>
        <w:tab/>
      </w:r>
      <w:proofErr w:type="spellStart"/>
      <w:r w:rsidRPr="000A4028">
        <w:rPr>
          <w:rFonts w:ascii="Times New Roman" w:hAnsi="Times New Roman" w:cs="Times New Roman"/>
          <w:sz w:val="24"/>
          <w:szCs w:val="24"/>
          <w:lang w:val="pt-PT"/>
        </w:rPr>
        <w:t>C</w:t>
      </w:r>
      <w:proofErr w:type="spellEnd"/>
      <w:r w:rsidRPr="000A4028">
        <w:rPr>
          <w:rFonts w:ascii="Times New Roman" w:hAnsi="Times New Roman" w:cs="Times New Roman"/>
          <w:sz w:val="24"/>
          <w:szCs w:val="24"/>
          <w:lang w:val="pt-PT"/>
        </w:rPr>
        <w:t xml:space="preserve">. b - a - c    </w:t>
      </w:r>
      <w:r w:rsidR="000935E7">
        <w:rPr>
          <w:rFonts w:ascii="Times New Roman" w:hAnsi="Times New Roman" w:cs="Times New Roman"/>
          <w:sz w:val="24"/>
          <w:szCs w:val="24"/>
          <w:lang w:val="pt-PT"/>
        </w:rPr>
        <w:tab/>
      </w:r>
      <w:r w:rsidR="000935E7">
        <w:rPr>
          <w:rFonts w:ascii="Times New Roman" w:hAnsi="Times New Roman" w:cs="Times New Roman"/>
          <w:sz w:val="24"/>
          <w:szCs w:val="24"/>
          <w:lang w:val="pt-PT"/>
        </w:rPr>
        <w:tab/>
      </w:r>
      <w:r w:rsidRPr="000A4028">
        <w:rPr>
          <w:rFonts w:ascii="Times New Roman" w:hAnsi="Times New Roman" w:cs="Times New Roman"/>
          <w:sz w:val="24"/>
          <w:szCs w:val="24"/>
          <w:lang w:val="pt-PT"/>
        </w:rPr>
        <w:t>D. c - b - a</w:t>
      </w:r>
    </w:p>
    <w:p w14:paraId="17B5E71E" w14:textId="77777777" w:rsidR="00AC5F1B" w:rsidRPr="000A4028" w:rsidRDefault="00AC5F1B" w:rsidP="000A4028">
      <w:pPr>
        <w:spacing w:after="0" w:line="240" w:lineRule="atLeast"/>
        <w:contextualSpacing/>
        <w:rPr>
          <w:rFonts w:ascii="Times New Roman" w:hAnsi="Times New Roman" w:cs="Times New Roman"/>
          <w:sz w:val="24"/>
          <w:szCs w:val="24"/>
        </w:rPr>
      </w:pPr>
      <w:r w:rsidRPr="00C75018">
        <w:rPr>
          <w:rFonts w:ascii="Times New Roman" w:hAnsi="Times New Roman" w:cs="Times New Roman"/>
          <w:b/>
          <w:sz w:val="24"/>
          <w:szCs w:val="24"/>
        </w:rPr>
        <w:br/>
      </w:r>
      <w:r w:rsidRPr="000A4028">
        <w:rPr>
          <w:rFonts w:ascii="Times New Roman" w:hAnsi="Times New Roman" w:cs="Times New Roman"/>
          <w:b/>
          <w:sz w:val="24"/>
          <w:szCs w:val="24"/>
        </w:rPr>
        <w:t>Question 34. Choose the sentence that can end the text most appropriately.</w:t>
      </w:r>
    </w:p>
    <w:p w14:paraId="387023E5"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A. Many people spend a lot of time using their smartphones every day.</w:t>
      </w:r>
    </w:p>
    <w:p w14:paraId="411DD24C"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lastRenderedPageBreak/>
        <w:t>B. However, not everyone has access to modern technology.</w:t>
      </w:r>
    </w:p>
    <w:p w14:paraId="301979BD"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C. Technology companies are constantly developing new products.</w:t>
      </w:r>
    </w:p>
    <w:p w14:paraId="5C60101D"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D. Therefore, it is essential to use technology wisely to maximize its benefits.</w:t>
      </w:r>
    </w:p>
    <w:p w14:paraId="6C571B2C"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br/>
        <w:t>Mark the letter A, B, C, or D on your answer sheet to indicate the sentence that is closest in meaning to the original sentence in each of the following questions.</w:t>
      </w:r>
    </w:p>
    <w:p w14:paraId="64BA63BD"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t>Question 35. The road is too dangerous for children to ride bicycles.</w:t>
      </w:r>
    </w:p>
    <w:p w14:paraId="5D913422"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A. The road is so dangerous that children can’t ride bicycles on it.</w:t>
      </w:r>
    </w:p>
    <w:p w14:paraId="2689DA77"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B. Children should ride bicycles unless the road is safe.</w:t>
      </w:r>
    </w:p>
    <w:p w14:paraId="118EC01B"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C. The road is dangerous, but children are allowed to ride bicycles.</w:t>
      </w:r>
    </w:p>
    <w:p w14:paraId="2C6C7A1E"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D. Children can ride bicycles on the road even though it is dangerous.</w:t>
      </w:r>
    </w:p>
    <w:p w14:paraId="58958E1D"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br/>
        <w:t>Question 36. Sarah is a photographer. She bought a modern camera yesterday.</w:t>
      </w:r>
    </w:p>
    <w:p w14:paraId="7C79D7BB"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A. Sarah, which bought a modern camera yesterday, is a photographer.</w:t>
      </w:r>
    </w:p>
    <w:p w14:paraId="69562208"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B. Sarah, whose bought a modern camera yesterday, is a photographer.</w:t>
      </w:r>
    </w:p>
    <w:p w14:paraId="28648BE9"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C. Sarah, who bought a modern camera yesterday, is a photographer.</w:t>
      </w:r>
    </w:p>
    <w:p w14:paraId="34583EEA"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D. Sarah, that bought a modern camera yesterday, is a photographer.</w:t>
      </w:r>
    </w:p>
    <w:p w14:paraId="3872659C"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br/>
        <w:t>Mark the letter A, B, C, or D on your answer sheet to indicate the word whose underlined part differs from the other three in pronunciation in each of the following questions.</w:t>
      </w:r>
    </w:p>
    <w:p w14:paraId="17B0D9E8" w14:textId="320EF58C" w:rsidR="00AC5F1B" w:rsidRPr="000A4028" w:rsidRDefault="00AC5F1B" w:rsidP="000A402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37.</w:t>
      </w:r>
      <w:r w:rsidRPr="000A4028">
        <w:rPr>
          <w:rFonts w:ascii="Times New Roman" w:hAnsi="Times New Roman" w:cs="Times New Roman"/>
          <w:sz w:val="24"/>
          <w:szCs w:val="24"/>
        </w:rPr>
        <w:t xml:space="preserve"> A. tr</w:t>
      </w:r>
      <w:r w:rsidRPr="000935E7">
        <w:rPr>
          <w:rFonts w:ascii="Times New Roman" w:hAnsi="Times New Roman" w:cs="Times New Roman"/>
          <w:b/>
          <w:bCs/>
          <w:i/>
          <w:iCs/>
          <w:sz w:val="24"/>
          <w:szCs w:val="24"/>
          <w:u w:val="single"/>
        </w:rPr>
        <w:t>ea</w:t>
      </w:r>
      <w:r w:rsidRPr="000A4028">
        <w:rPr>
          <w:rFonts w:ascii="Times New Roman" w:hAnsi="Times New Roman" w:cs="Times New Roman"/>
          <w:sz w:val="24"/>
          <w:szCs w:val="24"/>
        </w:rPr>
        <w:t xml:space="preserve">t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B. thr</w:t>
      </w:r>
      <w:r w:rsidRPr="000935E7">
        <w:rPr>
          <w:rFonts w:ascii="Times New Roman" w:hAnsi="Times New Roman" w:cs="Times New Roman"/>
          <w:b/>
          <w:bCs/>
          <w:i/>
          <w:iCs/>
          <w:sz w:val="24"/>
          <w:szCs w:val="24"/>
          <w:u w:val="single"/>
        </w:rPr>
        <w:t>ea</w:t>
      </w:r>
      <w:r w:rsidRPr="000A4028">
        <w:rPr>
          <w:rFonts w:ascii="Times New Roman" w:hAnsi="Times New Roman" w:cs="Times New Roman"/>
          <w:sz w:val="24"/>
          <w:szCs w:val="24"/>
        </w:rPr>
        <w:t xml:space="preserve">t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C. spr</w:t>
      </w:r>
      <w:r w:rsidRPr="000935E7">
        <w:rPr>
          <w:rFonts w:ascii="Times New Roman" w:hAnsi="Times New Roman" w:cs="Times New Roman"/>
          <w:b/>
          <w:bCs/>
          <w:i/>
          <w:iCs/>
          <w:sz w:val="24"/>
          <w:szCs w:val="24"/>
          <w:u w:val="single"/>
        </w:rPr>
        <w:t>ea</w:t>
      </w:r>
      <w:r w:rsidRPr="000A4028">
        <w:rPr>
          <w:rFonts w:ascii="Times New Roman" w:hAnsi="Times New Roman" w:cs="Times New Roman"/>
          <w:sz w:val="24"/>
          <w:szCs w:val="24"/>
        </w:rPr>
        <w:t xml:space="preserve">d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D. pl</w:t>
      </w:r>
      <w:r w:rsidRPr="000935E7">
        <w:rPr>
          <w:rFonts w:ascii="Times New Roman" w:hAnsi="Times New Roman" w:cs="Times New Roman"/>
          <w:b/>
          <w:bCs/>
          <w:i/>
          <w:iCs/>
          <w:sz w:val="24"/>
          <w:szCs w:val="24"/>
          <w:u w:val="single"/>
        </w:rPr>
        <w:t>ea</w:t>
      </w:r>
      <w:r w:rsidRPr="000A4028">
        <w:rPr>
          <w:rFonts w:ascii="Times New Roman" w:hAnsi="Times New Roman" w:cs="Times New Roman"/>
          <w:sz w:val="24"/>
          <w:szCs w:val="24"/>
        </w:rPr>
        <w:t>sure</w:t>
      </w:r>
    </w:p>
    <w:p w14:paraId="76A450A6" w14:textId="1E191641" w:rsidR="00AC5F1B" w:rsidRPr="000A4028" w:rsidRDefault="00AC5F1B" w:rsidP="000A402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38.</w:t>
      </w:r>
      <w:r w:rsidRPr="000A4028">
        <w:rPr>
          <w:rFonts w:ascii="Times New Roman" w:hAnsi="Times New Roman" w:cs="Times New Roman"/>
          <w:sz w:val="24"/>
          <w:szCs w:val="24"/>
        </w:rPr>
        <w:t xml:space="preserve"> A. relax</w:t>
      </w:r>
      <w:r w:rsidRPr="000935E7">
        <w:rPr>
          <w:rFonts w:ascii="Times New Roman" w:hAnsi="Times New Roman" w:cs="Times New Roman"/>
          <w:b/>
          <w:bCs/>
          <w:i/>
          <w:iCs/>
          <w:sz w:val="24"/>
          <w:szCs w:val="24"/>
          <w:u w:val="single"/>
        </w:rPr>
        <w:t>ed</w:t>
      </w:r>
      <w:r w:rsidRPr="000A4028">
        <w:rPr>
          <w:rFonts w:ascii="Times New Roman" w:hAnsi="Times New Roman" w:cs="Times New Roman"/>
          <w:sz w:val="24"/>
          <w:szCs w:val="24"/>
        </w:rPr>
        <w:t xml:space="preserve">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B. advanc</w:t>
      </w:r>
      <w:r w:rsidRPr="000935E7">
        <w:rPr>
          <w:rFonts w:ascii="Times New Roman" w:hAnsi="Times New Roman" w:cs="Times New Roman"/>
          <w:b/>
          <w:bCs/>
          <w:i/>
          <w:iCs/>
          <w:sz w:val="24"/>
          <w:szCs w:val="24"/>
          <w:u w:val="single"/>
        </w:rPr>
        <w:t>ed</w:t>
      </w:r>
      <w:r w:rsidRPr="000A4028">
        <w:rPr>
          <w:rFonts w:ascii="Times New Roman" w:hAnsi="Times New Roman" w:cs="Times New Roman"/>
          <w:sz w:val="24"/>
          <w:szCs w:val="24"/>
        </w:rPr>
        <w:t xml:space="preserve">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C. confus</w:t>
      </w:r>
      <w:r w:rsidRPr="000935E7">
        <w:rPr>
          <w:rFonts w:ascii="Times New Roman" w:hAnsi="Times New Roman" w:cs="Times New Roman"/>
          <w:b/>
          <w:bCs/>
          <w:i/>
          <w:iCs/>
          <w:sz w:val="24"/>
          <w:szCs w:val="24"/>
          <w:u w:val="single"/>
        </w:rPr>
        <w:t>ed</w:t>
      </w:r>
      <w:r w:rsidRPr="000A4028">
        <w:rPr>
          <w:rFonts w:ascii="Times New Roman" w:hAnsi="Times New Roman" w:cs="Times New Roman"/>
          <w:sz w:val="24"/>
          <w:szCs w:val="24"/>
        </w:rPr>
        <w:t xml:space="preserve">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D. witness</w:t>
      </w:r>
      <w:r w:rsidRPr="000935E7">
        <w:rPr>
          <w:rFonts w:ascii="Times New Roman" w:hAnsi="Times New Roman" w:cs="Times New Roman"/>
          <w:b/>
          <w:bCs/>
          <w:i/>
          <w:iCs/>
          <w:sz w:val="24"/>
          <w:szCs w:val="24"/>
          <w:u w:val="single"/>
        </w:rPr>
        <w:t>ed</w:t>
      </w:r>
    </w:p>
    <w:p w14:paraId="18B6F96D"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br/>
        <w:t>Mark the letter A, B, C, or D on your answer sheet to indicate the word that differs from the other three in the position of primary stress in each of the following questions.</w:t>
      </w:r>
    </w:p>
    <w:p w14:paraId="3E8B8DA9" w14:textId="66F88827" w:rsidR="00AC5F1B" w:rsidRPr="000A4028" w:rsidRDefault="00AC5F1B" w:rsidP="000A402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39.</w:t>
      </w:r>
      <w:r w:rsidRPr="000A4028">
        <w:rPr>
          <w:rFonts w:ascii="Times New Roman" w:hAnsi="Times New Roman" w:cs="Times New Roman"/>
          <w:sz w:val="24"/>
          <w:szCs w:val="24"/>
        </w:rPr>
        <w:t xml:space="preserve"> A. development    </w:t>
      </w:r>
      <w:r w:rsidR="000935E7">
        <w:rPr>
          <w:rFonts w:ascii="Times New Roman" w:hAnsi="Times New Roman" w:cs="Times New Roman"/>
          <w:sz w:val="24"/>
          <w:szCs w:val="24"/>
        </w:rPr>
        <w:tab/>
      </w:r>
      <w:r w:rsidRPr="000A4028">
        <w:rPr>
          <w:rFonts w:ascii="Times New Roman" w:hAnsi="Times New Roman" w:cs="Times New Roman"/>
          <w:sz w:val="24"/>
          <w:szCs w:val="24"/>
        </w:rPr>
        <w:t xml:space="preserve">B. entertainment    </w:t>
      </w:r>
      <w:r w:rsidR="000935E7">
        <w:rPr>
          <w:rFonts w:ascii="Times New Roman" w:hAnsi="Times New Roman" w:cs="Times New Roman"/>
          <w:sz w:val="24"/>
          <w:szCs w:val="24"/>
        </w:rPr>
        <w:tab/>
      </w:r>
      <w:r w:rsidRPr="000A4028">
        <w:rPr>
          <w:rFonts w:ascii="Times New Roman" w:hAnsi="Times New Roman" w:cs="Times New Roman"/>
          <w:sz w:val="24"/>
          <w:szCs w:val="24"/>
        </w:rPr>
        <w:t xml:space="preserve">C. technology    </w:t>
      </w:r>
      <w:r w:rsidR="000935E7">
        <w:rPr>
          <w:rFonts w:ascii="Times New Roman" w:hAnsi="Times New Roman" w:cs="Times New Roman"/>
          <w:sz w:val="24"/>
          <w:szCs w:val="24"/>
        </w:rPr>
        <w:tab/>
      </w:r>
      <w:r w:rsidRPr="000A4028">
        <w:rPr>
          <w:rFonts w:ascii="Times New Roman" w:hAnsi="Times New Roman" w:cs="Times New Roman"/>
          <w:sz w:val="24"/>
          <w:szCs w:val="24"/>
        </w:rPr>
        <w:t>D. environment</w:t>
      </w:r>
    </w:p>
    <w:p w14:paraId="0AC655AE" w14:textId="06D9B8DD" w:rsidR="00AC5F1B" w:rsidRPr="000A4028" w:rsidRDefault="00AC5F1B" w:rsidP="000A402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40.</w:t>
      </w:r>
      <w:r w:rsidRPr="000A4028">
        <w:rPr>
          <w:rFonts w:ascii="Times New Roman" w:hAnsi="Times New Roman" w:cs="Times New Roman"/>
          <w:sz w:val="24"/>
          <w:szCs w:val="24"/>
        </w:rPr>
        <w:t xml:space="preserve"> A. invite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 xml:space="preserve">B. advice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 xml:space="preserve">C. parade    </w:t>
      </w:r>
      <w:r w:rsidR="000935E7">
        <w:rPr>
          <w:rFonts w:ascii="Times New Roman" w:hAnsi="Times New Roman" w:cs="Times New Roman"/>
          <w:sz w:val="24"/>
          <w:szCs w:val="24"/>
        </w:rPr>
        <w:tab/>
      </w:r>
      <w:r w:rsidR="000935E7">
        <w:rPr>
          <w:rFonts w:ascii="Times New Roman" w:hAnsi="Times New Roman" w:cs="Times New Roman"/>
          <w:sz w:val="24"/>
          <w:szCs w:val="24"/>
        </w:rPr>
        <w:tab/>
      </w:r>
      <w:r w:rsidRPr="000A4028">
        <w:rPr>
          <w:rFonts w:ascii="Times New Roman" w:hAnsi="Times New Roman" w:cs="Times New Roman"/>
          <w:sz w:val="24"/>
          <w:szCs w:val="24"/>
        </w:rPr>
        <w:t>D. happen</w:t>
      </w:r>
    </w:p>
    <w:p w14:paraId="75D19A0C" w14:textId="77777777" w:rsidR="00AC5F1B" w:rsidRPr="000A4028" w:rsidRDefault="00AC5F1B" w:rsidP="000A402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br/>
        <w:t>——— THE END ———</w:t>
      </w:r>
    </w:p>
    <w:p w14:paraId="1FF8E202" w14:textId="77777777" w:rsidR="00AC5F1B" w:rsidRPr="000A4028" w:rsidRDefault="00AC5F1B" w:rsidP="000A4028">
      <w:pPr>
        <w:spacing w:after="0" w:line="240" w:lineRule="atLeast"/>
        <w:contextualSpacing/>
        <w:rPr>
          <w:rFonts w:ascii="Times New Roman" w:hAnsi="Times New Roman" w:cs="Times New Roman"/>
          <w:sz w:val="24"/>
          <w:szCs w:val="24"/>
        </w:rPr>
      </w:pPr>
    </w:p>
    <w:p w14:paraId="4F5C00E4" w14:textId="7269329F" w:rsidR="00AC5F1B" w:rsidRDefault="00AC5F1B" w:rsidP="000A4028">
      <w:pPr>
        <w:spacing w:after="0" w:line="240" w:lineRule="atLeast"/>
        <w:contextualSpacing/>
        <w:rPr>
          <w:rFonts w:ascii="Times New Roman" w:hAnsi="Times New Roman" w:cs="Times New Roman"/>
          <w:sz w:val="24"/>
          <w:szCs w:val="24"/>
        </w:rPr>
      </w:pPr>
    </w:p>
    <w:p w14:paraId="48C7FEDD" w14:textId="3B893CED" w:rsidR="008F5758" w:rsidRDefault="008F5758" w:rsidP="000A4028">
      <w:pPr>
        <w:spacing w:after="0" w:line="240" w:lineRule="atLeast"/>
        <w:contextualSpacing/>
        <w:rPr>
          <w:rFonts w:ascii="Times New Roman" w:hAnsi="Times New Roman" w:cs="Times New Roman"/>
          <w:sz w:val="24"/>
          <w:szCs w:val="24"/>
        </w:rPr>
      </w:pPr>
    </w:p>
    <w:p w14:paraId="1AF3255E" w14:textId="7CED55BF" w:rsidR="008F5758" w:rsidRDefault="008F5758" w:rsidP="000A4028">
      <w:pPr>
        <w:spacing w:after="0" w:line="240" w:lineRule="atLeast"/>
        <w:contextualSpacing/>
        <w:rPr>
          <w:rFonts w:ascii="Times New Roman" w:hAnsi="Times New Roman" w:cs="Times New Roman"/>
          <w:sz w:val="24"/>
          <w:szCs w:val="24"/>
        </w:rPr>
      </w:pPr>
    </w:p>
    <w:p w14:paraId="37FF6EFB" w14:textId="5D5170EB" w:rsidR="008F5758" w:rsidRDefault="008F5758" w:rsidP="000A4028">
      <w:pPr>
        <w:spacing w:after="0" w:line="240" w:lineRule="atLeast"/>
        <w:contextualSpacing/>
        <w:rPr>
          <w:rFonts w:ascii="Times New Roman" w:hAnsi="Times New Roman" w:cs="Times New Roman"/>
          <w:sz w:val="24"/>
          <w:szCs w:val="24"/>
        </w:rPr>
      </w:pPr>
    </w:p>
    <w:p w14:paraId="1865CA21" w14:textId="140816E7" w:rsidR="008F5758" w:rsidRDefault="008F5758" w:rsidP="000A4028">
      <w:pPr>
        <w:spacing w:after="0" w:line="240" w:lineRule="atLeast"/>
        <w:contextualSpacing/>
        <w:rPr>
          <w:rFonts w:ascii="Times New Roman" w:hAnsi="Times New Roman" w:cs="Times New Roman"/>
          <w:sz w:val="24"/>
          <w:szCs w:val="24"/>
        </w:rPr>
      </w:pPr>
    </w:p>
    <w:p w14:paraId="15635744" w14:textId="1F1779C9" w:rsidR="008F5758" w:rsidRDefault="008F5758" w:rsidP="000A4028">
      <w:pPr>
        <w:spacing w:after="0" w:line="240" w:lineRule="atLeast"/>
        <w:contextualSpacing/>
        <w:rPr>
          <w:rFonts w:ascii="Times New Roman" w:hAnsi="Times New Roman" w:cs="Times New Roman"/>
          <w:sz w:val="24"/>
          <w:szCs w:val="24"/>
        </w:rPr>
      </w:pPr>
    </w:p>
    <w:p w14:paraId="62A7E2B1" w14:textId="5DB095DD" w:rsidR="008F5758" w:rsidRDefault="008F5758" w:rsidP="000A4028">
      <w:pPr>
        <w:spacing w:after="0" w:line="240" w:lineRule="atLeast"/>
        <w:contextualSpacing/>
        <w:rPr>
          <w:rFonts w:ascii="Times New Roman" w:hAnsi="Times New Roman" w:cs="Times New Roman"/>
          <w:sz w:val="24"/>
          <w:szCs w:val="24"/>
        </w:rPr>
      </w:pPr>
    </w:p>
    <w:p w14:paraId="5A7218E6" w14:textId="663212AF" w:rsidR="008F5758" w:rsidRDefault="008F5758" w:rsidP="000A4028">
      <w:pPr>
        <w:spacing w:after="0" w:line="240" w:lineRule="atLeast"/>
        <w:contextualSpacing/>
        <w:rPr>
          <w:rFonts w:ascii="Times New Roman" w:hAnsi="Times New Roman" w:cs="Times New Roman"/>
          <w:sz w:val="24"/>
          <w:szCs w:val="24"/>
        </w:rPr>
      </w:pPr>
    </w:p>
    <w:p w14:paraId="2A03A954" w14:textId="6983C89D" w:rsidR="008F5758" w:rsidRDefault="008F5758" w:rsidP="000A4028">
      <w:pPr>
        <w:spacing w:after="0" w:line="240" w:lineRule="atLeast"/>
        <w:contextualSpacing/>
        <w:rPr>
          <w:rFonts w:ascii="Times New Roman" w:hAnsi="Times New Roman" w:cs="Times New Roman"/>
          <w:sz w:val="24"/>
          <w:szCs w:val="24"/>
        </w:rPr>
      </w:pPr>
    </w:p>
    <w:p w14:paraId="7FB42BB6" w14:textId="3DFDEEE9" w:rsidR="008F5758" w:rsidRDefault="008F5758" w:rsidP="000A4028">
      <w:pPr>
        <w:spacing w:after="0" w:line="240" w:lineRule="atLeast"/>
        <w:contextualSpacing/>
        <w:rPr>
          <w:rFonts w:ascii="Times New Roman" w:hAnsi="Times New Roman" w:cs="Times New Roman"/>
          <w:sz w:val="24"/>
          <w:szCs w:val="24"/>
        </w:rPr>
      </w:pPr>
    </w:p>
    <w:p w14:paraId="51C33BFB" w14:textId="49E0F622" w:rsidR="008F5758" w:rsidRDefault="008F5758" w:rsidP="000A4028">
      <w:pPr>
        <w:spacing w:after="0" w:line="240" w:lineRule="atLeast"/>
        <w:contextualSpacing/>
        <w:rPr>
          <w:rFonts w:ascii="Times New Roman" w:hAnsi="Times New Roman" w:cs="Times New Roman"/>
          <w:sz w:val="24"/>
          <w:szCs w:val="24"/>
        </w:rPr>
      </w:pPr>
    </w:p>
    <w:p w14:paraId="564F4A0C" w14:textId="3AD88414" w:rsidR="008F5758" w:rsidRDefault="008F5758" w:rsidP="000A4028">
      <w:pPr>
        <w:spacing w:after="0" w:line="240" w:lineRule="atLeast"/>
        <w:contextualSpacing/>
        <w:rPr>
          <w:rFonts w:ascii="Times New Roman" w:hAnsi="Times New Roman" w:cs="Times New Roman"/>
          <w:sz w:val="24"/>
          <w:szCs w:val="24"/>
        </w:rPr>
      </w:pPr>
    </w:p>
    <w:p w14:paraId="1F4FC550" w14:textId="525163EE" w:rsidR="008F5758" w:rsidRDefault="008F5758" w:rsidP="000A4028">
      <w:pPr>
        <w:spacing w:after="0" w:line="240" w:lineRule="atLeast"/>
        <w:contextualSpacing/>
        <w:rPr>
          <w:rFonts w:ascii="Times New Roman" w:hAnsi="Times New Roman" w:cs="Times New Roman"/>
          <w:sz w:val="24"/>
          <w:szCs w:val="24"/>
        </w:rPr>
      </w:pPr>
    </w:p>
    <w:p w14:paraId="17738172" w14:textId="4539C00A" w:rsidR="008F5758" w:rsidRDefault="008F5758" w:rsidP="000A4028">
      <w:pPr>
        <w:spacing w:after="0" w:line="240" w:lineRule="atLeast"/>
        <w:contextualSpacing/>
        <w:rPr>
          <w:rFonts w:ascii="Times New Roman" w:hAnsi="Times New Roman" w:cs="Times New Roman"/>
          <w:sz w:val="24"/>
          <w:szCs w:val="24"/>
        </w:rPr>
      </w:pPr>
    </w:p>
    <w:p w14:paraId="5389205D" w14:textId="4EAB7CBB" w:rsidR="008F5758" w:rsidRDefault="008F5758" w:rsidP="000A4028">
      <w:pPr>
        <w:spacing w:after="0" w:line="240" w:lineRule="atLeast"/>
        <w:contextualSpacing/>
        <w:rPr>
          <w:rFonts w:ascii="Times New Roman" w:hAnsi="Times New Roman" w:cs="Times New Roman"/>
          <w:sz w:val="24"/>
          <w:szCs w:val="24"/>
        </w:rPr>
      </w:pPr>
    </w:p>
    <w:p w14:paraId="23DCEFD2" w14:textId="6DE9159E" w:rsidR="008F5758" w:rsidRDefault="008F5758" w:rsidP="000A4028">
      <w:pPr>
        <w:spacing w:after="0" w:line="240" w:lineRule="atLeast"/>
        <w:contextualSpacing/>
        <w:rPr>
          <w:rFonts w:ascii="Times New Roman" w:hAnsi="Times New Roman" w:cs="Times New Roman"/>
          <w:sz w:val="24"/>
          <w:szCs w:val="24"/>
        </w:rPr>
      </w:pPr>
    </w:p>
    <w:p w14:paraId="21EF2F6F" w14:textId="6FFB717D" w:rsidR="008F5758" w:rsidRDefault="008F5758" w:rsidP="000A4028">
      <w:pPr>
        <w:spacing w:after="0" w:line="240" w:lineRule="atLeast"/>
        <w:contextualSpacing/>
        <w:rPr>
          <w:rFonts w:ascii="Times New Roman" w:hAnsi="Times New Roman" w:cs="Times New Roman"/>
          <w:sz w:val="24"/>
          <w:szCs w:val="24"/>
        </w:rPr>
      </w:pPr>
    </w:p>
    <w:p w14:paraId="1C3DC325" w14:textId="08742A4D" w:rsidR="008F5758" w:rsidRDefault="008F5758" w:rsidP="000A4028">
      <w:pPr>
        <w:spacing w:after="0" w:line="240" w:lineRule="atLeast"/>
        <w:contextualSpacing/>
        <w:rPr>
          <w:rFonts w:ascii="Times New Roman" w:hAnsi="Times New Roman" w:cs="Times New Roman"/>
          <w:sz w:val="24"/>
          <w:szCs w:val="24"/>
        </w:rPr>
      </w:pPr>
    </w:p>
    <w:p w14:paraId="6B8786DD" w14:textId="494DC3A5" w:rsidR="008F5758" w:rsidRDefault="008F5758" w:rsidP="000A4028">
      <w:pPr>
        <w:spacing w:after="0" w:line="240" w:lineRule="atLeast"/>
        <w:contextualSpacing/>
        <w:rPr>
          <w:rFonts w:ascii="Times New Roman" w:hAnsi="Times New Roman" w:cs="Times New Roman"/>
          <w:sz w:val="24"/>
          <w:szCs w:val="24"/>
        </w:rPr>
      </w:pPr>
    </w:p>
    <w:p w14:paraId="4757786B" w14:textId="01B374CB" w:rsidR="008F5758" w:rsidRDefault="008F5758" w:rsidP="000A4028">
      <w:pPr>
        <w:spacing w:after="0" w:line="240" w:lineRule="atLeast"/>
        <w:contextualSpacing/>
        <w:rPr>
          <w:rFonts w:ascii="Times New Roman" w:hAnsi="Times New Roman" w:cs="Times New Roman"/>
          <w:sz w:val="24"/>
          <w:szCs w:val="24"/>
        </w:rPr>
      </w:pPr>
    </w:p>
    <w:p w14:paraId="5C945401" w14:textId="4167966A" w:rsidR="008F5758" w:rsidRDefault="008F5758" w:rsidP="000A4028">
      <w:pPr>
        <w:spacing w:after="0" w:line="240" w:lineRule="atLeast"/>
        <w:contextualSpacing/>
        <w:rPr>
          <w:rFonts w:ascii="Times New Roman" w:hAnsi="Times New Roman" w:cs="Times New Roman"/>
          <w:sz w:val="24"/>
          <w:szCs w:val="24"/>
        </w:rPr>
      </w:pPr>
    </w:p>
    <w:p w14:paraId="3E022824" w14:textId="73CAB96D" w:rsidR="008F5758" w:rsidRDefault="008F5758" w:rsidP="000A4028">
      <w:pPr>
        <w:spacing w:after="0" w:line="240" w:lineRule="atLeast"/>
        <w:contextualSpacing/>
        <w:rPr>
          <w:rFonts w:ascii="Times New Roman" w:hAnsi="Times New Roman" w:cs="Times New Roman"/>
          <w:sz w:val="24"/>
          <w:szCs w:val="24"/>
        </w:rPr>
      </w:pPr>
    </w:p>
    <w:p w14:paraId="43388E52" w14:textId="6BB8C637" w:rsidR="008F5758" w:rsidRDefault="008F5758" w:rsidP="000A4028">
      <w:pPr>
        <w:spacing w:after="0" w:line="240" w:lineRule="atLeast"/>
        <w:contextualSpacing/>
        <w:rPr>
          <w:rFonts w:ascii="Times New Roman" w:hAnsi="Times New Roman" w:cs="Times New Roman"/>
          <w:sz w:val="24"/>
          <w:szCs w:val="24"/>
        </w:rPr>
      </w:pPr>
    </w:p>
    <w:p w14:paraId="2A99116F" w14:textId="4D3EA711" w:rsidR="008F5758" w:rsidRDefault="008F5758" w:rsidP="000A4028">
      <w:pPr>
        <w:spacing w:after="0" w:line="240" w:lineRule="atLeast"/>
        <w:contextualSpacing/>
        <w:rPr>
          <w:rFonts w:ascii="Times New Roman" w:hAnsi="Times New Roman" w:cs="Times New Roman"/>
          <w:sz w:val="24"/>
          <w:szCs w:val="24"/>
        </w:rPr>
      </w:pPr>
    </w:p>
    <w:p w14:paraId="779C058C" w14:textId="378DCBEA" w:rsidR="008F5758" w:rsidRDefault="008F5758" w:rsidP="000A4028">
      <w:pPr>
        <w:spacing w:after="0" w:line="240" w:lineRule="atLeast"/>
        <w:contextualSpacing/>
        <w:rPr>
          <w:rFonts w:ascii="Times New Roman" w:hAnsi="Times New Roman" w:cs="Times New Roman"/>
          <w:sz w:val="24"/>
          <w:szCs w:val="24"/>
        </w:rPr>
      </w:pPr>
    </w:p>
    <w:p w14:paraId="55D493D1" w14:textId="5737A186" w:rsidR="008F5758" w:rsidRDefault="008F5758" w:rsidP="000A4028">
      <w:pPr>
        <w:spacing w:after="0" w:line="240" w:lineRule="atLeast"/>
        <w:contextualSpacing/>
        <w:rPr>
          <w:rFonts w:ascii="Times New Roman" w:hAnsi="Times New Roman" w:cs="Times New Roman"/>
          <w:sz w:val="24"/>
          <w:szCs w:val="24"/>
        </w:rPr>
      </w:pPr>
    </w:p>
    <w:p w14:paraId="0C3C8167" w14:textId="083CF93B" w:rsidR="008F5758" w:rsidRDefault="008F5758" w:rsidP="000A4028">
      <w:pPr>
        <w:spacing w:after="0" w:line="240" w:lineRule="atLeast"/>
        <w:contextualSpacing/>
        <w:rPr>
          <w:rFonts w:ascii="Times New Roman" w:hAnsi="Times New Roman" w:cs="Times New Roman"/>
          <w:sz w:val="24"/>
          <w:szCs w:val="24"/>
        </w:rPr>
      </w:pPr>
    </w:p>
    <w:p w14:paraId="2631F160" w14:textId="6505B867" w:rsidR="008F5758" w:rsidRDefault="008F5758" w:rsidP="000A4028">
      <w:pPr>
        <w:spacing w:after="0" w:line="240" w:lineRule="atLeast"/>
        <w:contextualSpacing/>
        <w:rPr>
          <w:rFonts w:ascii="Times New Roman" w:hAnsi="Times New Roman" w:cs="Times New Roman"/>
          <w:sz w:val="24"/>
          <w:szCs w:val="24"/>
        </w:rPr>
      </w:pPr>
    </w:p>
    <w:p w14:paraId="27804107" w14:textId="7E4B7BD0" w:rsidR="008F5758" w:rsidRDefault="008F5758" w:rsidP="000A4028">
      <w:pPr>
        <w:spacing w:after="0" w:line="240" w:lineRule="atLeast"/>
        <w:contextualSpacing/>
        <w:rPr>
          <w:rFonts w:ascii="Times New Roman" w:hAnsi="Times New Roman" w:cs="Times New Roman"/>
          <w:sz w:val="24"/>
          <w:szCs w:val="24"/>
        </w:rPr>
      </w:pPr>
    </w:p>
    <w:p w14:paraId="30D9C556" w14:textId="2D7447F0" w:rsidR="008F5758" w:rsidRDefault="008F5758" w:rsidP="000A4028">
      <w:pPr>
        <w:spacing w:after="0" w:line="240" w:lineRule="atLeast"/>
        <w:contextualSpacing/>
        <w:rPr>
          <w:rFonts w:ascii="Times New Roman" w:hAnsi="Times New Roman" w:cs="Times New Roman"/>
          <w:sz w:val="24"/>
          <w:szCs w:val="24"/>
        </w:rPr>
      </w:pPr>
    </w:p>
    <w:p w14:paraId="3BE87154" w14:textId="77777777" w:rsidR="008F5758" w:rsidRPr="000A4028" w:rsidRDefault="008F5758" w:rsidP="008F5758">
      <w:pPr>
        <w:spacing w:after="0" w:line="240" w:lineRule="atLeast"/>
        <w:contextualSpacing/>
        <w:rPr>
          <w:rFonts w:ascii="Times New Roman" w:hAnsi="Times New Roman" w:cs="Times New Roman"/>
          <w:b/>
          <w:sz w:val="24"/>
          <w:szCs w:val="24"/>
        </w:rPr>
      </w:pPr>
      <w:r w:rsidRPr="000A4028">
        <w:rPr>
          <w:rFonts w:ascii="Times New Roman" w:hAnsi="Times New Roman" w:cs="Times New Roman"/>
          <w:b/>
          <w:sz w:val="24"/>
          <w:szCs w:val="24"/>
        </w:rPr>
        <w:t xml:space="preserve">Full </w:t>
      </w:r>
      <w:proofErr w:type="gramStart"/>
      <w:r w:rsidRPr="000A4028">
        <w:rPr>
          <w:rFonts w:ascii="Times New Roman" w:hAnsi="Times New Roman" w:cs="Times New Roman"/>
          <w:b/>
          <w:sz w:val="24"/>
          <w:szCs w:val="24"/>
        </w:rPr>
        <w:t>name:..............................................................</w:t>
      </w:r>
      <w:proofErr w:type="gramEnd"/>
      <w:r w:rsidRPr="000A4028">
        <w:rPr>
          <w:rFonts w:ascii="Times New Roman" w:hAnsi="Times New Roman" w:cs="Times New Roman"/>
          <w:b/>
          <w:sz w:val="24"/>
          <w:szCs w:val="24"/>
        </w:rPr>
        <w:t>Class:........       ĐỀ KHẢO SÁT THÁNG 4- TƯƠNG MAI</w:t>
      </w:r>
    </w:p>
    <w:p w14:paraId="5F507962"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t>Mark the letter A, B, C or D on your answer sheet to indicate the correct answer to each of the following questions.</w:t>
      </w:r>
    </w:p>
    <w:p w14:paraId="2D4D8496" w14:textId="6ACC4A24" w:rsidR="008F5758" w:rsidRDefault="008F5758" w:rsidP="008F575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1.</w:t>
      </w:r>
      <w:r w:rsidRPr="000A4028">
        <w:rPr>
          <w:rFonts w:ascii="Times New Roman" w:hAnsi="Times New Roman" w:cs="Times New Roman"/>
          <w:sz w:val="24"/>
          <w:szCs w:val="24"/>
        </w:rPr>
        <w:t xml:space="preserve"> He used ______ a long-distance driver </w:t>
      </w:r>
      <w:r w:rsidRPr="00C14698">
        <w:rPr>
          <w:rFonts w:ascii="Times New Roman" w:hAnsi="Times New Roman" w:cs="Times New Roman"/>
          <w:sz w:val="24"/>
          <w:szCs w:val="24"/>
          <w:highlight w:val="yellow"/>
        </w:rPr>
        <w:t>when he was younger</w:t>
      </w:r>
      <w:r w:rsidRPr="000A4028">
        <w:rPr>
          <w:rFonts w:ascii="Times New Roman" w:hAnsi="Times New Roman" w:cs="Times New Roman"/>
          <w:sz w:val="24"/>
          <w:szCs w:val="24"/>
        </w:rPr>
        <w:t>.</w:t>
      </w:r>
      <w:r w:rsidRPr="000A4028">
        <w:rPr>
          <w:rFonts w:ascii="Times New Roman" w:hAnsi="Times New Roman" w:cs="Times New Roman"/>
          <w:sz w:val="24"/>
          <w:szCs w:val="24"/>
        </w:rPr>
        <w:br/>
      </w:r>
      <w:r w:rsidRPr="00955EBA">
        <w:rPr>
          <w:rFonts w:ascii="Times New Roman" w:hAnsi="Times New Roman" w:cs="Times New Roman"/>
          <w:color w:val="FF0000"/>
          <w:sz w:val="24"/>
          <w:szCs w:val="24"/>
        </w:rPr>
        <w:t xml:space="preserve">A. to be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 xml:space="preserve">B. being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 xml:space="preserve">C. to being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D</w:t>
      </w:r>
      <w:r w:rsidRPr="00955EBA">
        <w:rPr>
          <w:rFonts w:ascii="Times New Roman" w:hAnsi="Times New Roman" w:cs="Times New Roman"/>
          <w:color w:val="000000" w:themeColor="text1"/>
          <w:sz w:val="24"/>
          <w:szCs w:val="24"/>
        </w:rPr>
        <w:t>. be</w:t>
      </w:r>
    </w:p>
    <w:p w14:paraId="3A452543" w14:textId="776ACC4D" w:rsidR="008F5758" w:rsidRDefault="008F5758" w:rsidP="008F5758">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 xml:space="preserve">S used to do = đã từng hay làm gì nay không làm nữa: </w:t>
      </w:r>
    </w:p>
    <w:p w14:paraId="0934B5D3" w14:textId="3456AAC8" w:rsidR="008F5758" w:rsidRDefault="008F5758" w:rsidP="008F5758">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hay đi với mốc thời gian đã qua</w:t>
      </w:r>
    </w:p>
    <w:p w14:paraId="7BE279D1" w14:textId="4BCD4536" w:rsidR="008F5758" w:rsidRDefault="008F5758" w:rsidP="008F5758">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S didn’t used to do = lưu ý, vì là phủ định nên động từ ở dạng bình thường</w:t>
      </w:r>
    </w:p>
    <w:p w14:paraId="1CE4FD10" w14:textId="4A3137DB" w:rsidR="008F5758" w:rsidRDefault="008F5758" w:rsidP="008F5758">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 xml:space="preserve">S </w:t>
      </w:r>
      <w:r w:rsidRPr="00C14698">
        <w:rPr>
          <w:rFonts w:ascii="Times New Roman" w:hAnsi="Times New Roman" w:cs="Times New Roman"/>
          <w:b/>
          <w:bCs/>
          <w:color w:val="FF0000"/>
          <w:sz w:val="24"/>
          <w:szCs w:val="24"/>
          <w:lang w:val="vi-VN"/>
        </w:rPr>
        <w:t>get</w:t>
      </w:r>
      <w:r w:rsidRPr="00C14698">
        <w:rPr>
          <w:rFonts w:ascii="Times New Roman" w:hAnsi="Times New Roman" w:cs="Times New Roman"/>
          <w:color w:val="FF0000"/>
          <w:sz w:val="24"/>
          <w:szCs w:val="24"/>
          <w:lang w:val="vi-VN"/>
        </w:rPr>
        <w:t xml:space="preserve"> </w:t>
      </w:r>
      <w:r>
        <w:rPr>
          <w:rFonts w:ascii="Times New Roman" w:hAnsi="Times New Roman" w:cs="Times New Roman"/>
          <w:sz w:val="24"/>
          <w:szCs w:val="24"/>
          <w:lang w:val="vi-VN"/>
        </w:rPr>
        <w:t xml:space="preserve">used to </w:t>
      </w:r>
      <w:r w:rsidRPr="00C14698">
        <w:rPr>
          <w:rFonts w:ascii="Times New Roman" w:hAnsi="Times New Roman" w:cs="Times New Roman"/>
          <w:sz w:val="24"/>
          <w:szCs w:val="24"/>
          <w:highlight w:val="lightGray"/>
          <w:lang w:val="vi-VN"/>
        </w:rPr>
        <w:t xml:space="preserve">doing </w:t>
      </w:r>
      <w:r>
        <w:rPr>
          <w:rFonts w:ascii="Times New Roman" w:hAnsi="Times New Roman" w:cs="Times New Roman"/>
          <w:sz w:val="24"/>
          <w:szCs w:val="24"/>
          <w:lang w:val="vi-VN"/>
        </w:rPr>
        <w:t>= đang quen dần với thay đổi</w:t>
      </w:r>
    </w:p>
    <w:p w14:paraId="5D38AB44" w14:textId="3CC9DC51" w:rsidR="008F5758" w:rsidRDefault="008F5758" w:rsidP="008F5758">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 xml:space="preserve">S </w:t>
      </w:r>
      <w:r w:rsidRPr="00C14698">
        <w:rPr>
          <w:rFonts w:ascii="Times New Roman" w:hAnsi="Times New Roman" w:cs="Times New Roman"/>
          <w:b/>
          <w:bCs/>
          <w:color w:val="FF0000"/>
          <w:sz w:val="24"/>
          <w:szCs w:val="24"/>
          <w:lang w:val="vi-VN"/>
        </w:rPr>
        <w:t>be</w:t>
      </w:r>
      <w:r w:rsidRPr="00C14698">
        <w:rPr>
          <w:rFonts w:ascii="Times New Roman" w:hAnsi="Times New Roman" w:cs="Times New Roman"/>
          <w:color w:val="FF0000"/>
          <w:sz w:val="24"/>
          <w:szCs w:val="24"/>
          <w:lang w:val="vi-VN"/>
        </w:rPr>
        <w:t xml:space="preserve"> </w:t>
      </w:r>
      <w:r>
        <w:rPr>
          <w:rFonts w:ascii="Times New Roman" w:hAnsi="Times New Roman" w:cs="Times New Roman"/>
          <w:sz w:val="24"/>
          <w:szCs w:val="24"/>
          <w:lang w:val="vi-VN"/>
        </w:rPr>
        <w:t xml:space="preserve">used to </w:t>
      </w:r>
      <w:r w:rsidRPr="00C14698">
        <w:rPr>
          <w:rFonts w:ascii="Times New Roman" w:hAnsi="Times New Roman" w:cs="Times New Roman"/>
          <w:sz w:val="24"/>
          <w:szCs w:val="24"/>
          <w:highlight w:val="lightGray"/>
          <w:lang w:val="vi-VN"/>
        </w:rPr>
        <w:t xml:space="preserve">doing </w:t>
      </w:r>
      <w:r>
        <w:rPr>
          <w:rFonts w:ascii="Times New Roman" w:hAnsi="Times New Roman" w:cs="Times New Roman"/>
          <w:sz w:val="24"/>
          <w:szCs w:val="24"/>
          <w:lang w:val="vi-VN"/>
        </w:rPr>
        <w:t>= quen với thay đổi rồi</w:t>
      </w:r>
    </w:p>
    <w:p w14:paraId="2715F13F" w14:textId="4FCF64FC" w:rsidR="008F5758" w:rsidRDefault="008F5758" w:rsidP="008F5758">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sidRPr="00C14698">
        <w:rPr>
          <w:rFonts w:ascii="Times New Roman" w:hAnsi="Times New Roman" w:cs="Times New Roman"/>
          <w:b/>
          <w:bCs/>
          <w:color w:val="FF0000"/>
          <w:sz w:val="24"/>
          <w:szCs w:val="24"/>
          <w:lang w:val="vi-VN"/>
        </w:rPr>
        <w:t>get</w:t>
      </w:r>
      <w:r w:rsidRPr="00C14698">
        <w:rPr>
          <w:rFonts w:ascii="Times New Roman" w:hAnsi="Times New Roman" w:cs="Times New Roman"/>
          <w:color w:val="FF0000"/>
          <w:sz w:val="24"/>
          <w:szCs w:val="24"/>
          <w:lang w:val="vi-VN"/>
        </w:rPr>
        <w:t xml:space="preserve"> </w:t>
      </w:r>
      <w:r>
        <w:rPr>
          <w:rFonts w:ascii="Times New Roman" w:hAnsi="Times New Roman" w:cs="Times New Roman"/>
          <w:sz w:val="24"/>
          <w:szCs w:val="24"/>
          <w:lang w:val="vi-VN"/>
        </w:rPr>
        <w:t xml:space="preserve">hay </w:t>
      </w:r>
      <w:r w:rsidRPr="00C14698">
        <w:rPr>
          <w:rFonts w:ascii="Times New Roman" w:hAnsi="Times New Roman" w:cs="Times New Roman"/>
          <w:b/>
          <w:bCs/>
          <w:color w:val="FF0000"/>
          <w:sz w:val="24"/>
          <w:szCs w:val="24"/>
          <w:lang w:val="vi-VN"/>
        </w:rPr>
        <w:t>be</w:t>
      </w:r>
      <w:r w:rsidRPr="00C14698">
        <w:rPr>
          <w:rFonts w:ascii="Times New Roman" w:hAnsi="Times New Roman" w:cs="Times New Roman"/>
          <w:color w:val="FF0000"/>
          <w:sz w:val="24"/>
          <w:szCs w:val="24"/>
          <w:lang w:val="vi-VN"/>
        </w:rPr>
        <w:t xml:space="preserve"> </w:t>
      </w:r>
      <w:r>
        <w:rPr>
          <w:rFonts w:ascii="Times New Roman" w:hAnsi="Times New Roman" w:cs="Times New Roman"/>
          <w:sz w:val="24"/>
          <w:szCs w:val="24"/>
          <w:lang w:val="vi-VN"/>
        </w:rPr>
        <w:t>sẽ được chia tuỳ theo chủ ngữ và thì</w:t>
      </w:r>
    </w:p>
    <w:p w14:paraId="6261E865" w14:textId="77777777" w:rsidR="008F5758" w:rsidRPr="008F5758" w:rsidRDefault="008F5758" w:rsidP="008F5758">
      <w:pPr>
        <w:spacing w:after="0" w:line="240" w:lineRule="atLeast"/>
        <w:contextualSpacing/>
        <w:rPr>
          <w:rFonts w:ascii="Times New Roman" w:hAnsi="Times New Roman" w:cs="Times New Roman"/>
          <w:sz w:val="24"/>
          <w:szCs w:val="24"/>
          <w:lang w:val="vi-VN"/>
        </w:rPr>
      </w:pPr>
    </w:p>
    <w:p w14:paraId="11E43C1F" w14:textId="611D4427" w:rsidR="008F5758" w:rsidRDefault="008F5758" w:rsidP="008F575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2.</w:t>
      </w:r>
      <w:r w:rsidRPr="000A4028">
        <w:rPr>
          <w:rFonts w:ascii="Times New Roman" w:hAnsi="Times New Roman" w:cs="Times New Roman"/>
          <w:sz w:val="24"/>
          <w:szCs w:val="24"/>
        </w:rPr>
        <w:t xml:space="preserve"> This is a difficult problem. I </w:t>
      </w:r>
      <w:r w:rsidRPr="00C14698">
        <w:rPr>
          <w:rFonts w:ascii="Times New Roman" w:hAnsi="Times New Roman" w:cs="Times New Roman"/>
          <w:sz w:val="24"/>
          <w:szCs w:val="24"/>
          <w:highlight w:val="yellow"/>
        </w:rPr>
        <w:t>wish</w:t>
      </w:r>
      <w:r w:rsidRPr="000A4028">
        <w:rPr>
          <w:rFonts w:ascii="Times New Roman" w:hAnsi="Times New Roman" w:cs="Times New Roman"/>
          <w:sz w:val="24"/>
          <w:szCs w:val="24"/>
        </w:rPr>
        <w:t xml:space="preserve"> I ______ the answer.</w:t>
      </w:r>
      <w:r w:rsidRPr="000A4028">
        <w:rPr>
          <w:rFonts w:ascii="Times New Roman" w:hAnsi="Times New Roman" w:cs="Times New Roman"/>
          <w:sz w:val="24"/>
          <w:szCs w:val="24"/>
        </w:rPr>
        <w:br/>
        <w:t xml:space="preserve">A. </w:t>
      </w:r>
      <w:r w:rsidRPr="00955EBA">
        <w:rPr>
          <w:rFonts w:ascii="Times New Roman" w:hAnsi="Times New Roman" w:cs="Times New Roman"/>
          <w:color w:val="FF0000"/>
          <w:sz w:val="24"/>
          <w:szCs w:val="24"/>
        </w:rPr>
        <w:t xml:space="preserve">knew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 xml:space="preserve">B. know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 xml:space="preserve">C. will know    </w:t>
      </w:r>
      <w:r>
        <w:rPr>
          <w:rFonts w:ascii="Times New Roman" w:hAnsi="Times New Roman" w:cs="Times New Roman"/>
          <w:sz w:val="24"/>
          <w:szCs w:val="24"/>
        </w:rPr>
        <w:tab/>
      </w:r>
      <w:r w:rsidRPr="000A4028">
        <w:rPr>
          <w:rFonts w:ascii="Times New Roman" w:hAnsi="Times New Roman" w:cs="Times New Roman"/>
          <w:sz w:val="24"/>
          <w:szCs w:val="24"/>
        </w:rPr>
        <w:t>D. had known</w:t>
      </w:r>
    </w:p>
    <w:p w14:paraId="3ACC87BA" w14:textId="1EC30BF3" w:rsidR="008F5758" w:rsidRDefault="008F5758" w:rsidP="008F5758">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 xml:space="preserve">WISH </w:t>
      </w:r>
      <w:r w:rsidRPr="008F5758">
        <w:rPr>
          <w:rFonts w:ascii="Times New Roman" w:hAnsi="Times New Roman" w:cs="Times New Roman"/>
          <w:sz w:val="24"/>
          <w:szCs w:val="24"/>
          <w:lang w:val="vi-VN"/>
        </w:rPr>
        <w:sym w:font="Wingdings" w:char="F0E8"/>
      </w:r>
      <w:r>
        <w:rPr>
          <w:rFonts w:ascii="Times New Roman" w:hAnsi="Times New Roman" w:cs="Times New Roman"/>
          <w:sz w:val="24"/>
          <w:szCs w:val="24"/>
          <w:lang w:val="vi-VN"/>
        </w:rPr>
        <w:t xml:space="preserve"> lùi thì</w:t>
      </w:r>
    </w:p>
    <w:p w14:paraId="3BAE3EFF" w14:textId="549CD288" w:rsidR="008F5758" w:rsidRDefault="008F5758" w:rsidP="008F5758">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không biết ở hiện tại và WISH biết</w:t>
      </w:r>
    </w:p>
    <w:p w14:paraId="1F4582ED" w14:textId="5E990D04" w:rsidR="008F5758" w:rsidRPr="008F5758" w:rsidRDefault="00C14698" w:rsidP="008F5758">
      <w:pPr>
        <w:spacing w:after="0" w:line="240" w:lineRule="atLeast"/>
        <w:contextualSpacing/>
        <w:rPr>
          <w:rFonts w:ascii="Times New Roman" w:hAnsi="Times New Roman" w:cs="Times New Roman"/>
          <w:sz w:val="24"/>
          <w:szCs w:val="24"/>
          <w:lang w:val="vi-VN"/>
        </w:rPr>
      </w:pPr>
      <w:r>
        <w:rPr>
          <w:rFonts w:ascii="Times New Roman" w:hAnsi="Times New Roman" w:cs="Times New Roman"/>
          <w:noProof/>
          <w:sz w:val="24"/>
          <w:szCs w:val="24"/>
          <w:lang w:val="vi-VN"/>
        </w:rPr>
        <mc:AlternateContent>
          <mc:Choice Requires="wpi">
            <w:drawing>
              <wp:anchor distT="0" distB="0" distL="114300" distR="114300" simplePos="0" relativeHeight="251680768" behindDoc="0" locked="0" layoutInCell="1" allowOverlap="1" wp14:anchorId="30953582" wp14:editId="35171F51">
                <wp:simplePos x="0" y="0"/>
                <wp:positionH relativeFrom="column">
                  <wp:posOffset>3857731</wp:posOffset>
                </wp:positionH>
                <wp:positionV relativeFrom="paragraph">
                  <wp:posOffset>90543</wp:posOffset>
                </wp:positionV>
                <wp:extent cx="109440" cy="139320"/>
                <wp:effectExtent l="38100" t="38100" r="43180" b="38735"/>
                <wp:wrapNone/>
                <wp:docPr id="23" name="Ink 23"/>
                <wp:cNvGraphicFramePr/>
                <a:graphic xmlns:a="http://schemas.openxmlformats.org/drawingml/2006/main">
                  <a:graphicData uri="http://schemas.microsoft.com/office/word/2010/wordprocessingInk">
                    <w14:contentPart bwMode="auto" r:id="rId8">
                      <w14:nvContentPartPr>
                        <w14:cNvContentPartPr/>
                      </w14:nvContentPartPr>
                      <w14:xfrm>
                        <a:off x="0" y="0"/>
                        <a:ext cx="109440" cy="139320"/>
                      </w14:xfrm>
                    </w14:contentPart>
                  </a:graphicData>
                </a:graphic>
              </wp:anchor>
            </w:drawing>
          </mc:Choice>
          <mc:Fallback>
            <w:pict>
              <v:shapetype w14:anchorId="3638535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3" o:spid="_x0000_s1026" type="#_x0000_t75" style="position:absolute;margin-left:303.05pt;margin-top:6.45pt;width:10pt;height:12.3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">
                <v:imagedata r:id="rId9" o:title=""/>
              </v:shape>
            </w:pict>
          </mc:Fallback>
        </mc:AlternateContent>
      </w:r>
      <w:r>
        <w:rPr>
          <w:rFonts w:ascii="Times New Roman" w:hAnsi="Times New Roman" w:cs="Times New Roman"/>
          <w:noProof/>
          <w:sz w:val="24"/>
          <w:szCs w:val="24"/>
          <w:lang w:val="vi-VN"/>
        </w:rPr>
        <mc:AlternateContent>
          <mc:Choice Requires="wpi">
            <w:drawing>
              <wp:anchor distT="0" distB="0" distL="114300" distR="114300" simplePos="0" relativeHeight="251679744" behindDoc="0" locked="0" layoutInCell="1" allowOverlap="1" wp14:anchorId="7BEB98A7" wp14:editId="46C55F69">
                <wp:simplePos x="0" y="0"/>
                <wp:positionH relativeFrom="column">
                  <wp:posOffset>4349491</wp:posOffset>
                </wp:positionH>
                <wp:positionV relativeFrom="paragraph">
                  <wp:posOffset>97383</wp:posOffset>
                </wp:positionV>
                <wp:extent cx="56160" cy="72720"/>
                <wp:effectExtent l="38100" t="38100" r="45720" b="41910"/>
                <wp:wrapNone/>
                <wp:docPr id="22" name="Ink 22"/>
                <wp:cNvGraphicFramePr/>
                <a:graphic xmlns:a="http://schemas.openxmlformats.org/drawingml/2006/main">
                  <a:graphicData uri="http://schemas.microsoft.com/office/word/2010/wordprocessingInk">
                    <w14:contentPart bwMode="auto" r:id="rId10">
                      <w14:nvContentPartPr>
                        <w14:cNvContentPartPr/>
                      </w14:nvContentPartPr>
                      <w14:xfrm>
                        <a:off x="0" y="0"/>
                        <a:ext cx="56160" cy="72720"/>
                      </w14:xfrm>
                    </w14:contentPart>
                  </a:graphicData>
                </a:graphic>
              </wp:anchor>
            </w:drawing>
          </mc:Choice>
          <mc:Fallback>
            <w:pict>
              <v:shape w14:anchorId="2C20F37E" id="Ink 22" o:spid="_x0000_s1026" type="#_x0000_t75" style="position:absolute;margin-left:341.8pt;margin-top:6.95pt;width:5.8pt;height:7.1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">
                <v:imagedata r:id="rId11" o:title=""/>
              </v:shape>
            </w:pict>
          </mc:Fallback>
        </mc:AlternateContent>
      </w:r>
    </w:p>
    <w:p w14:paraId="7BE32BA1" w14:textId="208D077D" w:rsidR="008F5758" w:rsidRPr="00C14698" w:rsidRDefault="008F5758" w:rsidP="008F5758">
      <w:pPr>
        <w:spacing w:after="0" w:line="240" w:lineRule="atLeast"/>
        <w:contextualSpacing/>
        <w:rPr>
          <w:rFonts w:ascii="Times New Roman" w:hAnsi="Times New Roman" w:cs="Times New Roman"/>
          <w:sz w:val="24"/>
          <w:szCs w:val="24"/>
          <w:lang w:val="vi-VN"/>
        </w:rPr>
      </w:pPr>
      <w:r w:rsidRPr="000935E7">
        <w:rPr>
          <w:rFonts w:ascii="Times New Roman" w:hAnsi="Times New Roman" w:cs="Times New Roman"/>
          <w:b/>
          <w:bCs/>
          <w:sz w:val="24"/>
          <w:szCs w:val="24"/>
        </w:rPr>
        <w:t>Question 3.</w:t>
      </w:r>
      <w:r w:rsidRPr="000A4028">
        <w:rPr>
          <w:rFonts w:ascii="Times New Roman" w:hAnsi="Times New Roman" w:cs="Times New Roman"/>
          <w:sz w:val="24"/>
          <w:szCs w:val="24"/>
        </w:rPr>
        <w:t xml:space="preserve"> Before the trip, we read travel blogs of </w:t>
      </w:r>
      <w:r w:rsidRPr="00C14698">
        <w:rPr>
          <w:rFonts w:ascii="Times New Roman" w:hAnsi="Times New Roman" w:cs="Times New Roman"/>
          <w:sz w:val="24"/>
          <w:szCs w:val="24"/>
          <w:highlight w:val="yellow"/>
        </w:rPr>
        <w:t>people</w:t>
      </w:r>
      <w:r w:rsidRPr="000A4028">
        <w:rPr>
          <w:rFonts w:ascii="Times New Roman" w:hAnsi="Times New Roman" w:cs="Times New Roman"/>
          <w:sz w:val="24"/>
          <w:szCs w:val="24"/>
        </w:rPr>
        <w:t xml:space="preserve"> ______ </w:t>
      </w:r>
      <w:r w:rsidRPr="00653B83">
        <w:rPr>
          <w:rFonts w:ascii="Times New Roman" w:hAnsi="Times New Roman" w:cs="Times New Roman"/>
          <w:sz w:val="24"/>
          <w:szCs w:val="24"/>
          <w:highlight w:val="yellow"/>
        </w:rPr>
        <w:t>travelled</w:t>
      </w:r>
      <w:r w:rsidRPr="000A4028">
        <w:rPr>
          <w:rFonts w:ascii="Times New Roman" w:hAnsi="Times New Roman" w:cs="Times New Roman"/>
          <w:sz w:val="24"/>
          <w:szCs w:val="24"/>
        </w:rPr>
        <w:t xml:space="preserve"> to the same location.</w:t>
      </w:r>
      <w:r w:rsidRPr="000A4028">
        <w:rPr>
          <w:rFonts w:ascii="Times New Roman" w:hAnsi="Times New Roman" w:cs="Times New Roman"/>
          <w:sz w:val="24"/>
          <w:szCs w:val="24"/>
        </w:rPr>
        <w:br/>
        <w:t>A. whose</w:t>
      </w:r>
      <w:r w:rsidR="00C14698">
        <w:rPr>
          <w:rFonts w:ascii="Times New Roman" w:hAnsi="Times New Roman" w:cs="Times New Roman"/>
          <w:sz w:val="24"/>
          <w:szCs w:val="24"/>
          <w:lang w:val="vi-VN"/>
        </w:rPr>
        <w:t xml:space="preserve"> + Noun</w:t>
      </w:r>
      <w:r w:rsidRPr="000A4028">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 xml:space="preserve">B. </w:t>
      </w:r>
      <w:r w:rsidRPr="00955EBA">
        <w:rPr>
          <w:rFonts w:ascii="Times New Roman" w:hAnsi="Times New Roman" w:cs="Times New Roman"/>
          <w:color w:val="FF0000"/>
          <w:sz w:val="24"/>
          <w:szCs w:val="24"/>
        </w:rPr>
        <w:t xml:space="preserve">who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 xml:space="preserve">C. whom </w:t>
      </w:r>
      <w:r w:rsidR="00C14698">
        <w:rPr>
          <w:rFonts w:ascii="Times New Roman" w:hAnsi="Times New Roman" w:cs="Times New Roman"/>
          <w:sz w:val="24"/>
          <w:szCs w:val="24"/>
          <w:lang w:val="vi-VN"/>
        </w:rPr>
        <w:t>= O</w:t>
      </w:r>
      <w:r w:rsidRPr="000A4028">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D. which</w:t>
      </w:r>
      <w:r w:rsidR="00C14698">
        <w:rPr>
          <w:rFonts w:ascii="Times New Roman" w:hAnsi="Times New Roman" w:cs="Times New Roman"/>
          <w:sz w:val="24"/>
          <w:szCs w:val="24"/>
          <w:lang w:val="vi-VN"/>
        </w:rPr>
        <w:t xml:space="preserve"> = S/O [vật]</w:t>
      </w:r>
    </w:p>
    <w:p w14:paraId="0143DBBB" w14:textId="1F2F5421" w:rsidR="008F5758" w:rsidRDefault="00653B83" w:rsidP="00653B83">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lưu ý:</w:t>
      </w:r>
    </w:p>
    <w:p w14:paraId="75BB3467" w14:textId="788C3A9D" w:rsidR="00653B83" w:rsidRDefault="00653B83" w:rsidP="00653B83">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 xml:space="preserve">có “travelled” là động từ đã chia, nên nó cần chủ ngữ. </w:t>
      </w:r>
    </w:p>
    <w:p w14:paraId="36B18DA0" w14:textId="38E50023" w:rsidR="00653B83" w:rsidRDefault="00653B83" w:rsidP="00653B83">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Chủ ngữ này thay cho “people”</w:t>
      </w:r>
    </w:p>
    <w:p w14:paraId="444313FC" w14:textId="77777777" w:rsidR="00653B83" w:rsidRPr="00653B83" w:rsidRDefault="00653B83" w:rsidP="008F5758">
      <w:pPr>
        <w:spacing w:after="0" w:line="240" w:lineRule="atLeast"/>
        <w:contextualSpacing/>
        <w:rPr>
          <w:rFonts w:ascii="Times New Roman" w:hAnsi="Times New Roman" w:cs="Times New Roman"/>
          <w:sz w:val="24"/>
          <w:szCs w:val="24"/>
          <w:lang w:val="vi-VN"/>
        </w:rPr>
      </w:pPr>
    </w:p>
    <w:p w14:paraId="550DAC6F" w14:textId="2351578C" w:rsidR="008F5758" w:rsidRDefault="008F5758" w:rsidP="008F575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4.</w:t>
      </w:r>
      <w:r w:rsidRPr="000A4028">
        <w:rPr>
          <w:rFonts w:ascii="Times New Roman" w:hAnsi="Times New Roman" w:cs="Times New Roman"/>
          <w:sz w:val="24"/>
          <w:szCs w:val="24"/>
        </w:rPr>
        <w:t xml:space="preserve"> </w:t>
      </w:r>
      <w:r w:rsidRPr="00C14698">
        <w:rPr>
          <w:rFonts w:ascii="Times New Roman" w:hAnsi="Times New Roman" w:cs="Times New Roman"/>
          <w:sz w:val="24"/>
          <w:szCs w:val="24"/>
          <w:highlight w:val="lightGray"/>
        </w:rPr>
        <w:t>Everybody</w:t>
      </w:r>
      <w:r w:rsidRPr="000A4028">
        <w:rPr>
          <w:rFonts w:ascii="Times New Roman" w:hAnsi="Times New Roman" w:cs="Times New Roman"/>
          <w:sz w:val="24"/>
          <w:szCs w:val="24"/>
        </w:rPr>
        <w:t xml:space="preserve"> </w:t>
      </w:r>
      <w:r w:rsidRPr="00C14698">
        <w:rPr>
          <w:rFonts w:ascii="Times New Roman" w:hAnsi="Times New Roman" w:cs="Times New Roman"/>
          <w:sz w:val="24"/>
          <w:szCs w:val="24"/>
          <w:highlight w:val="yellow"/>
        </w:rPr>
        <w:t>is</w:t>
      </w:r>
      <w:r w:rsidRPr="000A4028">
        <w:rPr>
          <w:rFonts w:ascii="Times New Roman" w:hAnsi="Times New Roman" w:cs="Times New Roman"/>
          <w:sz w:val="24"/>
          <w:szCs w:val="24"/>
        </w:rPr>
        <w:t xml:space="preserve"> tired of watching the same commercials on TV every night, ______?</w:t>
      </w:r>
      <w:r w:rsidRPr="000A4028">
        <w:rPr>
          <w:rFonts w:ascii="Times New Roman" w:hAnsi="Times New Roman" w:cs="Times New Roman"/>
          <w:sz w:val="24"/>
          <w:szCs w:val="24"/>
        </w:rPr>
        <w:br/>
        <w:t xml:space="preserve">A. </w:t>
      </w:r>
      <w:r w:rsidRPr="00C14698">
        <w:rPr>
          <w:rFonts w:ascii="Times New Roman" w:hAnsi="Times New Roman" w:cs="Times New Roman"/>
          <w:sz w:val="24"/>
          <w:szCs w:val="24"/>
          <w:highlight w:val="cyan"/>
        </w:rPr>
        <w:t>haven't</w:t>
      </w:r>
      <w:r w:rsidRPr="000A4028">
        <w:rPr>
          <w:rFonts w:ascii="Times New Roman" w:hAnsi="Times New Roman" w:cs="Times New Roman"/>
          <w:sz w:val="24"/>
          <w:szCs w:val="24"/>
        </w:rPr>
        <w:t xml:space="preserve"> they    </w:t>
      </w:r>
      <w:r>
        <w:rPr>
          <w:rFonts w:ascii="Times New Roman" w:hAnsi="Times New Roman" w:cs="Times New Roman"/>
          <w:sz w:val="24"/>
          <w:szCs w:val="24"/>
        </w:rPr>
        <w:tab/>
      </w:r>
      <w:r w:rsidRPr="000A4028">
        <w:rPr>
          <w:rFonts w:ascii="Times New Roman" w:hAnsi="Times New Roman" w:cs="Times New Roman"/>
          <w:sz w:val="24"/>
          <w:szCs w:val="24"/>
        </w:rPr>
        <w:t xml:space="preserve">B. </w:t>
      </w:r>
      <w:r w:rsidRPr="00C14698">
        <w:rPr>
          <w:rFonts w:ascii="Times New Roman" w:hAnsi="Times New Roman" w:cs="Times New Roman"/>
          <w:sz w:val="24"/>
          <w:szCs w:val="24"/>
          <w:highlight w:val="cyan"/>
        </w:rPr>
        <w:t>are</w:t>
      </w:r>
      <w:r w:rsidRPr="000A4028">
        <w:rPr>
          <w:rFonts w:ascii="Times New Roman" w:hAnsi="Times New Roman" w:cs="Times New Roman"/>
          <w:sz w:val="24"/>
          <w:szCs w:val="24"/>
        </w:rPr>
        <w:t xml:space="preserve"> they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 xml:space="preserve">C. </w:t>
      </w:r>
      <w:r w:rsidRPr="00C14698">
        <w:rPr>
          <w:rFonts w:ascii="Times New Roman" w:hAnsi="Times New Roman" w:cs="Times New Roman"/>
          <w:sz w:val="24"/>
          <w:szCs w:val="24"/>
          <w:highlight w:val="cyan"/>
        </w:rPr>
        <w:t>don't</w:t>
      </w:r>
      <w:r w:rsidRPr="000A4028">
        <w:rPr>
          <w:rFonts w:ascii="Times New Roman" w:hAnsi="Times New Roman" w:cs="Times New Roman"/>
          <w:sz w:val="24"/>
          <w:szCs w:val="24"/>
        </w:rPr>
        <w:t xml:space="preserve"> they    </w:t>
      </w:r>
      <w:r>
        <w:rPr>
          <w:rFonts w:ascii="Times New Roman" w:hAnsi="Times New Roman" w:cs="Times New Roman"/>
          <w:sz w:val="24"/>
          <w:szCs w:val="24"/>
        </w:rPr>
        <w:tab/>
      </w:r>
      <w:r w:rsidRPr="000A4028">
        <w:rPr>
          <w:rFonts w:ascii="Times New Roman" w:hAnsi="Times New Roman" w:cs="Times New Roman"/>
          <w:sz w:val="24"/>
          <w:szCs w:val="24"/>
        </w:rPr>
        <w:t xml:space="preserve">D. </w:t>
      </w:r>
      <w:r w:rsidRPr="00653B83">
        <w:rPr>
          <w:rFonts w:ascii="Times New Roman" w:hAnsi="Times New Roman" w:cs="Times New Roman"/>
          <w:color w:val="FF0000"/>
          <w:sz w:val="24"/>
          <w:szCs w:val="24"/>
        </w:rPr>
        <w:t>aren't they</w:t>
      </w:r>
    </w:p>
    <w:p w14:paraId="02985BB3" w14:textId="749428D0" w:rsidR="008F5758" w:rsidRDefault="00653B83" w:rsidP="00653B83">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chú ý với câu hỏi đuôi</w:t>
      </w:r>
    </w:p>
    <w:p w14:paraId="72EEA813" w14:textId="2EFACC7C" w:rsidR="00653B83" w:rsidRDefault="00653B83" w:rsidP="00653B83">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Khẳng định, phủ đinh?</w:t>
      </w:r>
    </w:p>
    <w:p w14:paraId="66838E55" w14:textId="1963D007" w:rsidR="00653B83" w:rsidRDefault="00653B83" w:rsidP="00653B83">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Phủ định, nghi vấn?</w:t>
      </w:r>
    </w:p>
    <w:p w14:paraId="25306992" w14:textId="768372AB" w:rsidR="00653B83" w:rsidRDefault="00653B83" w:rsidP="00653B83">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nhưng phải dùng trợ động từ</w:t>
      </w:r>
    </w:p>
    <w:p w14:paraId="2BD30CF3" w14:textId="38AA6695" w:rsidR="00653B83" w:rsidRDefault="00653B83" w:rsidP="00653B83">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 xml:space="preserve">everybody/somebody/everyone...tuy là tính số ít ở dạng bình thường, nhưng khi gặp câu hỏi đuôi lại được tính là số nhiều </w:t>
      </w:r>
    </w:p>
    <w:p w14:paraId="7C2E46AE" w14:textId="77777777" w:rsidR="00653B83" w:rsidRPr="00653B83" w:rsidRDefault="00653B83" w:rsidP="008F5758">
      <w:pPr>
        <w:spacing w:after="0" w:line="240" w:lineRule="atLeast"/>
        <w:contextualSpacing/>
        <w:rPr>
          <w:rFonts w:ascii="Times New Roman" w:hAnsi="Times New Roman" w:cs="Times New Roman"/>
          <w:sz w:val="24"/>
          <w:szCs w:val="24"/>
          <w:lang w:val="vi-VN"/>
        </w:rPr>
      </w:pPr>
    </w:p>
    <w:p w14:paraId="0685831F" w14:textId="065F6393" w:rsidR="00C14698" w:rsidRDefault="008F5758" w:rsidP="008F575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5.</w:t>
      </w:r>
      <w:r w:rsidRPr="000A4028">
        <w:rPr>
          <w:rFonts w:ascii="Times New Roman" w:hAnsi="Times New Roman" w:cs="Times New Roman"/>
          <w:sz w:val="24"/>
          <w:szCs w:val="24"/>
        </w:rPr>
        <w:t xml:space="preserve"> Martin and Melanie are talking about mobile phones.</w:t>
      </w:r>
      <w:r w:rsidRPr="000A4028">
        <w:rPr>
          <w:rFonts w:ascii="Times New Roman" w:hAnsi="Times New Roman" w:cs="Times New Roman"/>
          <w:sz w:val="24"/>
          <w:szCs w:val="24"/>
        </w:rPr>
        <w:br/>
        <w:t>- Martin: “Mobile phones bring several benefits to students.”</w:t>
      </w:r>
      <w:r w:rsidRPr="000A4028">
        <w:rPr>
          <w:rFonts w:ascii="Times New Roman" w:hAnsi="Times New Roman" w:cs="Times New Roman"/>
          <w:sz w:val="24"/>
          <w:szCs w:val="24"/>
        </w:rPr>
        <w:br/>
        <w:t>- Melanie: “_______. They can use their phones to study online.”</w:t>
      </w:r>
      <w:r w:rsidRPr="000A4028">
        <w:rPr>
          <w:rFonts w:ascii="Times New Roman" w:hAnsi="Times New Roman" w:cs="Times New Roman"/>
          <w:sz w:val="24"/>
          <w:szCs w:val="24"/>
        </w:rPr>
        <w:br/>
        <w:t xml:space="preserve">A. </w:t>
      </w:r>
      <w:r w:rsidRPr="00955EBA">
        <w:rPr>
          <w:rFonts w:ascii="Times New Roman" w:hAnsi="Times New Roman" w:cs="Times New Roman"/>
          <w:color w:val="FF0000"/>
          <w:sz w:val="24"/>
          <w:szCs w:val="24"/>
        </w:rPr>
        <w:t xml:space="preserve">You can say that again </w:t>
      </w:r>
      <w:r w:rsidR="00C14698">
        <w:rPr>
          <w:rFonts w:ascii="Times New Roman" w:hAnsi="Times New Roman" w:cs="Times New Roman"/>
          <w:color w:val="FF0000"/>
          <w:sz w:val="24"/>
          <w:szCs w:val="24"/>
          <w:lang w:val="vi-VN"/>
        </w:rPr>
        <w:t>= I</w:t>
      </w:r>
      <w:r w:rsidR="00652ABB">
        <w:rPr>
          <w:rFonts w:ascii="Times New Roman" w:hAnsi="Times New Roman" w:cs="Times New Roman"/>
          <w:color w:val="FF0000"/>
          <w:sz w:val="24"/>
          <w:szCs w:val="24"/>
          <w:lang w:val="vi-VN"/>
        </w:rPr>
        <w:t xml:space="preserve"> totally</w:t>
      </w:r>
      <w:r w:rsidR="00C14698">
        <w:rPr>
          <w:rFonts w:ascii="Times New Roman" w:hAnsi="Times New Roman" w:cs="Times New Roman"/>
          <w:color w:val="FF0000"/>
          <w:sz w:val="24"/>
          <w:szCs w:val="24"/>
          <w:lang w:val="vi-VN"/>
        </w:rPr>
        <w:t xml:space="preserve"> agree with you = tao đồng ý với mày [câu này là cần cẩn thận]</w:t>
      </w:r>
      <w:r w:rsidRPr="00955EBA">
        <w:rPr>
          <w:rFonts w:ascii="Times New Roman" w:hAnsi="Times New Roman" w:cs="Times New Roman"/>
          <w:color w:val="FF0000"/>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p>
    <w:p w14:paraId="72F3E19A" w14:textId="77777777" w:rsidR="00C1469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B. I don’t think so</w:t>
      </w:r>
      <w:r w:rsidRPr="000A4028">
        <w:rPr>
          <w:rFonts w:ascii="Times New Roman" w:hAnsi="Times New Roman" w:cs="Times New Roman"/>
          <w:sz w:val="24"/>
          <w:szCs w:val="24"/>
        </w:rPr>
        <w:br/>
        <w:t xml:space="preserve">C. I don’t quite agree    </w:t>
      </w:r>
      <w:r>
        <w:rPr>
          <w:rFonts w:ascii="Times New Roman" w:hAnsi="Times New Roman" w:cs="Times New Roman"/>
          <w:sz w:val="24"/>
          <w:szCs w:val="24"/>
        </w:rPr>
        <w:tab/>
      </w:r>
      <w:r>
        <w:rPr>
          <w:rFonts w:ascii="Times New Roman" w:hAnsi="Times New Roman" w:cs="Times New Roman"/>
          <w:sz w:val="24"/>
          <w:szCs w:val="24"/>
        </w:rPr>
        <w:tab/>
      </w:r>
    </w:p>
    <w:p w14:paraId="089CFC5D" w14:textId="5B8C5B46" w:rsidR="008F5758" w:rsidRDefault="00652ABB" w:rsidP="008F5758">
      <w:pPr>
        <w:spacing w:after="0" w:line="240" w:lineRule="atLeast"/>
        <w:contextualSpacing/>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691008" behindDoc="0" locked="0" layoutInCell="1" allowOverlap="1" wp14:anchorId="3C96BD2B" wp14:editId="0675CC57">
                <wp:simplePos x="0" y="0"/>
                <wp:positionH relativeFrom="column">
                  <wp:posOffset>2033905</wp:posOffset>
                </wp:positionH>
                <wp:positionV relativeFrom="paragraph">
                  <wp:posOffset>3810</wp:posOffset>
                </wp:positionV>
                <wp:extent cx="420020" cy="288925"/>
                <wp:effectExtent l="38100" t="38100" r="12065" b="41275"/>
                <wp:wrapNone/>
                <wp:docPr id="33" name="Ink 33"/>
                <wp:cNvGraphicFramePr/>
                <a:graphic xmlns:a="http://schemas.openxmlformats.org/drawingml/2006/main">
                  <a:graphicData uri="http://schemas.microsoft.com/office/word/2010/wordprocessingInk">
                    <w14:contentPart bwMode="auto" r:id="rId12">
                      <w14:nvContentPartPr>
                        <w14:cNvContentPartPr/>
                      </w14:nvContentPartPr>
                      <w14:xfrm>
                        <a:off x="0" y="0"/>
                        <a:ext cx="420020" cy="288925"/>
                      </w14:xfrm>
                    </w14:contentPart>
                  </a:graphicData>
                </a:graphic>
              </wp:anchor>
            </w:drawing>
          </mc:Choice>
          <mc:Fallback>
            <w:pict>
              <v:shape w14:anchorId="3DEB4EBB" id="Ink 33" o:spid="_x0000_s1026" type="#_x0000_t75" style="position:absolute;margin-left:159.45pt;margin-top:-.4pt;width:34.45pt;height:24.1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">
                <v:imagedata r:id="rId13" o:title=""/>
              </v:shape>
            </w:pict>
          </mc:Fallback>
        </mc:AlternateContent>
      </w:r>
      <w:r w:rsidR="008F5758" w:rsidRPr="000A4028">
        <w:rPr>
          <w:rFonts w:ascii="Times New Roman" w:hAnsi="Times New Roman" w:cs="Times New Roman"/>
          <w:sz w:val="24"/>
          <w:szCs w:val="24"/>
        </w:rPr>
        <w:t>D. You’re wrong</w:t>
      </w:r>
    </w:p>
    <w:p w14:paraId="27C4E109" w14:textId="19C8C19F" w:rsidR="00653B83" w:rsidRPr="000A4028" w:rsidRDefault="00653B83" w:rsidP="008F5758">
      <w:pPr>
        <w:spacing w:after="0" w:line="240" w:lineRule="atLeast"/>
        <w:contextualSpacing/>
        <w:rPr>
          <w:rFonts w:ascii="Times New Roman" w:hAnsi="Times New Roman" w:cs="Times New Roman"/>
          <w:sz w:val="24"/>
          <w:szCs w:val="24"/>
        </w:rPr>
      </w:pPr>
    </w:p>
    <w:p w14:paraId="098A2DB1" w14:textId="052BD9D0" w:rsidR="008F5758" w:rsidRDefault="00652ABB" w:rsidP="008F5758">
      <w:pPr>
        <w:spacing w:after="0" w:line="240" w:lineRule="atLeast"/>
        <w:contextualSpacing/>
        <w:rPr>
          <w:rFonts w:ascii="Times New Roman" w:hAnsi="Times New Roman" w:cs="Times New Roman"/>
          <w:sz w:val="24"/>
          <w:szCs w:val="24"/>
        </w:rPr>
      </w:pPr>
      <w:r>
        <w:rPr>
          <w:rFonts w:ascii="Times New Roman" w:hAnsi="Times New Roman" w:cs="Times New Roman"/>
          <w:b/>
          <w:bCs/>
          <w:noProof/>
          <w:sz w:val="24"/>
          <w:szCs w:val="24"/>
        </w:rPr>
        <mc:AlternateContent>
          <mc:Choice Requires="wpi">
            <w:drawing>
              <wp:anchor distT="0" distB="0" distL="114300" distR="114300" simplePos="0" relativeHeight="251692032" behindDoc="0" locked="0" layoutInCell="1" allowOverlap="1" wp14:anchorId="7E4FA5CC" wp14:editId="5BB678C0">
                <wp:simplePos x="0" y="0"/>
                <wp:positionH relativeFrom="column">
                  <wp:posOffset>1437091</wp:posOffset>
                </wp:positionH>
                <wp:positionV relativeFrom="paragraph">
                  <wp:posOffset>191329</wp:posOffset>
                </wp:positionV>
                <wp:extent cx="133920" cy="360"/>
                <wp:effectExtent l="38100" t="38100" r="44450" b="38100"/>
                <wp:wrapNone/>
                <wp:docPr id="34" name="Ink 34"/>
                <wp:cNvGraphicFramePr/>
                <a:graphic xmlns:a="http://schemas.openxmlformats.org/drawingml/2006/main">
                  <a:graphicData uri="http://schemas.microsoft.com/office/word/2010/wordprocessingInk">
                    <w14:contentPart bwMode="auto" r:id="rId14">
                      <w14:nvContentPartPr>
                        <w14:cNvContentPartPr/>
                      </w14:nvContentPartPr>
                      <w14:xfrm>
                        <a:off x="0" y="0"/>
                        <a:ext cx="133920" cy="360"/>
                      </w14:xfrm>
                    </w14:contentPart>
                  </a:graphicData>
                </a:graphic>
              </wp:anchor>
            </w:drawing>
          </mc:Choice>
          <mc:Fallback>
            <w:pict>
              <v:shape w14:anchorId="024F5537" id="Ink 34" o:spid="_x0000_s1026" type="#_x0000_t75" style="position:absolute;margin-left:112.45pt;margin-top:14.35pt;width:12pt;height:1.4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">
                <v:imagedata r:id="rId15" o:title=""/>
              </v:shape>
            </w:pict>
          </mc:Fallback>
        </mc:AlternateContent>
      </w:r>
      <w:r w:rsidR="008F5758" w:rsidRPr="000935E7">
        <w:rPr>
          <w:rFonts w:ascii="Times New Roman" w:hAnsi="Times New Roman" w:cs="Times New Roman"/>
          <w:b/>
          <w:bCs/>
          <w:sz w:val="24"/>
          <w:szCs w:val="24"/>
        </w:rPr>
        <w:t>Question 6.</w:t>
      </w:r>
      <w:r w:rsidR="008F5758" w:rsidRPr="000A4028">
        <w:rPr>
          <w:rFonts w:ascii="Times New Roman" w:hAnsi="Times New Roman" w:cs="Times New Roman"/>
          <w:sz w:val="24"/>
          <w:szCs w:val="24"/>
        </w:rPr>
        <w:t xml:space="preserve"> </w:t>
      </w:r>
      <w:r w:rsidR="008F5758" w:rsidRPr="00652ABB">
        <w:rPr>
          <w:rFonts w:ascii="Times New Roman" w:hAnsi="Times New Roman" w:cs="Times New Roman"/>
          <w:sz w:val="24"/>
          <w:szCs w:val="24"/>
          <w:highlight w:val="lightGray"/>
        </w:rPr>
        <w:t>The students together with the leader of the club</w:t>
      </w:r>
      <w:r w:rsidR="008F5758" w:rsidRPr="000A4028">
        <w:rPr>
          <w:rFonts w:ascii="Times New Roman" w:hAnsi="Times New Roman" w:cs="Times New Roman"/>
          <w:sz w:val="24"/>
          <w:szCs w:val="24"/>
        </w:rPr>
        <w:t xml:space="preserve"> ______ the reports </w:t>
      </w:r>
      <w:r w:rsidR="008F5758" w:rsidRPr="00653B83">
        <w:rPr>
          <w:rFonts w:ascii="Times New Roman" w:hAnsi="Times New Roman" w:cs="Times New Roman"/>
          <w:sz w:val="24"/>
          <w:szCs w:val="24"/>
          <w:highlight w:val="yellow"/>
        </w:rPr>
        <w:t>twice</w:t>
      </w:r>
      <w:r w:rsidR="008F5758" w:rsidRPr="000A4028">
        <w:rPr>
          <w:rFonts w:ascii="Times New Roman" w:hAnsi="Times New Roman" w:cs="Times New Roman"/>
          <w:sz w:val="24"/>
          <w:szCs w:val="24"/>
        </w:rPr>
        <w:t xml:space="preserve">, but there </w:t>
      </w:r>
      <w:r w:rsidR="008F5758" w:rsidRPr="00653B83">
        <w:rPr>
          <w:rFonts w:ascii="Times New Roman" w:hAnsi="Times New Roman" w:cs="Times New Roman"/>
          <w:sz w:val="24"/>
          <w:szCs w:val="24"/>
          <w:highlight w:val="yellow"/>
        </w:rPr>
        <w:t xml:space="preserve">are still </w:t>
      </w:r>
      <w:r w:rsidR="008F5758" w:rsidRPr="000A4028">
        <w:rPr>
          <w:rFonts w:ascii="Times New Roman" w:hAnsi="Times New Roman" w:cs="Times New Roman"/>
          <w:sz w:val="24"/>
          <w:szCs w:val="24"/>
        </w:rPr>
        <w:t>some spelling mistakes.</w:t>
      </w:r>
      <w:r w:rsidR="008F5758" w:rsidRPr="000A4028">
        <w:rPr>
          <w:rFonts w:ascii="Times New Roman" w:hAnsi="Times New Roman" w:cs="Times New Roman"/>
          <w:sz w:val="24"/>
          <w:szCs w:val="24"/>
        </w:rPr>
        <w:br/>
        <w:t xml:space="preserve">A. check    </w:t>
      </w:r>
      <w:r w:rsidR="008F5758">
        <w:rPr>
          <w:rFonts w:ascii="Times New Roman" w:hAnsi="Times New Roman" w:cs="Times New Roman"/>
          <w:sz w:val="24"/>
          <w:szCs w:val="24"/>
        </w:rPr>
        <w:tab/>
      </w:r>
      <w:r w:rsidR="008F5758">
        <w:rPr>
          <w:rFonts w:ascii="Times New Roman" w:hAnsi="Times New Roman" w:cs="Times New Roman"/>
          <w:sz w:val="24"/>
          <w:szCs w:val="24"/>
        </w:rPr>
        <w:tab/>
      </w:r>
      <w:r w:rsidR="008F5758" w:rsidRPr="000A4028">
        <w:rPr>
          <w:rFonts w:ascii="Times New Roman" w:hAnsi="Times New Roman" w:cs="Times New Roman"/>
          <w:sz w:val="24"/>
          <w:szCs w:val="24"/>
        </w:rPr>
        <w:t xml:space="preserve">B. </w:t>
      </w:r>
      <w:r w:rsidR="008F5758" w:rsidRPr="00652ABB">
        <w:rPr>
          <w:rFonts w:ascii="Times New Roman" w:hAnsi="Times New Roman" w:cs="Times New Roman"/>
          <w:sz w:val="24"/>
          <w:szCs w:val="24"/>
          <w:highlight w:val="cyan"/>
        </w:rPr>
        <w:t xml:space="preserve">checks    </w:t>
      </w:r>
      <w:r w:rsidR="008F5758">
        <w:rPr>
          <w:rFonts w:ascii="Times New Roman" w:hAnsi="Times New Roman" w:cs="Times New Roman"/>
          <w:sz w:val="24"/>
          <w:szCs w:val="24"/>
        </w:rPr>
        <w:tab/>
      </w:r>
      <w:r w:rsidR="008F5758">
        <w:rPr>
          <w:rFonts w:ascii="Times New Roman" w:hAnsi="Times New Roman" w:cs="Times New Roman"/>
          <w:sz w:val="24"/>
          <w:szCs w:val="24"/>
        </w:rPr>
        <w:tab/>
      </w:r>
      <w:r w:rsidR="008F5758" w:rsidRPr="00955EBA">
        <w:rPr>
          <w:rFonts w:ascii="Times New Roman" w:hAnsi="Times New Roman" w:cs="Times New Roman"/>
          <w:color w:val="FF0000"/>
          <w:sz w:val="24"/>
          <w:szCs w:val="24"/>
        </w:rPr>
        <w:t xml:space="preserve">C. have checked    </w:t>
      </w:r>
      <w:r w:rsidR="008F5758">
        <w:rPr>
          <w:rFonts w:ascii="Times New Roman" w:hAnsi="Times New Roman" w:cs="Times New Roman"/>
          <w:sz w:val="24"/>
          <w:szCs w:val="24"/>
        </w:rPr>
        <w:tab/>
      </w:r>
      <w:r w:rsidR="008F5758" w:rsidRPr="000A4028">
        <w:rPr>
          <w:rFonts w:ascii="Times New Roman" w:hAnsi="Times New Roman" w:cs="Times New Roman"/>
          <w:sz w:val="24"/>
          <w:szCs w:val="24"/>
        </w:rPr>
        <w:t xml:space="preserve">D. </w:t>
      </w:r>
      <w:r w:rsidR="008F5758" w:rsidRPr="00652ABB">
        <w:rPr>
          <w:rFonts w:ascii="Times New Roman" w:hAnsi="Times New Roman" w:cs="Times New Roman"/>
          <w:sz w:val="24"/>
          <w:szCs w:val="24"/>
          <w:highlight w:val="cyan"/>
        </w:rPr>
        <w:t xml:space="preserve">has </w:t>
      </w:r>
      <w:r w:rsidR="008F5758" w:rsidRPr="000A4028">
        <w:rPr>
          <w:rFonts w:ascii="Times New Roman" w:hAnsi="Times New Roman" w:cs="Times New Roman"/>
          <w:sz w:val="24"/>
          <w:szCs w:val="24"/>
        </w:rPr>
        <w:t>checked</w:t>
      </w:r>
    </w:p>
    <w:p w14:paraId="7952C3D2" w14:textId="2205C0D9" w:rsidR="00653B83" w:rsidRDefault="00653B83" w:rsidP="00653B83">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khi có các cụm như once, twice, 3 times....thì khả năng nói về một việc làm nhiều lần, có thể còn tiếp</w:t>
      </w:r>
    </w:p>
    <w:p w14:paraId="51C3F682" w14:textId="6976A6E5" w:rsidR="00653B83" w:rsidRDefault="00653B83" w:rsidP="00653B83">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sidRPr="00653B83">
        <w:rPr>
          <w:rFonts w:ascii="Times New Roman" w:hAnsi="Times New Roman" w:cs="Times New Roman"/>
          <w:sz w:val="24"/>
          <w:szCs w:val="24"/>
          <w:lang w:val="vi-VN"/>
        </w:rPr>
        <w:sym w:font="Wingdings" w:char="F0E8"/>
      </w:r>
      <w:r>
        <w:rPr>
          <w:rFonts w:ascii="Times New Roman" w:hAnsi="Times New Roman" w:cs="Times New Roman"/>
          <w:sz w:val="24"/>
          <w:szCs w:val="24"/>
          <w:lang w:val="vi-VN"/>
        </w:rPr>
        <w:t xml:space="preserve"> ngoài ra còn có “are still” ở hiện tại </w:t>
      </w:r>
      <w:r w:rsidRPr="00653B83">
        <w:rPr>
          <w:rFonts w:ascii="Times New Roman" w:hAnsi="Times New Roman" w:cs="Times New Roman"/>
          <w:sz w:val="24"/>
          <w:szCs w:val="24"/>
          <w:lang w:val="vi-VN"/>
        </w:rPr>
        <w:sym w:font="Wingdings" w:char="F0E8"/>
      </w:r>
      <w:r>
        <w:rPr>
          <w:rFonts w:ascii="Times New Roman" w:hAnsi="Times New Roman" w:cs="Times New Roman"/>
          <w:sz w:val="24"/>
          <w:szCs w:val="24"/>
          <w:lang w:val="vi-VN"/>
        </w:rPr>
        <w:t xml:space="preserve"> hiện tại hoàn thành</w:t>
      </w:r>
    </w:p>
    <w:p w14:paraId="07ED8B18" w14:textId="77777777" w:rsidR="00653B83" w:rsidRPr="00653B83" w:rsidRDefault="00653B83" w:rsidP="008F5758">
      <w:pPr>
        <w:spacing w:after="0" w:line="240" w:lineRule="atLeast"/>
        <w:contextualSpacing/>
        <w:rPr>
          <w:rFonts w:ascii="Times New Roman" w:hAnsi="Times New Roman" w:cs="Times New Roman"/>
          <w:sz w:val="24"/>
          <w:szCs w:val="24"/>
          <w:lang w:val="vi-VN"/>
        </w:rPr>
      </w:pPr>
    </w:p>
    <w:p w14:paraId="150791BB" w14:textId="0243521E" w:rsidR="008F5758" w:rsidRDefault="008F5758" w:rsidP="008F575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7.</w:t>
      </w:r>
      <w:r w:rsidRPr="000A4028">
        <w:rPr>
          <w:rFonts w:ascii="Times New Roman" w:hAnsi="Times New Roman" w:cs="Times New Roman"/>
          <w:sz w:val="24"/>
          <w:szCs w:val="24"/>
        </w:rPr>
        <w:t xml:space="preserve"> John's brother </w:t>
      </w:r>
      <w:r w:rsidRPr="00652ABB">
        <w:rPr>
          <w:rFonts w:ascii="Times New Roman" w:hAnsi="Times New Roman" w:cs="Times New Roman"/>
          <w:sz w:val="24"/>
          <w:szCs w:val="24"/>
          <w:highlight w:val="yellow"/>
        </w:rPr>
        <w:t>asked</w:t>
      </w:r>
      <w:r w:rsidRPr="000A4028">
        <w:rPr>
          <w:rFonts w:ascii="Times New Roman" w:hAnsi="Times New Roman" w:cs="Times New Roman"/>
          <w:sz w:val="24"/>
          <w:szCs w:val="24"/>
        </w:rPr>
        <w:t xml:space="preserve"> Lucy </w:t>
      </w:r>
      <w:r w:rsidRPr="00652ABB">
        <w:rPr>
          <w:rFonts w:ascii="Times New Roman" w:hAnsi="Times New Roman" w:cs="Times New Roman"/>
          <w:sz w:val="24"/>
          <w:szCs w:val="24"/>
          <w:highlight w:val="yellow"/>
        </w:rPr>
        <w:t>if</w:t>
      </w:r>
      <w:r w:rsidRPr="000A4028">
        <w:rPr>
          <w:rFonts w:ascii="Times New Roman" w:hAnsi="Times New Roman" w:cs="Times New Roman"/>
          <w:sz w:val="24"/>
          <w:szCs w:val="24"/>
        </w:rPr>
        <w:t xml:space="preserve"> she ______ his party </w:t>
      </w:r>
      <w:r w:rsidRPr="00652ABB">
        <w:rPr>
          <w:rFonts w:ascii="Times New Roman" w:hAnsi="Times New Roman" w:cs="Times New Roman"/>
          <w:sz w:val="24"/>
          <w:szCs w:val="24"/>
          <w:highlight w:val="yellow"/>
        </w:rPr>
        <w:t>the following week</w:t>
      </w:r>
      <w:r w:rsidRPr="000A4028">
        <w:rPr>
          <w:rFonts w:ascii="Times New Roman" w:hAnsi="Times New Roman" w:cs="Times New Roman"/>
          <w:sz w:val="24"/>
          <w:szCs w:val="24"/>
        </w:rPr>
        <w:t>.</w:t>
      </w:r>
      <w:r w:rsidR="00652ABB">
        <w:rPr>
          <w:rFonts w:ascii="Times New Roman" w:hAnsi="Times New Roman" w:cs="Times New Roman"/>
          <w:sz w:val="24"/>
          <w:szCs w:val="24"/>
          <w:lang w:val="vi-VN"/>
        </w:rPr>
        <w:t xml:space="preserve"> </w:t>
      </w:r>
      <w:r w:rsidRPr="000A4028">
        <w:rPr>
          <w:rFonts w:ascii="Times New Roman" w:hAnsi="Times New Roman" w:cs="Times New Roman"/>
          <w:sz w:val="24"/>
          <w:szCs w:val="24"/>
        </w:rPr>
        <w:br/>
        <w:t xml:space="preserve">A. will attend    </w:t>
      </w:r>
      <w:r>
        <w:rPr>
          <w:rFonts w:ascii="Times New Roman" w:hAnsi="Times New Roman" w:cs="Times New Roman"/>
          <w:sz w:val="24"/>
          <w:szCs w:val="24"/>
        </w:rPr>
        <w:tab/>
      </w:r>
      <w:r w:rsidRPr="000A4028">
        <w:rPr>
          <w:rFonts w:ascii="Times New Roman" w:hAnsi="Times New Roman" w:cs="Times New Roman"/>
          <w:sz w:val="24"/>
          <w:szCs w:val="24"/>
        </w:rPr>
        <w:t xml:space="preserve">B. was attend    </w:t>
      </w:r>
      <w:r>
        <w:rPr>
          <w:rFonts w:ascii="Times New Roman" w:hAnsi="Times New Roman" w:cs="Times New Roman"/>
          <w:sz w:val="24"/>
          <w:szCs w:val="24"/>
        </w:rPr>
        <w:tab/>
      </w:r>
      <w:r w:rsidRPr="00955EBA">
        <w:rPr>
          <w:rFonts w:ascii="Times New Roman" w:hAnsi="Times New Roman" w:cs="Times New Roman"/>
          <w:color w:val="FF0000"/>
          <w:sz w:val="24"/>
          <w:szCs w:val="24"/>
        </w:rPr>
        <w:t xml:space="preserve">C. would attend   </w:t>
      </w:r>
      <w:r w:rsidRPr="00955EBA">
        <w:rPr>
          <w:rFonts w:ascii="Times New Roman" w:hAnsi="Times New Roman" w:cs="Times New Roman"/>
          <w:color w:val="FF0000"/>
          <w:sz w:val="24"/>
          <w:szCs w:val="24"/>
        </w:rPr>
        <w:tab/>
      </w:r>
      <w:r w:rsidRPr="000A4028">
        <w:rPr>
          <w:rFonts w:ascii="Times New Roman" w:hAnsi="Times New Roman" w:cs="Times New Roman"/>
          <w:sz w:val="24"/>
          <w:szCs w:val="24"/>
        </w:rPr>
        <w:t>D. had attended</w:t>
      </w:r>
    </w:p>
    <w:p w14:paraId="26E52BCF" w14:textId="271A5244" w:rsidR="00653B83" w:rsidRDefault="00653B83" w:rsidP="008F5758">
      <w:pPr>
        <w:spacing w:after="0" w:line="240" w:lineRule="atLeast"/>
        <w:contextualSpacing/>
        <w:rPr>
          <w:rFonts w:ascii="Times New Roman" w:hAnsi="Times New Roman" w:cs="Times New Roman"/>
          <w:sz w:val="24"/>
          <w:szCs w:val="24"/>
          <w:lang w:val="vi-VN"/>
        </w:rPr>
      </w:pPr>
      <w:r w:rsidRPr="00652ABB">
        <w:rPr>
          <w:rFonts w:ascii="Times New Roman" w:hAnsi="Times New Roman" w:cs="Times New Roman"/>
          <w:sz w:val="24"/>
          <w:szCs w:val="24"/>
          <w:bdr w:val="dotted" w:sz="18" w:space="0" w:color="FF0000"/>
          <w:lang w:val="vi-VN"/>
        </w:rPr>
        <w:t xml:space="preserve">chú ý: động từ chính là “asked” ở dạng quá khứ + If </w:t>
      </w:r>
      <w:r w:rsidRPr="00652ABB">
        <w:rPr>
          <w:rFonts w:ascii="Times New Roman" w:hAnsi="Times New Roman" w:cs="Times New Roman"/>
          <w:sz w:val="24"/>
          <w:szCs w:val="24"/>
          <w:bdr w:val="dotted" w:sz="18" w:space="0" w:color="FF0000"/>
          <w:lang w:val="vi-VN"/>
        </w:rPr>
        <w:sym w:font="Wingdings" w:char="F0E8"/>
      </w:r>
      <w:r w:rsidRPr="00652ABB">
        <w:rPr>
          <w:rFonts w:ascii="Times New Roman" w:hAnsi="Times New Roman" w:cs="Times New Roman"/>
          <w:sz w:val="24"/>
          <w:szCs w:val="24"/>
          <w:bdr w:val="dotted" w:sz="18" w:space="0" w:color="FF0000"/>
          <w:lang w:val="vi-VN"/>
        </w:rPr>
        <w:t xml:space="preserve"> câu reported speech </w:t>
      </w:r>
      <w:r w:rsidRPr="00652ABB">
        <w:rPr>
          <w:rFonts w:ascii="Times New Roman" w:hAnsi="Times New Roman" w:cs="Times New Roman"/>
          <w:sz w:val="24"/>
          <w:szCs w:val="24"/>
          <w:bdr w:val="dotted" w:sz="18" w:space="0" w:color="FF0000"/>
          <w:lang w:val="vi-VN"/>
        </w:rPr>
        <w:sym w:font="Wingdings" w:char="F0E8"/>
      </w:r>
      <w:r w:rsidRPr="00652ABB">
        <w:rPr>
          <w:rFonts w:ascii="Times New Roman" w:hAnsi="Times New Roman" w:cs="Times New Roman"/>
          <w:sz w:val="24"/>
          <w:szCs w:val="24"/>
          <w:bdr w:val="dotted" w:sz="18" w:space="0" w:color="FF0000"/>
          <w:lang w:val="vi-VN"/>
        </w:rPr>
        <w:t xml:space="preserve"> lùi thì với the following</w:t>
      </w:r>
      <w:r>
        <w:rPr>
          <w:rFonts w:ascii="Times New Roman" w:hAnsi="Times New Roman" w:cs="Times New Roman"/>
          <w:sz w:val="24"/>
          <w:szCs w:val="24"/>
          <w:lang w:val="vi-VN"/>
        </w:rPr>
        <w:t xml:space="preserve"> week</w:t>
      </w:r>
    </w:p>
    <w:p w14:paraId="65E7C3FA" w14:textId="6BB1FFBE" w:rsidR="00653B83" w:rsidRDefault="00653B83" w:rsidP="008F5758">
      <w:pPr>
        <w:spacing w:after="0" w:line="240" w:lineRule="atLeast"/>
        <w:contextualSpacing/>
        <w:rPr>
          <w:rFonts w:ascii="Times New Roman" w:hAnsi="Times New Roman" w:cs="Times New Roman"/>
          <w:sz w:val="24"/>
          <w:szCs w:val="24"/>
          <w:lang w:val="vi-VN"/>
        </w:rPr>
      </w:pPr>
    </w:p>
    <w:p w14:paraId="26AD1ABB" w14:textId="59E74855" w:rsidR="00652ABB" w:rsidRDefault="00652ABB" w:rsidP="008F5758">
      <w:pPr>
        <w:spacing w:after="0" w:line="240" w:lineRule="atLeast"/>
        <w:contextualSpacing/>
        <w:rPr>
          <w:rFonts w:ascii="Times New Roman" w:hAnsi="Times New Roman" w:cs="Times New Roman"/>
          <w:sz w:val="24"/>
          <w:szCs w:val="24"/>
          <w:lang w:val="vi-VN"/>
        </w:rPr>
      </w:pPr>
    </w:p>
    <w:p w14:paraId="18CEBAE6" w14:textId="4DE4D11C" w:rsidR="00652ABB" w:rsidRDefault="00652ABB" w:rsidP="008F5758">
      <w:pPr>
        <w:spacing w:after="0" w:line="240" w:lineRule="atLeast"/>
        <w:contextualSpacing/>
        <w:rPr>
          <w:rFonts w:ascii="Times New Roman" w:hAnsi="Times New Roman" w:cs="Times New Roman"/>
          <w:sz w:val="24"/>
          <w:szCs w:val="24"/>
          <w:lang w:val="vi-VN"/>
        </w:rPr>
      </w:pPr>
    </w:p>
    <w:p w14:paraId="5E370AEB" w14:textId="00AABADB" w:rsidR="00652ABB" w:rsidRDefault="00652ABB" w:rsidP="008F5758">
      <w:pPr>
        <w:spacing w:after="0" w:line="240" w:lineRule="atLeast"/>
        <w:contextualSpacing/>
        <w:rPr>
          <w:rFonts w:ascii="Times New Roman" w:hAnsi="Times New Roman" w:cs="Times New Roman"/>
          <w:sz w:val="24"/>
          <w:szCs w:val="24"/>
          <w:lang w:val="vi-VN"/>
        </w:rPr>
      </w:pPr>
    </w:p>
    <w:p w14:paraId="30CF2319" w14:textId="77777777" w:rsidR="00652ABB" w:rsidRPr="00653B83" w:rsidRDefault="00652ABB" w:rsidP="008F5758">
      <w:pPr>
        <w:spacing w:after="0" w:line="240" w:lineRule="atLeast"/>
        <w:contextualSpacing/>
        <w:rPr>
          <w:rFonts w:ascii="Times New Roman" w:hAnsi="Times New Roman" w:cs="Times New Roman"/>
          <w:sz w:val="24"/>
          <w:szCs w:val="24"/>
          <w:lang w:val="vi-VN"/>
        </w:rPr>
      </w:pPr>
    </w:p>
    <w:p w14:paraId="5E6E6FC6" w14:textId="37D2CA47" w:rsidR="008F5758" w:rsidRDefault="008F5758" w:rsidP="008F575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8.</w:t>
      </w:r>
      <w:r w:rsidRPr="000A4028">
        <w:rPr>
          <w:rFonts w:ascii="Times New Roman" w:hAnsi="Times New Roman" w:cs="Times New Roman"/>
          <w:sz w:val="24"/>
          <w:szCs w:val="24"/>
        </w:rPr>
        <w:t xml:space="preserve"> The local authority recommended that people ______ local traditional customs during the festival.</w:t>
      </w:r>
      <w:r w:rsidRPr="000A4028">
        <w:rPr>
          <w:rFonts w:ascii="Times New Roman" w:hAnsi="Times New Roman" w:cs="Times New Roman"/>
          <w:sz w:val="24"/>
          <w:szCs w:val="24"/>
        </w:rPr>
        <w:br/>
        <w:t xml:space="preserve">A. to follow    </w:t>
      </w:r>
      <w:r>
        <w:rPr>
          <w:rFonts w:ascii="Times New Roman" w:hAnsi="Times New Roman" w:cs="Times New Roman"/>
          <w:sz w:val="24"/>
          <w:szCs w:val="24"/>
        </w:rPr>
        <w:tab/>
      </w:r>
      <w:r>
        <w:rPr>
          <w:rFonts w:ascii="Times New Roman" w:hAnsi="Times New Roman" w:cs="Times New Roman"/>
          <w:sz w:val="24"/>
          <w:szCs w:val="24"/>
        </w:rPr>
        <w:tab/>
      </w:r>
      <w:r w:rsidRPr="00955EBA">
        <w:rPr>
          <w:rFonts w:ascii="Times New Roman" w:hAnsi="Times New Roman" w:cs="Times New Roman"/>
          <w:color w:val="FF0000"/>
          <w:sz w:val="24"/>
          <w:szCs w:val="24"/>
        </w:rPr>
        <w:t xml:space="preserve">B. follow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 xml:space="preserve">C. followed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D. following</w:t>
      </w:r>
    </w:p>
    <w:p w14:paraId="2CA6E986" w14:textId="10101A94" w:rsidR="00653B83" w:rsidRDefault="00653B83" w:rsidP="00652ABB">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recommend/ suggest + Ving</w:t>
      </w:r>
    </w:p>
    <w:p w14:paraId="54D85590" w14:textId="67701736" w:rsidR="00653B83" w:rsidRDefault="00653B83" w:rsidP="00652ABB">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recommend/ suggest that S + should + Verb (nguyên thể)</w:t>
      </w:r>
    </w:p>
    <w:p w14:paraId="12A84AC2" w14:textId="3CA91CE1" w:rsidR="00653B83" w:rsidRDefault="00653B83" w:rsidP="00652ABB">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recommend/ suggest</w:t>
      </w:r>
      <w:r w:rsidRPr="00653B83">
        <w:rPr>
          <w:rFonts w:ascii="Times New Roman" w:hAnsi="Times New Roman" w:cs="Times New Roman"/>
          <w:sz w:val="24"/>
          <w:szCs w:val="24"/>
          <w:lang w:val="vi-VN"/>
        </w:rPr>
        <w:t xml:space="preserve"> </w:t>
      </w:r>
      <w:r>
        <w:rPr>
          <w:rFonts w:ascii="Times New Roman" w:hAnsi="Times New Roman" w:cs="Times New Roman"/>
          <w:sz w:val="24"/>
          <w:szCs w:val="24"/>
          <w:lang w:val="vi-VN"/>
        </w:rPr>
        <w:t>that S + Verb (nguyên thể)</w:t>
      </w:r>
    </w:p>
    <w:p w14:paraId="3EC5BEA0" w14:textId="77777777" w:rsidR="00653B83" w:rsidRPr="00653B83" w:rsidRDefault="00653B83" w:rsidP="008F5758">
      <w:pPr>
        <w:spacing w:after="0" w:line="240" w:lineRule="atLeast"/>
        <w:contextualSpacing/>
        <w:rPr>
          <w:rFonts w:ascii="Times New Roman" w:hAnsi="Times New Roman" w:cs="Times New Roman"/>
          <w:sz w:val="24"/>
          <w:szCs w:val="24"/>
          <w:lang w:val="vi-VN"/>
        </w:rPr>
      </w:pPr>
    </w:p>
    <w:p w14:paraId="4DC2EBA6"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t>Mark the letter A, B, C or D on your answer sheet to indicate the sentence that is made from the given cues in each of the following questions.</w:t>
      </w:r>
    </w:p>
    <w:p w14:paraId="49D72EA6" w14:textId="3988480C" w:rsidR="008F5758" w:rsidRDefault="008F5758" w:rsidP="008F575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9.</w:t>
      </w:r>
      <w:r w:rsidRPr="000A4028">
        <w:rPr>
          <w:rFonts w:ascii="Times New Roman" w:hAnsi="Times New Roman" w:cs="Times New Roman"/>
          <w:sz w:val="24"/>
          <w:szCs w:val="24"/>
        </w:rPr>
        <w:t xml:space="preserve"> </w:t>
      </w:r>
      <w:r w:rsidRPr="00652ABB">
        <w:rPr>
          <w:rFonts w:ascii="Times New Roman" w:hAnsi="Times New Roman" w:cs="Times New Roman"/>
          <w:sz w:val="24"/>
          <w:szCs w:val="24"/>
          <w:highlight w:val="yellow"/>
        </w:rPr>
        <w:t>If</w:t>
      </w:r>
      <w:r w:rsidRPr="000A4028">
        <w:rPr>
          <w:rFonts w:ascii="Times New Roman" w:hAnsi="Times New Roman" w:cs="Times New Roman"/>
          <w:sz w:val="24"/>
          <w:szCs w:val="24"/>
        </w:rPr>
        <w:t xml:space="preserve"> more people volunteer / we / </w:t>
      </w:r>
      <w:proofErr w:type="spellStart"/>
      <w:r w:rsidRPr="000A4028">
        <w:rPr>
          <w:rFonts w:ascii="Times New Roman" w:hAnsi="Times New Roman" w:cs="Times New Roman"/>
          <w:sz w:val="24"/>
          <w:szCs w:val="24"/>
        </w:rPr>
        <w:t>clean up</w:t>
      </w:r>
      <w:proofErr w:type="spellEnd"/>
      <w:r w:rsidRPr="000A4028">
        <w:rPr>
          <w:rFonts w:ascii="Times New Roman" w:hAnsi="Times New Roman" w:cs="Times New Roman"/>
          <w:sz w:val="24"/>
          <w:szCs w:val="24"/>
        </w:rPr>
        <w:t xml:space="preserve"> / the beach / an hour</w:t>
      </w:r>
      <w:r w:rsidRPr="000A4028">
        <w:rPr>
          <w:rFonts w:ascii="Times New Roman" w:hAnsi="Times New Roman" w:cs="Times New Roman"/>
          <w:sz w:val="24"/>
          <w:szCs w:val="24"/>
        </w:rPr>
        <w:br/>
        <w:t xml:space="preserve">A. If more people </w:t>
      </w:r>
      <w:r w:rsidRPr="00653B83">
        <w:rPr>
          <w:rFonts w:ascii="Times New Roman" w:hAnsi="Times New Roman" w:cs="Times New Roman"/>
          <w:sz w:val="24"/>
          <w:szCs w:val="24"/>
          <w:highlight w:val="cyan"/>
        </w:rPr>
        <w:t>volunteer</w:t>
      </w:r>
      <w:r w:rsidR="00652ABB">
        <w:rPr>
          <w:rFonts w:ascii="Times New Roman" w:hAnsi="Times New Roman" w:cs="Times New Roman"/>
          <w:sz w:val="24"/>
          <w:szCs w:val="24"/>
          <w:lang w:val="vi-VN"/>
        </w:rPr>
        <w:t xml:space="preserve"> [loại 1]</w:t>
      </w:r>
      <w:r w:rsidRPr="000A4028">
        <w:rPr>
          <w:rFonts w:ascii="Times New Roman" w:hAnsi="Times New Roman" w:cs="Times New Roman"/>
          <w:sz w:val="24"/>
          <w:szCs w:val="24"/>
        </w:rPr>
        <w:t xml:space="preserve">, we </w:t>
      </w:r>
      <w:r w:rsidRPr="00653B83">
        <w:rPr>
          <w:rFonts w:ascii="Times New Roman" w:hAnsi="Times New Roman" w:cs="Times New Roman"/>
          <w:sz w:val="24"/>
          <w:szCs w:val="24"/>
          <w:highlight w:val="cyan"/>
        </w:rPr>
        <w:t>would clean</w:t>
      </w:r>
      <w:r w:rsidR="00652ABB">
        <w:rPr>
          <w:rFonts w:ascii="Times New Roman" w:hAnsi="Times New Roman" w:cs="Times New Roman"/>
          <w:sz w:val="24"/>
          <w:szCs w:val="24"/>
          <w:highlight w:val="cyan"/>
        </w:rPr>
        <w:t xml:space="preserve">. </w:t>
      </w:r>
      <w:r w:rsidR="00652ABB">
        <w:rPr>
          <w:rFonts w:ascii="Times New Roman" w:hAnsi="Times New Roman" w:cs="Times New Roman"/>
          <w:sz w:val="24"/>
          <w:szCs w:val="24"/>
          <w:lang w:val="vi-VN"/>
        </w:rPr>
        <w:t xml:space="preserve">[loại 2] </w:t>
      </w:r>
      <w:r w:rsidRPr="000A4028">
        <w:rPr>
          <w:rFonts w:ascii="Times New Roman" w:hAnsi="Times New Roman" w:cs="Times New Roman"/>
          <w:sz w:val="24"/>
          <w:szCs w:val="24"/>
        </w:rPr>
        <w:t>up the beach in an hour.</w:t>
      </w:r>
      <w:r w:rsidRPr="000A4028">
        <w:rPr>
          <w:rFonts w:ascii="Times New Roman" w:hAnsi="Times New Roman" w:cs="Times New Roman"/>
          <w:sz w:val="24"/>
          <w:szCs w:val="24"/>
        </w:rPr>
        <w:br/>
        <w:t xml:space="preserve">B. If more people </w:t>
      </w:r>
      <w:r w:rsidRPr="00653B83">
        <w:rPr>
          <w:rFonts w:ascii="Times New Roman" w:hAnsi="Times New Roman" w:cs="Times New Roman"/>
          <w:sz w:val="24"/>
          <w:szCs w:val="24"/>
          <w:highlight w:val="cyan"/>
        </w:rPr>
        <w:t>volunteered</w:t>
      </w:r>
      <w:r w:rsidR="00652ABB">
        <w:rPr>
          <w:rFonts w:ascii="Times New Roman" w:hAnsi="Times New Roman" w:cs="Times New Roman"/>
          <w:sz w:val="24"/>
          <w:szCs w:val="24"/>
          <w:lang w:val="vi-VN"/>
        </w:rPr>
        <w:t xml:space="preserve"> [loại 2]</w:t>
      </w:r>
      <w:r w:rsidRPr="000A4028">
        <w:rPr>
          <w:rFonts w:ascii="Times New Roman" w:hAnsi="Times New Roman" w:cs="Times New Roman"/>
          <w:sz w:val="24"/>
          <w:szCs w:val="24"/>
        </w:rPr>
        <w:t xml:space="preserve">, we </w:t>
      </w:r>
      <w:r w:rsidRPr="00653B83">
        <w:rPr>
          <w:rFonts w:ascii="Times New Roman" w:hAnsi="Times New Roman" w:cs="Times New Roman"/>
          <w:sz w:val="24"/>
          <w:szCs w:val="24"/>
          <w:highlight w:val="cyan"/>
        </w:rPr>
        <w:t xml:space="preserve">can </w:t>
      </w:r>
      <w:r w:rsidRPr="000A4028">
        <w:rPr>
          <w:rFonts w:ascii="Times New Roman" w:hAnsi="Times New Roman" w:cs="Times New Roman"/>
          <w:sz w:val="24"/>
          <w:szCs w:val="24"/>
        </w:rPr>
        <w:t>clean</w:t>
      </w:r>
      <w:r w:rsidR="00652ABB">
        <w:rPr>
          <w:rFonts w:ascii="Times New Roman" w:hAnsi="Times New Roman" w:cs="Times New Roman"/>
          <w:sz w:val="24"/>
          <w:szCs w:val="24"/>
          <w:lang w:val="vi-VN"/>
        </w:rPr>
        <w:t xml:space="preserve"> [loại 1]</w:t>
      </w:r>
      <w:r w:rsidRPr="000A4028">
        <w:rPr>
          <w:rFonts w:ascii="Times New Roman" w:hAnsi="Times New Roman" w:cs="Times New Roman"/>
          <w:sz w:val="24"/>
          <w:szCs w:val="24"/>
        </w:rPr>
        <w:t xml:space="preserve"> up the beach for an hour.</w:t>
      </w:r>
      <w:r w:rsidRPr="000A4028">
        <w:rPr>
          <w:rFonts w:ascii="Times New Roman" w:hAnsi="Times New Roman" w:cs="Times New Roman"/>
          <w:sz w:val="24"/>
          <w:szCs w:val="24"/>
        </w:rPr>
        <w:br/>
        <w:t xml:space="preserve">C. </w:t>
      </w:r>
      <w:r w:rsidRPr="00955EBA">
        <w:rPr>
          <w:rFonts w:ascii="Times New Roman" w:hAnsi="Times New Roman" w:cs="Times New Roman"/>
          <w:color w:val="FF0000"/>
          <w:sz w:val="24"/>
          <w:szCs w:val="24"/>
        </w:rPr>
        <w:t>If more people volunteer, we will clean up the beach in an hour.</w:t>
      </w:r>
      <w:r w:rsidRPr="00955EBA">
        <w:rPr>
          <w:rFonts w:ascii="Times New Roman" w:hAnsi="Times New Roman" w:cs="Times New Roman"/>
          <w:color w:val="FF0000"/>
          <w:sz w:val="24"/>
          <w:szCs w:val="24"/>
        </w:rPr>
        <w:br/>
      </w:r>
      <w:r w:rsidRPr="000A4028">
        <w:rPr>
          <w:rFonts w:ascii="Times New Roman" w:hAnsi="Times New Roman" w:cs="Times New Roman"/>
          <w:sz w:val="24"/>
          <w:szCs w:val="24"/>
        </w:rPr>
        <w:t xml:space="preserve">D. If more people </w:t>
      </w:r>
      <w:r w:rsidRPr="00653B83">
        <w:rPr>
          <w:rFonts w:ascii="Times New Roman" w:hAnsi="Times New Roman" w:cs="Times New Roman"/>
          <w:sz w:val="24"/>
          <w:szCs w:val="24"/>
          <w:highlight w:val="cyan"/>
        </w:rPr>
        <w:t>volunteered</w:t>
      </w:r>
      <w:r w:rsidR="00652ABB">
        <w:rPr>
          <w:rFonts w:ascii="Times New Roman" w:hAnsi="Times New Roman" w:cs="Times New Roman"/>
          <w:sz w:val="24"/>
          <w:szCs w:val="24"/>
          <w:lang w:val="vi-VN"/>
        </w:rPr>
        <w:t xml:space="preserve"> [loại 2]</w:t>
      </w:r>
      <w:r w:rsidRPr="000A4028">
        <w:rPr>
          <w:rFonts w:ascii="Times New Roman" w:hAnsi="Times New Roman" w:cs="Times New Roman"/>
          <w:sz w:val="24"/>
          <w:szCs w:val="24"/>
        </w:rPr>
        <w:t xml:space="preserve">, we </w:t>
      </w:r>
      <w:r w:rsidRPr="00F96F75">
        <w:rPr>
          <w:rFonts w:ascii="Times New Roman" w:hAnsi="Times New Roman" w:cs="Times New Roman"/>
          <w:sz w:val="24"/>
          <w:szCs w:val="24"/>
          <w:highlight w:val="cyan"/>
        </w:rPr>
        <w:t>will clean</w:t>
      </w:r>
      <w:r w:rsidR="00652ABB">
        <w:rPr>
          <w:rFonts w:ascii="Times New Roman" w:hAnsi="Times New Roman" w:cs="Times New Roman"/>
          <w:sz w:val="24"/>
          <w:szCs w:val="24"/>
        </w:rPr>
        <w:t xml:space="preserve"> </w:t>
      </w:r>
      <w:r w:rsidR="00652ABB">
        <w:rPr>
          <w:rFonts w:ascii="Times New Roman" w:hAnsi="Times New Roman" w:cs="Times New Roman"/>
          <w:sz w:val="24"/>
          <w:szCs w:val="24"/>
          <w:lang w:val="vi-VN"/>
        </w:rPr>
        <w:t>[loại 1]</w:t>
      </w:r>
      <w:r w:rsidRPr="000A4028">
        <w:rPr>
          <w:rFonts w:ascii="Times New Roman" w:hAnsi="Times New Roman" w:cs="Times New Roman"/>
          <w:sz w:val="24"/>
          <w:szCs w:val="24"/>
        </w:rPr>
        <w:t xml:space="preserve"> up the beach for an hour.</w:t>
      </w:r>
    </w:p>
    <w:p w14:paraId="7952748B" w14:textId="77777777" w:rsidR="00653B83" w:rsidRPr="000A4028" w:rsidRDefault="00653B83" w:rsidP="008F5758">
      <w:pPr>
        <w:spacing w:after="0" w:line="240" w:lineRule="atLeast"/>
        <w:contextualSpacing/>
        <w:rPr>
          <w:rFonts w:ascii="Times New Roman" w:hAnsi="Times New Roman" w:cs="Times New Roman"/>
          <w:sz w:val="24"/>
          <w:szCs w:val="24"/>
        </w:rPr>
      </w:pPr>
    </w:p>
    <w:p w14:paraId="5F256CFF" w14:textId="32B3F029" w:rsidR="008F5758" w:rsidRDefault="008F5758" w:rsidP="008F575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10.</w:t>
      </w:r>
      <w:r w:rsidRPr="000A4028">
        <w:rPr>
          <w:rFonts w:ascii="Times New Roman" w:hAnsi="Times New Roman" w:cs="Times New Roman"/>
          <w:sz w:val="24"/>
          <w:szCs w:val="24"/>
        </w:rPr>
        <w:t xml:space="preserve"> Visit / the rainforest / be not / as / relax / visit / the beach.</w:t>
      </w:r>
      <w:r w:rsidRPr="000A4028">
        <w:rPr>
          <w:rFonts w:ascii="Times New Roman" w:hAnsi="Times New Roman" w:cs="Times New Roman"/>
          <w:sz w:val="24"/>
          <w:szCs w:val="24"/>
        </w:rPr>
        <w:br/>
        <w:t>A.</w:t>
      </w:r>
      <w:r w:rsidR="00653B83">
        <w:rPr>
          <w:rFonts w:ascii="Times New Roman" w:hAnsi="Times New Roman" w:cs="Times New Roman"/>
          <w:sz w:val="24"/>
          <w:szCs w:val="24"/>
          <w:lang w:val="vi-VN"/>
        </w:rPr>
        <w:t xml:space="preserve"> </w:t>
      </w:r>
      <w:r w:rsidRPr="000A4028">
        <w:rPr>
          <w:rFonts w:ascii="Times New Roman" w:hAnsi="Times New Roman" w:cs="Times New Roman"/>
          <w:sz w:val="24"/>
          <w:szCs w:val="24"/>
        </w:rPr>
        <w:t xml:space="preserve">Visiting the rainforest isn't as </w:t>
      </w:r>
      <w:r w:rsidRPr="00653B83">
        <w:rPr>
          <w:rFonts w:ascii="Times New Roman" w:hAnsi="Times New Roman" w:cs="Times New Roman"/>
          <w:sz w:val="24"/>
          <w:szCs w:val="24"/>
          <w:highlight w:val="cyan"/>
        </w:rPr>
        <w:t>relaxed</w:t>
      </w:r>
      <w:r w:rsidRPr="000A4028">
        <w:rPr>
          <w:rFonts w:ascii="Times New Roman" w:hAnsi="Times New Roman" w:cs="Times New Roman"/>
          <w:sz w:val="24"/>
          <w:szCs w:val="24"/>
        </w:rPr>
        <w:t xml:space="preserve"> as visiting the beach</w:t>
      </w:r>
      <w:r w:rsidRPr="000A4028">
        <w:rPr>
          <w:rFonts w:ascii="Times New Roman" w:hAnsi="Times New Roman" w:cs="Times New Roman"/>
          <w:sz w:val="24"/>
          <w:szCs w:val="24"/>
        </w:rPr>
        <w:br/>
        <w:t xml:space="preserve">B. Visiting the rainforest isn't </w:t>
      </w:r>
      <w:r w:rsidRPr="00653B83">
        <w:rPr>
          <w:rFonts w:ascii="Times New Roman" w:hAnsi="Times New Roman" w:cs="Times New Roman"/>
          <w:sz w:val="24"/>
          <w:szCs w:val="24"/>
          <w:highlight w:val="cyan"/>
        </w:rPr>
        <w:t xml:space="preserve">as </w:t>
      </w:r>
      <w:r w:rsidRPr="000A4028">
        <w:rPr>
          <w:rFonts w:ascii="Times New Roman" w:hAnsi="Times New Roman" w:cs="Times New Roman"/>
          <w:sz w:val="24"/>
          <w:szCs w:val="24"/>
        </w:rPr>
        <w:t xml:space="preserve">relaxing </w:t>
      </w:r>
      <w:r w:rsidRPr="00653B83">
        <w:rPr>
          <w:rFonts w:ascii="Times New Roman" w:hAnsi="Times New Roman" w:cs="Times New Roman"/>
          <w:sz w:val="24"/>
          <w:szCs w:val="24"/>
          <w:highlight w:val="cyan"/>
        </w:rPr>
        <w:t xml:space="preserve">than </w:t>
      </w:r>
      <w:r w:rsidRPr="000A4028">
        <w:rPr>
          <w:rFonts w:ascii="Times New Roman" w:hAnsi="Times New Roman" w:cs="Times New Roman"/>
          <w:sz w:val="24"/>
          <w:szCs w:val="24"/>
        </w:rPr>
        <w:t>visiting the beach.</w:t>
      </w:r>
      <w:r w:rsidRPr="000A4028">
        <w:rPr>
          <w:rFonts w:ascii="Times New Roman" w:hAnsi="Times New Roman" w:cs="Times New Roman"/>
          <w:sz w:val="24"/>
          <w:szCs w:val="24"/>
        </w:rPr>
        <w:br/>
      </w:r>
      <w:r w:rsidRPr="00F96F75">
        <w:rPr>
          <w:rFonts w:ascii="Times New Roman" w:hAnsi="Times New Roman" w:cs="Times New Roman"/>
          <w:color w:val="FF0000"/>
          <w:sz w:val="24"/>
          <w:szCs w:val="24"/>
        </w:rPr>
        <w:t>C. Visiting the rainforest isn't as relaxing as visiting the beach.</w:t>
      </w:r>
      <w:r w:rsidRPr="000A4028">
        <w:rPr>
          <w:rFonts w:ascii="Times New Roman" w:hAnsi="Times New Roman" w:cs="Times New Roman"/>
          <w:sz w:val="24"/>
          <w:szCs w:val="24"/>
        </w:rPr>
        <w:br/>
        <w:t xml:space="preserve">D. </w:t>
      </w:r>
      <w:r w:rsidRPr="000D7C35">
        <w:rPr>
          <w:rFonts w:ascii="Times New Roman" w:hAnsi="Times New Roman" w:cs="Times New Roman"/>
          <w:sz w:val="24"/>
          <w:szCs w:val="24"/>
          <w:highlight w:val="cyan"/>
        </w:rPr>
        <w:t>To visit the rainforest</w:t>
      </w:r>
      <w:r w:rsidRPr="000A4028">
        <w:rPr>
          <w:rFonts w:ascii="Times New Roman" w:hAnsi="Times New Roman" w:cs="Times New Roman"/>
          <w:sz w:val="24"/>
          <w:szCs w:val="24"/>
        </w:rPr>
        <w:t xml:space="preserve"> </w:t>
      </w:r>
      <w:r w:rsidRPr="00F96F75">
        <w:rPr>
          <w:rFonts w:ascii="Times New Roman" w:hAnsi="Times New Roman" w:cs="Times New Roman"/>
          <w:color w:val="FF0000"/>
          <w:sz w:val="24"/>
          <w:szCs w:val="24"/>
        </w:rPr>
        <w:t xml:space="preserve">isn't </w:t>
      </w:r>
      <w:r w:rsidRPr="000A4028">
        <w:rPr>
          <w:rFonts w:ascii="Times New Roman" w:hAnsi="Times New Roman" w:cs="Times New Roman"/>
          <w:sz w:val="24"/>
          <w:szCs w:val="24"/>
        </w:rPr>
        <w:t xml:space="preserve">as relaxing as </w:t>
      </w:r>
      <w:r w:rsidRPr="00F96F75">
        <w:rPr>
          <w:rFonts w:ascii="Times New Roman" w:hAnsi="Times New Roman" w:cs="Times New Roman"/>
          <w:sz w:val="24"/>
          <w:szCs w:val="24"/>
          <w:highlight w:val="cyan"/>
        </w:rPr>
        <w:t>visit</w:t>
      </w:r>
      <w:r w:rsidRPr="000A4028">
        <w:rPr>
          <w:rFonts w:ascii="Times New Roman" w:hAnsi="Times New Roman" w:cs="Times New Roman"/>
          <w:sz w:val="24"/>
          <w:szCs w:val="24"/>
        </w:rPr>
        <w:t xml:space="preserve"> the beach.</w:t>
      </w:r>
    </w:p>
    <w:p w14:paraId="3C11181B" w14:textId="640B968E" w:rsidR="00F96F75" w:rsidRDefault="00F96F75" w:rsidP="008F5758">
      <w:pP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 xml:space="preserve">Đi thăm rừng = một công việc </w:t>
      </w:r>
      <w:r w:rsidRPr="00F96F75">
        <w:rPr>
          <w:rFonts w:ascii="Times New Roman" w:hAnsi="Times New Roman" w:cs="Times New Roman"/>
          <w:sz w:val="24"/>
          <w:szCs w:val="24"/>
          <w:lang w:val="vi-VN"/>
        </w:rPr>
        <w:sym w:font="Wingdings" w:char="F0E8"/>
      </w:r>
      <w:r>
        <w:rPr>
          <w:rFonts w:ascii="Times New Roman" w:hAnsi="Times New Roman" w:cs="Times New Roman"/>
          <w:sz w:val="24"/>
          <w:szCs w:val="24"/>
          <w:lang w:val="vi-VN"/>
        </w:rPr>
        <w:t xml:space="preserve"> không có cảm xúc đâu</w:t>
      </w:r>
    </w:p>
    <w:p w14:paraId="2B9B9EC1" w14:textId="1700553D" w:rsidR="00F96F75" w:rsidRDefault="00F96F75" w:rsidP="008F5758">
      <w:pP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relaxing (adj) thư giãn</w:t>
      </w:r>
    </w:p>
    <w:p w14:paraId="02D2D111" w14:textId="2B594B5C" w:rsidR="00F96F75" w:rsidRDefault="00F96F75" w:rsidP="008F5758">
      <w:pP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 xml:space="preserve">relaxed (adj) </w:t>
      </w:r>
      <w:r w:rsidRPr="00F96F75">
        <w:rPr>
          <w:rFonts w:ascii="Times New Roman" w:hAnsi="Times New Roman" w:cs="Times New Roman"/>
          <w:color w:val="FF0000"/>
          <w:sz w:val="24"/>
          <w:szCs w:val="24"/>
          <w:lang w:val="vi-VN"/>
        </w:rPr>
        <w:t xml:space="preserve">cảm thấy </w:t>
      </w:r>
      <w:r>
        <w:rPr>
          <w:rFonts w:ascii="Times New Roman" w:hAnsi="Times New Roman" w:cs="Times New Roman"/>
          <w:sz w:val="24"/>
          <w:szCs w:val="24"/>
          <w:lang w:val="vi-VN"/>
        </w:rPr>
        <w:t>thư giãn</w:t>
      </w:r>
    </w:p>
    <w:p w14:paraId="1BACDBF8" w14:textId="7CA0A288" w:rsidR="00F96F75" w:rsidRPr="00F96F75" w:rsidRDefault="00F96F75" w:rsidP="008F5758">
      <w:pP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To get good marks, you have to learn better.</w:t>
      </w:r>
    </w:p>
    <w:p w14:paraId="39D3528C"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t>Read the following passage and mark the letter A, B, C, or D on your answer sheet to indicate the correct answer to each question.</w:t>
      </w:r>
    </w:p>
    <w:p w14:paraId="7B128B83" w14:textId="58C44EF1" w:rsidR="008F5758" w:rsidRPr="000A4028" w:rsidRDefault="00565CAE" w:rsidP="00F96F75">
      <w:pPr>
        <w:spacing w:after="0" w:line="240" w:lineRule="atLeast"/>
        <w:contextualSpacing/>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700224" behindDoc="0" locked="0" layoutInCell="1" allowOverlap="1" wp14:anchorId="7E154DFC" wp14:editId="71EF4812">
                <wp:simplePos x="0" y="0"/>
                <wp:positionH relativeFrom="column">
                  <wp:posOffset>3308959</wp:posOffset>
                </wp:positionH>
                <wp:positionV relativeFrom="paragraph">
                  <wp:posOffset>89137</wp:posOffset>
                </wp:positionV>
                <wp:extent cx="873000" cy="11520"/>
                <wp:effectExtent l="88900" t="139700" r="80010" b="140970"/>
                <wp:wrapNone/>
                <wp:docPr id="42" name="Ink 42"/>
                <wp:cNvGraphicFramePr/>
                <a:graphic xmlns:a="http://schemas.openxmlformats.org/drawingml/2006/main">
                  <a:graphicData uri="http://schemas.microsoft.com/office/word/2010/wordprocessingInk">
                    <w14:contentPart bwMode="auto" r:id="rId16">
                      <w14:nvContentPartPr>
                        <w14:cNvContentPartPr/>
                      </w14:nvContentPartPr>
                      <w14:xfrm>
                        <a:off x="0" y="0"/>
                        <a:ext cx="873000" cy="11520"/>
                      </w14:xfrm>
                    </w14:contentPart>
                  </a:graphicData>
                </a:graphic>
              </wp:anchor>
            </w:drawing>
          </mc:Choice>
          <mc:Fallback>
            <w:pict>
              <v:shape w14:anchorId="48CB52F4" id="Ink 42" o:spid="_x0000_s1026" type="#_x0000_t75" style="position:absolute;margin-left:256.35pt;margin-top:-1.5pt;width:77.25pt;height:17.9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">
                <v:imagedata r:id="rId17" o:title=""/>
              </v:shape>
            </w:pict>
          </mc:Fallback>
        </mc:AlternateContent>
      </w:r>
      <w:r w:rsidR="00F96F75">
        <w:rPr>
          <w:rFonts w:ascii="Times New Roman" w:hAnsi="Times New Roman" w:cs="Times New Roman"/>
          <w:noProof/>
          <w:sz w:val="24"/>
          <w:szCs w:val="24"/>
        </w:rPr>
        <mc:AlternateContent>
          <mc:Choice Requires="wpi">
            <w:drawing>
              <wp:anchor distT="0" distB="0" distL="114300" distR="114300" simplePos="0" relativeHeight="251694080" behindDoc="0" locked="0" layoutInCell="1" allowOverlap="1" wp14:anchorId="3DE05551" wp14:editId="7CB4DFF3">
                <wp:simplePos x="0" y="0"/>
                <wp:positionH relativeFrom="column">
                  <wp:posOffset>5926519</wp:posOffset>
                </wp:positionH>
                <wp:positionV relativeFrom="paragraph">
                  <wp:posOffset>81577</wp:posOffset>
                </wp:positionV>
                <wp:extent cx="983160" cy="6480"/>
                <wp:effectExtent l="63500" t="101600" r="71120" b="107950"/>
                <wp:wrapNone/>
                <wp:docPr id="36" name="Ink 36"/>
                <wp:cNvGraphicFramePr/>
                <a:graphic xmlns:a="http://schemas.openxmlformats.org/drawingml/2006/main">
                  <a:graphicData uri="http://schemas.microsoft.com/office/word/2010/wordprocessingInk">
                    <w14:contentPart bwMode="auto" r:id="rId18">
                      <w14:nvContentPartPr>
                        <w14:cNvContentPartPr/>
                      </w14:nvContentPartPr>
                      <w14:xfrm>
                        <a:off x="0" y="0"/>
                        <a:ext cx="983160" cy="6480"/>
                      </w14:xfrm>
                    </w14:contentPart>
                  </a:graphicData>
                </a:graphic>
              </wp:anchor>
            </w:drawing>
          </mc:Choice>
          <mc:Fallback>
            <w:pict>
              <v:shape w14:anchorId="7182530C" id="Ink 36" o:spid="_x0000_s1026" type="#_x0000_t75" style="position:absolute;margin-left:463.8pt;margin-top:.75pt;width:83.05pt;height:11.8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">
                <v:imagedata r:id="rId19" o:title=""/>
              </v:shape>
            </w:pict>
          </mc:Fallback>
        </mc:AlternateContent>
      </w:r>
      <w:r w:rsidR="00F96F75">
        <w:rPr>
          <w:rFonts w:ascii="Times New Roman" w:hAnsi="Times New Roman" w:cs="Times New Roman"/>
          <w:noProof/>
          <w:sz w:val="24"/>
          <w:szCs w:val="24"/>
        </w:rPr>
        <mc:AlternateContent>
          <mc:Choice Requires="wpi">
            <w:drawing>
              <wp:anchor distT="0" distB="0" distL="114300" distR="114300" simplePos="0" relativeHeight="251693056" behindDoc="0" locked="0" layoutInCell="1" allowOverlap="1" wp14:anchorId="67BEB132" wp14:editId="0DC11699">
                <wp:simplePos x="0" y="0"/>
                <wp:positionH relativeFrom="column">
                  <wp:posOffset>5539519</wp:posOffset>
                </wp:positionH>
                <wp:positionV relativeFrom="paragraph">
                  <wp:posOffset>65737</wp:posOffset>
                </wp:positionV>
                <wp:extent cx="69120" cy="16560"/>
                <wp:effectExtent l="63500" t="101600" r="71120" b="97790"/>
                <wp:wrapNone/>
                <wp:docPr id="35" name="Ink 35"/>
                <wp:cNvGraphicFramePr/>
                <a:graphic xmlns:a="http://schemas.openxmlformats.org/drawingml/2006/main">
                  <a:graphicData uri="http://schemas.microsoft.com/office/word/2010/wordprocessingInk">
                    <w14:contentPart bwMode="auto" r:id="rId20">
                      <w14:nvContentPartPr>
                        <w14:cNvContentPartPr/>
                      </w14:nvContentPartPr>
                      <w14:xfrm>
                        <a:off x="0" y="0"/>
                        <a:ext cx="69120" cy="16560"/>
                      </w14:xfrm>
                    </w14:contentPart>
                  </a:graphicData>
                </a:graphic>
              </wp:anchor>
            </w:drawing>
          </mc:Choice>
          <mc:Fallback>
            <w:pict>
              <v:shape w14:anchorId="68667045" id="Ink 35" o:spid="_x0000_s1026" type="#_x0000_t75" style="position:absolute;margin-left:433.35pt;margin-top:-.45pt;width:11.15pt;height:12.6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">
                <v:imagedata r:id="rId21" o:title=""/>
              </v:shape>
            </w:pict>
          </mc:Fallback>
        </mc:AlternateContent>
      </w:r>
      <w:r w:rsidR="008F5758" w:rsidRPr="000A4028">
        <w:rPr>
          <w:rFonts w:ascii="Times New Roman" w:hAnsi="Times New Roman" w:cs="Times New Roman"/>
          <w:sz w:val="24"/>
          <w:szCs w:val="24"/>
        </w:rPr>
        <w:t xml:space="preserve">Climate change is becoming one of the most </w:t>
      </w:r>
      <w:r w:rsidR="008F5758" w:rsidRPr="000A4028">
        <w:rPr>
          <w:rFonts w:ascii="Times New Roman" w:hAnsi="Times New Roman" w:cs="Times New Roman"/>
          <w:b/>
          <w:bCs/>
          <w:sz w:val="24"/>
          <w:szCs w:val="24"/>
        </w:rPr>
        <w:t>serious</w:t>
      </w:r>
      <w:r w:rsidR="008F5758" w:rsidRPr="000A4028">
        <w:rPr>
          <w:rFonts w:ascii="Times New Roman" w:hAnsi="Times New Roman" w:cs="Times New Roman"/>
          <w:sz w:val="24"/>
          <w:szCs w:val="24"/>
        </w:rPr>
        <w:t xml:space="preserve"> global challenges in the 21st century. It is mainly caused by human activities such as burning fossil fuels, producing industrial waste, and cutting down forests. These actions release large amounts of greenhouse gases into the atmosphere, trapping heat and leading to global warming. As a result, many parts of the world are experiencing rising temperatures, extreme weather events, and melting ice in polar regions.</w:t>
      </w:r>
    </w:p>
    <w:p w14:paraId="117F2BCF" w14:textId="1365C3B5" w:rsidR="008F5758" w:rsidRPr="000A4028" w:rsidRDefault="00565CAE" w:rsidP="00F96F75">
      <w:pPr>
        <w:spacing w:after="0" w:line="240" w:lineRule="atLeast"/>
        <w:contextualSpacing/>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708416" behindDoc="0" locked="0" layoutInCell="1" allowOverlap="1" wp14:anchorId="4211AFD9" wp14:editId="0A3D1E8B">
                <wp:simplePos x="0" y="0"/>
                <wp:positionH relativeFrom="column">
                  <wp:posOffset>845479</wp:posOffset>
                </wp:positionH>
                <wp:positionV relativeFrom="paragraph">
                  <wp:posOffset>969842</wp:posOffset>
                </wp:positionV>
                <wp:extent cx="1326600" cy="27360"/>
                <wp:effectExtent l="63500" t="101600" r="70485" b="99695"/>
                <wp:wrapNone/>
                <wp:docPr id="50" name="Ink 50"/>
                <wp:cNvGraphicFramePr/>
                <a:graphic xmlns:a="http://schemas.openxmlformats.org/drawingml/2006/main">
                  <a:graphicData uri="http://schemas.microsoft.com/office/word/2010/wordprocessingInk">
                    <w14:contentPart bwMode="auto" r:id="rId22">
                      <w14:nvContentPartPr>
                        <w14:cNvContentPartPr/>
                      </w14:nvContentPartPr>
                      <w14:xfrm>
                        <a:off x="0" y="0"/>
                        <a:ext cx="1326600" cy="27360"/>
                      </w14:xfrm>
                    </w14:contentPart>
                  </a:graphicData>
                </a:graphic>
              </wp:anchor>
            </w:drawing>
          </mc:Choice>
          <mc:Fallback>
            <w:pict>
              <v:shape w14:anchorId="7DAB3FEA" id="Ink 50" o:spid="_x0000_s1026" type="#_x0000_t75" style="position:absolute;margin-left:63.75pt;margin-top:70.7pt;width:110.1pt;height:13.4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">
                <v:imagedata r:id="rId23"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07392" behindDoc="0" locked="0" layoutInCell="1" allowOverlap="1" wp14:anchorId="056937D2" wp14:editId="78D3908F">
                <wp:simplePos x="0" y="0"/>
                <wp:positionH relativeFrom="column">
                  <wp:posOffset>38359</wp:posOffset>
                </wp:positionH>
                <wp:positionV relativeFrom="paragraph">
                  <wp:posOffset>973082</wp:posOffset>
                </wp:positionV>
                <wp:extent cx="410760" cy="18000"/>
                <wp:effectExtent l="63500" t="101600" r="72390" b="96520"/>
                <wp:wrapNone/>
                <wp:docPr id="49" name="Ink 49"/>
                <wp:cNvGraphicFramePr/>
                <a:graphic xmlns:a="http://schemas.openxmlformats.org/drawingml/2006/main">
                  <a:graphicData uri="http://schemas.microsoft.com/office/word/2010/wordprocessingInk">
                    <w14:contentPart bwMode="auto" r:id="rId24">
                      <w14:nvContentPartPr>
                        <w14:cNvContentPartPr/>
                      </w14:nvContentPartPr>
                      <w14:xfrm>
                        <a:off x="0" y="0"/>
                        <a:ext cx="410760" cy="18000"/>
                      </w14:xfrm>
                    </w14:contentPart>
                  </a:graphicData>
                </a:graphic>
              </wp:anchor>
            </w:drawing>
          </mc:Choice>
          <mc:Fallback>
            <w:pict>
              <v:shape w14:anchorId="311D0CB8" id="Ink 49" o:spid="_x0000_s1026" type="#_x0000_t75" style="position:absolute;margin-left:.2pt;margin-top:70.95pt;width:38.05pt;height:12.7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">
                <v:imagedata r:id="rId25"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06368" behindDoc="0" locked="0" layoutInCell="1" allowOverlap="1" wp14:anchorId="158C1FAB" wp14:editId="487C2C8D">
                <wp:simplePos x="0" y="0"/>
                <wp:positionH relativeFrom="column">
                  <wp:posOffset>6251959</wp:posOffset>
                </wp:positionH>
                <wp:positionV relativeFrom="paragraph">
                  <wp:posOffset>805322</wp:posOffset>
                </wp:positionV>
                <wp:extent cx="748080" cy="18720"/>
                <wp:effectExtent l="63500" t="101600" r="64770" b="95885"/>
                <wp:wrapNone/>
                <wp:docPr id="48" name="Ink 48"/>
                <wp:cNvGraphicFramePr/>
                <a:graphic xmlns:a="http://schemas.openxmlformats.org/drawingml/2006/main">
                  <a:graphicData uri="http://schemas.microsoft.com/office/word/2010/wordprocessingInk">
                    <w14:contentPart bwMode="auto" r:id="rId26">
                      <w14:nvContentPartPr>
                        <w14:cNvContentPartPr/>
                      </w14:nvContentPartPr>
                      <w14:xfrm>
                        <a:off x="0" y="0"/>
                        <a:ext cx="748080" cy="18720"/>
                      </w14:xfrm>
                    </w14:contentPart>
                  </a:graphicData>
                </a:graphic>
              </wp:anchor>
            </w:drawing>
          </mc:Choice>
          <mc:Fallback>
            <w:pict>
              <v:shape w14:anchorId="4441BBF9" id="Ink 48" o:spid="_x0000_s1026" type="#_x0000_t75" style="position:absolute;margin-left:489.45pt;margin-top:57.75pt;width:64.55pt;height:12.8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">
                <v:imagedata r:id="rId27"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05344" behindDoc="0" locked="0" layoutInCell="1" allowOverlap="1" wp14:anchorId="23A7B243" wp14:editId="4D447B29">
                <wp:simplePos x="0" y="0"/>
                <wp:positionH relativeFrom="column">
                  <wp:posOffset>4646719</wp:posOffset>
                </wp:positionH>
                <wp:positionV relativeFrom="paragraph">
                  <wp:posOffset>800642</wp:posOffset>
                </wp:positionV>
                <wp:extent cx="1296000" cy="11520"/>
                <wp:effectExtent l="63500" t="101600" r="63500" b="102870"/>
                <wp:wrapNone/>
                <wp:docPr id="47" name="Ink 47"/>
                <wp:cNvGraphicFramePr/>
                <a:graphic xmlns:a="http://schemas.openxmlformats.org/drawingml/2006/main">
                  <a:graphicData uri="http://schemas.microsoft.com/office/word/2010/wordprocessingInk">
                    <w14:contentPart bwMode="auto" r:id="rId28">
                      <w14:nvContentPartPr>
                        <w14:cNvContentPartPr/>
                      </w14:nvContentPartPr>
                      <w14:xfrm>
                        <a:off x="0" y="0"/>
                        <a:ext cx="1296000" cy="11520"/>
                      </w14:xfrm>
                    </w14:contentPart>
                  </a:graphicData>
                </a:graphic>
              </wp:anchor>
            </w:drawing>
          </mc:Choice>
          <mc:Fallback>
            <w:pict>
              <v:shape w14:anchorId="5F58EF53" id="Ink 47" o:spid="_x0000_s1026" type="#_x0000_t75" style="position:absolute;margin-left:363.05pt;margin-top:57.4pt;width:107.75pt;height:12.2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">
                <v:imagedata r:id="rId29"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03296" behindDoc="0" locked="0" layoutInCell="1" allowOverlap="1" wp14:anchorId="4158C322" wp14:editId="54EE139F">
                <wp:simplePos x="0" y="0"/>
                <wp:positionH relativeFrom="column">
                  <wp:posOffset>-30041</wp:posOffset>
                </wp:positionH>
                <wp:positionV relativeFrom="paragraph">
                  <wp:posOffset>252701</wp:posOffset>
                </wp:positionV>
                <wp:extent cx="564840" cy="26280"/>
                <wp:effectExtent l="63500" t="101600" r="83185" b="100965"/>
                <wp:wrapNone/>
                <wp:docPr id="45" name="Ink 45"/>
                <wp:cNvGraphicFramePr/>
                <a:graphic xmlns:a="http://schemas.openxmlformats.org/drawingml/2006/main">
                  <a:graphicData uri="http://schemas.microsoft.com/office/word/2010/wordprocessingInk">
                    <w14:contentPart bwMode="auto" r:id="rId30">
                      <w14:nvContentPartPr>
                        <w14:cNvContentPartPr/>
                      </w14:nvContentPartPr>
                      <w14:xfrm>
                        <a:off x="0" y="0"/>
                        <a:ext cx="564840" cy="26280"/>
                      </w14:xfrm>
                    </w14:contentPart>
                  </a:graphicData>
                </a:graphic>
              </wp:anchor>
            </w:drawing>
          </mc:Choice>
          <mc:Fallback>
            <w:pict>
              <v:shape w14:anchorId="30AFC0D2" id="Ink 45" o:spid="_x0000_s1026" type="#_x0000_t75" style="position:absolute;margin-left:-5.2pt;margin-top:14.25pt;width:50.15pt;height:13.4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">
                <v:imagedata r:id="rId31"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02272" behindDoc="0" locked="0" layoutInCell="1" allowOverlap="1" wp14:anchorId="72EE5622" wp14:editId="1C5CCB48">
                <wp:simplePos x="0" y="0"/>
                <wp:positionH relativeFrom="column">
                  <wp:posOffset>6315679</wp:posOffset>
                </wp:positionH>
                <wp:positionV relativeFrom="paragraph">
                  <wp:posOffset>101501</wp:posOffset>
                </wp:positionV>
                <wp:extent cx="466200" cy="47520"/>
                <wp:effectExtent l="63500" t="101600" r="80010" b="105410"/>
                <wp:wrapNone/>
                <wp:docPr id="44" name="Ink 44"/>
                <wp:cNvGraphicFramePr/>
                <a:graphic xmlns:a="http://schemas.openxmlformats.org/drawingml/2006/main">
                  <a:graphicData uri="http://schemas.microsoft.com/office/word/2010/wordprocessingInk">
                    <w14:contentPart bwMode="auto" r:id="rId32">
                      <w14:nvContentPartPr>
                        <w14:cNvContentPartPr/>
                      </w14:nvContentPartPr>
                      <w14:xfrm>
                        <a:off x="0" y="0"/>
                        <a:ext cx="466200" cy="47520"/>
                      </w14:xfrm>
                    </w14:contentPart>
                  </a:graphicData>
                </a:graphic>
              </wp:anchor>
            </w:drawing>
          </mc:Choice>
          <mc:Fallback>
            <w:pict>
              <v:shape w14:anchorId="4F2F90CB" id="Ink 44" o:spid="_x0000_s1026" type="#_x0000_t75" style="position:absolute;margin-left:494.5pt;margin-top:2.35pt;width:42.35pt;height:15.1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">
                <v:imagedata r:id="rId33" o:title=""/>
              </v:shape>
            </w:pict>
          </mc:Fallback>
        </mc:AlternateContent>
      </w:r>
      <w:r w:rsidR="00F96F75">
        <w:rPr>
          <w:rFonts w:ascii="Times New Roman" w:hAnsi="Times New Roman" w:cs="Times New Roman"/>
          <w:noProof/>
          <w:sz w:val="24"/>
          <w:szCs w:val="24"/>
        </w:rPr>
        <mc:AlternateContent>
          <mc:Choice Requires="wpi">
            <w:drawing>
              <wp:anchor distT="0" distB="0" distL="114300" distR="114300" simplePos="0" relativeHeight="251698176" behindDoc="0" locked="0" layoutInCell="1" allowOverlap="1" wp14:anchorId="685BA212" wp14:editId="5679320E">
                <wp:simplePos x="0" y="0"/>
                <wp:positionH relativeFrom="column">
                  <wp:posOffset>109279</wp:posOffset>
                </wp:positionH>
                <wp:positionV relativeFrom="paragraph">
                  <wp:posOffset>97357</wp:posOffset>
                </wp:positionV>
                <wp:extent cx="757800" cy="40320"/>
                <wp:effectExtent l="63500" t="101600" r="93345" b="99695"/>
                <wp:wrapNone/>
                <wp:docPr id="40" name="Ink 40"/>
                <wp:cNvGraphicFramePr/>
                <a:graphic xmlns:a="http://schemas.openxmlformats.org/drawingml/2006/main">
                  <a:graphicData uri="http://schemas.microsoft.com/office/word/2010/wordprocessingInk">
                    <w14:contentPart bwMode="auto" r:id="rId34">
                      <w14:nvContentPartPr>
                        <w14:cNvContentPartPr/>
                      </w14:nvContentPartPr>
                      <w14:xfrm>
                        <a:off x="0" y="0"/>
                        <a:ext cx="757800" cy="40320"/>
                      </w14:xfrm>
                    </w14:contentPart>
                  </a:graphicData>
                </a:graphic>
              </wp:anchor>
            </w:drawing>
          </mc:Choice>
          <mc:Fallback>
            <w:pict>
              <v:shape w14:anchorId="75F14C26" id="Ink 40" o:spid="_x0000_s1026" type="#_x0000_t75" style="position:absolute;margin-left:5.75pt;margin-top:2pt;width:65.3pt;height:14.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">
                <v:imagedata r:id="rId35" o:title=""/>
              </v:shape>
            </w:pict>
          </mc:Fallback>
        </mc:AlternateContent>
      </w:r>
      <w:r w:rsidR="00F96F75">
        <w:rPr>
          <w:rFonts w:ascii="Times New Roman" w:hAnsi="Times New Roman" w:cs="Times New Roman"/>
          <w:noProof/>
          <w:sz w:val="24"/>
          <w:szCs w:val="24"/>
        </w:rPr>
        <mc:AlternateContent>
          <mc:Choice Requires="wpi">
            <w:drawing>
              <wp:anchor distT="0" distB="0" distL="114300" distR="114300" simplePos="0" relativeHeight="251697152" behindDoc="0" locked="0" layoutInCell="1" allowOverlap="1" wp14:anchorId="5A2B944E" wp14:editId="433C03C1">
                <wp:simplePos x="0" y="0"/>
                <wp:positionH relativeFrom="column">
                  <wp:posOffset>608239</wp:posOffset>
                </wp:positionH>
                <wp:positionV relativeFrom="paragraph">
                  <wp:posOffset>180877</wp:posOffset>
                </wp:positionV>
                <wp:extent cx="356760" cy="9000"/>
                <wp:effectExtent l="63500" t="101600" r="62865" b="105410"/>
                <wp:wrapNone/>
                <wp:docPr id="39" name="Ink 39"/>
                <wp:cNvGraphicFramePr/>
                <a:graphic xmlns:a="http://schemas.openxmlformats.org/drawingml/2006/main">
                  <a:graphicData uri="http://schemas.microsoft.com/office/word/2010/wordprocessingInk">
                    <w14:contentPart bwMode="auto" r:id="rId36">
                      <w14:nvContentPartPr>
                        <w14:cNvContentPartPr/>
                      </w14:nvContentPartPr>
                      <w14:xfrm>
                        <a:off x="0" y="0"/>
                        <a:ext cx="356760" cy="9000"/>
                      </w14:xfrm>
                    </w14:contentPart>
                  </a:graphicData>
                </a:graphic>
              </wp:anchor>
            </w:drawing>
          </mc:Choice>
          <mc:Fallback>
            <w:pict>
              <v:shape w14:anchorId="5E8FE8C2" id="Ink 39" o:spid="_x0000_s1026" type="#_x0000_t75" style="position:absolute;margin-left:45.1pt;margin-top:8.6pt;width:33.8pt;height:12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">
                <v:imagedata r:id="rId37" o:title=""/>
              </v:shape>
            </w:pict>
          </mc:Fallback>
        </mc:AlternateContent>
      </w:r>
      <w:r w:rsidR="00F96F75">
        <w:rPr>
          <w:rFonts w:ascii="Times New Roman" w:hAnsi="Times New Roman" w:cs="Times New Roman"/>
          <w:noProof/>
          <w:sz w:val="24"/>
          <w:szCs w:val="24"/>
        </w:rPr>
        <mc:AlternateContent>
          <mc:Choice Requires="wpi">
            <w:drawing>
              <wp:anchor distT="0" distB="0" distL="114300" distR="114300" simplePos="0" relativeHeight="251696128" behindDoc="0" locked="0" layoutInCell="1" allowOverlap="1" wp14:anchorId="2E6A54AE" wp14:editId="4206C633">
                <wp:simplePos x="0" y="0"/>
                <wp:positionH relativeFrom="column">
                  <wp:posOffset>-44441</wp:posOffset>
                </wp:positionH>
                <wp:positionV relativeFrom="paragraph">
                  <wp:posOffset>616117</wp:posOffset>
                </wp:positionV>
                <wp:extent cx="578520" cy="14400"/>
                <wp:effectExtent l="63500" t="101600" r="69215" b="100330"/>
                <wp:wrapNone/>
                <wp:docPr id="38" name="Ink 38"/>
                <wp:cNvGraphicFramePr/>
                <a:graphic xmlns:a="http://schemas.openxmlformats.org/drawingml/2006/main">
                  <a:graphicData uri="http://schemas.microsoft.com/office/word/2010/wordprocessingInk">
                    <w14:contentPart bwMode="auto" r:id="rId38">
                      <w14:nvContentPartPr>
                        <w14:cNvContentPartPr/>
                      </w14:nvContentPartPr>
                      <w14:xfrm>
                        <a:off x="0" y="0"/>
                        <a:ext cx="578520" cy="14400"/>
                      </w14:xfrm>
                    </w14:contentPart>
                  </a:graphicData>
                </a:graphic>
              </wp:anchor>
            </w:drawing>
          </mc:Choice>
          <mc:Fallback>
            <w:pict>
              <v:shape w14:anchorId="6E130FE5" id="Ink 38" o:spid="_x0000_s1026" type="#_x0000_t75" style="position:absolute;margin-left:-6.3pt;margin-top:42.85pt;width:51.2pt;height:12.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">
                <v:imagedata r:id="rId39" o:title=""/>
              </v:shape>
            </w:pict>
          </mc:Fallback>
        </mc:AlternateContent>
      </w:r>
      <w:r w:rsidR="00F96F75">
        <w:rPr>
          <w:rFonts w:ascii="Times New Roman" w:hAnsi="Times New Roman" w:cs="Times New Roman"/>
          <w:noProof/>
          <w:sz w:val="24"/>
          <w:szCs w:val="24"/>
        </w:rPr>
        <mc:AlternateContent>
          <mc:Choice Requires="wpi">
            <w:drawing>
              <wp:anchor distT="0" distB="0" distL="114300" distR="114300" simplePos="0" relativeHeight="251695104" behindDoc="0" locked="0" layoutInCell="1" allowOverlap="1" wp14:anchorId="797FED2A" wp14:editId="3780B9EA">
                <wp:simplePos x="0" y="0"/>
                <wp:positionH relativeFrom="column">
                  <wp:posOffset>5875039</wp:posOffset>
                </wp:positionH>
                <wp:positionV relativeFrom="paragraph">
                  <wp:posOffset>445837</wp:posOffset>
                </wp:positionV>
                <wp:extent cx="1025280" cy="16560"/>
                <wp:effectExtent l="63500" t="101600" r="67310" b="97790"/>
                <wp:wrapNone/>
                <wp:docPr id="37" name="Ink 37"/>
                <wp:cNvGraphicFramePr/>
                <a:graphic xmlns:a="http://schemas.openxmlformats.org/drawingml/2006/main">
                  <a:graphicData uri="http://schemas.microsoft.com/office/word/2010/wordprocessingInk">
                    <w14:contentPart bwMode="auto" r:id="rId40">
                      <w14:nvContentPartPr>
                        <w14:cNvContentPartPr/>
                      </w14:nvContentPartPr>
                      <w14:xfrm>
                        <a:off x="0" y="0"/>
                        <a:ext cx="1025280" cy="16560"/>
                      </w14:xfrm>
                    </w14:contentPart>
                  </a:graphicData>
                </a:graphic>
              </wp:anchor>
            </w:drawing>
          </mc:Choice>
          <mc:Fallback>
            <w:pict>
              <v:shape w14:anchorId="6B749608" id="Ink 37" o:spid="_x0000_s1026" type="#_x0000_t75" style="position:absolute;margin-left:459.75pt;margin-top:29.45pt;width:86.4pt;height:12.6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">
                <v:imagedata r:id="rId41" o:title=""/>
              </v:shape>
            </w:pict>
          </mc:Fallback>
        </mc:AlternateContent>
      </w:r>
      <w:r w:rsidR="008F5758" w:rsidRPr="000A4028">
        <w:rPr>
          <w:rFonts w:ascii="Times New Roman" w:hAnsi="Times New Roman" w:cs="Times New Roman"/>
          <w:sz w:val="24"/>
          <w:szCs w:val="24"/>
        </w:rPr>
        <w:t>The effects of climate change are not only environmental but also social and economic. For example, floods and droughts can destroy crops, causing food shortages and affecting people’s lives. In addition, many animals are losing their natural habitats, which puts them in danger of extinction. However, there are several effective solutions to this problem. Governments can invest in renewable energy sources such as solar and wind power to reduce pollution. People can also make small changes in their daily lives, like saving electricity, using public transport, and reducing plastic waste. By working together, humans can slow down climate change and protect the planet for future generations.</w:t>
      </w:r>
    </w:p>
    <w:p w14:paraId="56C06A8E"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t>Question 11. What is the main idea of the passage?</w:t>
      </w:r>
    </w:p>
    <w:p w14:paraId="2EC4B8EE"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A. The importance of animals in nature</w:t>
      </w:r>
    </w:p>
    <w:p w14:paraId="4BF75927" w14:textId="576B2170" w:rsidR="008F5758" w:rsidRPr="000D7C35" w:rsidRDefault="00F96F75" w:rsidP="008F5758">
      <w:pPr>
        <w:spacing w:after="0" w:line="240" w:lineRule="atLeast"/>
        <w:contextualSpacing/>
        <w:rPr>
          <w:rFonts w:ascii="Times New Roman" w:hAnsi="Times New Roman" w:cs="Times New Roman"/>
          <w:color w:val="FF0000"/>
          <w:sz w:val="24"/>
          <w:szCs w:val="24"/>
        </w:rPr>
      </w:pPr>
      <w:r>
        <w:rPr>
          <w:rFonts w:ascii="Times New Roman" w:hAnsi="Times New Roman" w:cs="Times New Roman"/>
          <w:noProof/>
          <w:color w:val="FF0000"/>
          <w:sz w:val="24"/>
          <w:szCs w:val="24"/>
        </w:rPr>
        <mc:AlternateContent>
          <mc:Choice Requires="wpi">
            <w:drawing>
              <wp:anchor distT="0" distB="0" distL="114300" distR="114300" simplePos="0" relativeHeight="251699200" behindDoc="0" locked="0" layoutInCell="1" allowOverlap="1" wp14:anchorId="43EEA4A0" wp14:editId="2BF14041">
                <wp:simplePos x="0" y="0"/>
                <wp:positionH relativeFrom="column">
                  <wp:posOffset>3357919</wp:posOffset>
                </wp:positionH>
                <wp:positionV relativeFrom="paragraph">
                  <wp:posOffset>58297</wp:posOffset>
                </wp:positionV>
                <wp:extent cx="354600" cy="2880"/>
                <wp:effectExtent l="63500" t="101600" r="64770" b="99060"/>
                <wp:wrapNone/>
                <wp:docPr id="41" name="Ink 41"/>
                <wp:cNvGraphicFramePr/>
                <a:graphic xmlns:a="http://schemas.openxmlformats.org/drawingml/2006/main">
                  <a:graphicData uri="http://schemas.microsoft.com/office/word/2010/wordprocessingInk">
                    <w14:contentPart bwMode="auto" r:id="rId42">
                      <w14:nvContentPartPr>
                        <w14:cNvContentPartPr/>
                      </w14:nvContentPartPr>
                      <w14:xfrm>
                        <a:off x="0" y="0"/>
                        <a:ext cx="354600" cy="2880"/>
                      </w14:xfrm>
                    </w14:contentPart>
                  </a:graphicData>
                </a:graphic>
              </wp:anchor>
            </w:drawing>
          </mc:Choice>
          <mc:Fallback>
            <w:pict>
              <v:shape w14:anchorId="7FCB589C" id="Ink 41" o:spid="_x0000_s1026" type="#_x0000_t75" style="position:absolute;margin-left:261.6pt;margin-top:-1.05pt;width:33.55pt;height:11.6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">
                <v:imagedata r:id="rId43" o:title=""/>
              </v:shape>
            </w:pict>
          </mc:Fallback>
        </mc:AlternateContent>
      </w:r>
      <w:r w:rsidR="008F5758" w:rsidRPr="000D7C35">
        <w:rPr>
          <w:rFonts w:ascii="Times New Roman" w:hAnsi="Times New Roman" w:cs="Times New Roman"/>
          <w:color w:val="FF0000"/>
          <w:sz w:val="24"/>
          <w:szCs w:val="24"/>
        </w:rPr>
        <w:t>B. The causes, effects, and solutions to climate change</w:t>
      </w:r>
    </w:p>
    <w:p w14:paraId="6B240D13"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C. The benefits of renewable energy</w:t>
      </w:r>
    </w:p>
    <w:p w14:paraId="61167EEC"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D. The history of climate change</w:t>
      </w:r>
    </w:p>
    <w:p w14:paraId="371008AA"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t>Question 12. The word “serious” in paragraph 1 is closest in meaning to:</w:t>
      </w:r>
    </w:p>
    <w:p w14:paraId="2FFA641C" w14:textId="54CE5263"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 xml:space="preserve">A. </w:t>
      </w:r>
      <w:r w:rsidRPr="00565CAE">
        <w:rPr>
          <w:rFonts w:ascii="Times New Roman" w:hAnsi="Times New Roman" w:cs="Times New Roman"/>
          <w:color w:val="000000" w:themeColor="text1"/>
          <w:sz w:val="24"/>
          <w:szCs w:val="24"/>
        </w:rPr>
        <w:t xml:space="preserve">important    </w:t>
      </w:r>
      <w:r>
        <w:rPr>
          <w:rFonts w:ascii="Times New Roman" w:hAnsi="Times New Roman" w:cs="Times New Roman"/>
          <w:sz w:val="24"/>
          <w:szCs w:val="24"/>
        </w:rPr>
        <w:tab/>
      </w:r>
      <w:r w:rsidRPr="000A4028">
        <w:rPr>
          <w:rFonts w:ascii="Times New Roman" w:hAnsi="Times New Roman" w:cs="Times New Roman"/>
          <w:sz w:val="24"/>
          <w:szCs w:val="24"/>
        </w:rPr>
        <w:t xml:space="preserve">B. interesting    </w:t>
      </w:r>
      <w:r>
        <w:rPr>
          <w:rFonts w:ascii="Times New Roman" w:hAnsi="Times New Roman" w:cs="Times New Roman"/>
          <w:sz w:val="24"/>
          <w:szCs w:val="24"/>
        </w:rPr>
        <w:tab/>
      </w:r>
      <w:r w:rsidRPr="000A4028">
        <w:rPr>
          <w:rFonts w:ascii="Times New Roman" w:hAnsi="Times New Roman" w:cs="Times New Roman"/>
          <w:sz w:val="24"/>
          <w:szCs w:val="24"/>
        </w:rPr>
        <w:t xml:space="preserve">C. </w:t>
      </w:r>
      <w:r w:rsidRPr="00565CAE">
        <w:rPr>
          <w:rFonts w:ascii="Times New Roman" w:hAnsi="Times New Roman" w:cs="Times New Roman"/>
          <w:color w:val="FF0000"/>
          <w:sz w:val="24"/>
          <w:szCs w:val="24"/>
        </w:rPr>
        <w:t xml:space="preserve">dangerous    </w:t>
      </w:r>
      <w:r>
        <w:rPr>
          <w:rFonts w:ascii="Times New Roman" w:hAnsi="Times New Roman" w:cs="Times New Roman"/>
          <w:sz w:val="24"/>
          <w:szCs w:val="24"/>
        </w:rPr>
        <w:tab/>
      </w:r>
      <w:r w:rsidRPr="000A4028">
        <w:rPr>
          <w:rFonts w:ascii="Times New Roman" w:hAnsi="Times New Roman" w:cs="Times New Roman"/>
          <w:sz w:val="24"/>
          <w:szCs w:val="24"/>
        </w:rPr>
        <w:t>D. simple</w:t>
      </w:r>
      <w:r w:rsidRPr="000A4028">
        <w:rPr>
          <w:rFonts w:ascii="Times New Roman" w:hAnsi="Times New Roman" w:cs="Times New Roman"/>
          <w:b/>
          <w:sz w:val="24"/>
          <w:szCs w:val="24"/>
        </w:rPr>
        <w:br/>
        <w:t>Question 13. The word “reduce” in paragraph 3 is opposite in meaning to:</w:t>
      </w:r>
    </w:p>
    <w:p w14:paraId="33DF658F"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 xml:space="preserve">A. limit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 xml:space="preserve">B. </w:t>
      </w:r>
      <w:r w:rsidRPr="000D7C35">
        <w:rPr>
          <w:rFonts w:ascii="Times New Roman" w:hAnsi="Times New Roman" w:cs="Times New Roman"/>
          <w:color w:val="FF0000"/>
          <w:sz w:val="24"/>
          <w:szCs w:val="24"/>
        </w:rPr>
        <w:t xml:space="preserve">increase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 xml:space="preserve">C. decrease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D. cut down</w:t>
      </w:r>
    </w:p>
    <w:p w14:paraId="1C47DB32"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t>Question 14. What can be inferred from the passage?</w:t>
      </w:r>
    </w:p>
    <w:p w14:paraId="0BB0C224" w14:textId="2DD7AE86" w:rsidR="008F5758" w:rsidRPr="00565CAE" w:rsidRDefault="008F5758" w:rsidP="008F5758">
      <w:pPr>
        <w:spacing w:after="0" w:line="240" w:lineRule="atLeast"/>
        <w:contextualSpacing/>
        <w:rPr>
          <w:rFonts w:ascii="Times New Roman" w:hAnsi="Times New Roman" w:cs="Times New Roman"/>
          <w:sz w:val="24"/>
          <w:szCs w:val="24"/>
          <w:lang w:val="vi-VN"/>
        </w:rPr>
      </w:pPr>
      <w:r w:rsidRPr="000A4028">
        <w:rPr>
          <w:rFonts w:ascii="Times New Roman" w:hAnsi="Times New Roman" w:cs="Times New Roman"/>
          <w:sz w:val="24"/>
          <w:szCs w:val="24"/>
        </w:rPr>
        <w:t>A. Renewable energy increases pollution.</w:t>
      </w:r>
      <w:r w:rsidR="00565CAE">
        <w:rPr>
          <w:rFonts w:ascii="Times New Roman" w:hAnsi="Times New Roman" w:cs="Times New Roman"/>
          <w:sz w:val="24"/>
          <w:szCs w:val="24"/>
          <w:lang w:val="vi-VN"/>
        </w:rPr>
        <w:t xml:space="preserve"> [sai theo bài]</w:t>
      </w:r>
    </w:p>
    <w:p w14:paraId="1714A2AB" w14:textId="77777777" w:rsidR="008F5758" w:rsidRPr="000D7C35" w:rsidRDefault="008F5758" w:rsidP="008F5758">
      <w:pPr>
        <w:spacing w:after="0" w:line="240" w:lineRule="atLeast"/>
        <w:contextualSpacing/>
        <w:rPr>
          <w:rFonts w:ascii="Times New Roman" w:hAnsi="Times New Roman" w:cs="Times New Roman"/>
          <w:color w:val="FF0000"/>
          <w:sz w:val="24"/>
          <w:szCs w:val="24"/>
        </w:rPr>
      </w:pPr>
      <w:r w:rsidRPr="000D7C35">
        <w:rPr>
          <w:rFonts w:ascii="Times New Roman" w:hAnsi="Times New Roman" w:cs="Times New Roman"/>
          <w:color w:val="FF0000"/>
          <w:sz w:val="24"/>
          <w:szCs w:val="24"/>
        </w:rPr>
        <w:t>B. Human actions can both cause and help solve climate change</w:t>
      </w:r>
    </w:p>
    <w:p w14:paraId="0DB12775" w14:textId="1D0347FC" w:rsidR="008F5758" w:rsidRPr="00565CAE" w:rsidRDefault="008F5758" w:rsidP="008F5758">
      <w:pPr>
        <w:spacing w:after="0" w:line="240" w:lineRule="atLeast"/>
        <w:contextualSpacing/>
        <w:rPr>
          <w:rFonts w:ascii="Times New Roman" w:hAnsi="Times New Roman" w:cs="Times New Roman"/>
          <w:sz w:val="24"/>
          <w:szCs w:val="24"/>
          <w:lang w:val="vi-VN"/>
        </w:rPr>
      </w:pPr>
      <w:r w:rsidRPr="000A4028">
        <w:rPr>
          <w:rFonts w:ascii="Times New Roman" w:hAnsi="Times New Roman" w:cs="Times New Roman"/>
          <w:sz w:val="24"/>
          <w:szCs w:val="24"/>
        </w:rPr>
        <w:t>C. Only governments can solve climate change</w:t>
      </w:r>
      <w:r w:rsidR="00565CAE">
        <w:rPr>
          <w:rFonts w:ascii="Times New Roman" w:hAnsi="Times New Roman" w:cs="Times New Roman"/>
          <w:sz w:val="24"/>
          <w:szCs w:val="24"/>
          <w:lang w:val="vi-VN"/>
        </w:rPr>
        <w:t xml:space="preserve"> [cả chính phủ lẫn người dân]</w:t>
      </w:r>
    </w:p>
    <w:p w14:paraId="604362DB" w14:textId="05252C50" w:rsidR="008F5758" w:rsidRPr="00565CAE" w:rsidRDefault="008F5758" w:rsidP="008F5758">
      <w:pPr>
        <w:spacing w:after="0" w:line="240" w:lineRule="atLeast"/>
        <w:contextualSpacing/>
        <w:rPr>
          <w:rFonts w:ascii="Times New Roman" w:hAnsi="Times New Roman" w:cs="Times New Roman"/>
          <w:sz w:val="24"/>
          <w:szCs w:val="24"/>
          <w:lang w:val="vi-VN"/>
        </w:rPr>
      </w:pPr>
      <w:r w:rsidRPr="000A4028">
        <w:rPr>
          <w:rFonts w:ascii="Times New Roman" w:hAnsi="Times New Roman" w:cs="Times New Roman"/>
          <w:sz w:val="24"/>
          <w:szCs w:val="24"/>
        </w:rPr>
        <w:t>D. Climate change only affects the environment.</w:t>
      </w:r>
      <w:r w:rsidR="00565CAE">
        <w:rPr>
          <w:rFonts w:ascii="Times New Roman" w:hAnsi="Times New Roman" w:cs="Times New Roman"/>
          <w:sz w:val="24"/>
          <w:szCs w:val="24"/>
          <w:lang w:val="vi-VN"/>
        </w:rPr>
        <w:t xml:space="preserve"> [ảnh hưởng môi trường, xã hội...]</w:t>
      </w:r>
    </w:p>
    <w:p w14:paraId="143463F9" w14:textId="6D29F8B3" w:rsidR="008F5758" w:rsidRPr="000A4028" w:rsidRDefault="00565CAE" w:rsidP="008F5758">
      <w:pPr>
        <w:spacing w:after="0" w:line="240" w:lineRule="atLeast"/>
        <w:contextualSpacing/>
        <w:rPr>
          <w:rFonts w:ascii="Times New Roman" w:hAnsi="Times New Roman" w:cs="Times New Roman"/>
          <w:sz w:val="24"/>
          <w:szCs w:val="24"/>
        </w:rPr>
      </w:pPr>
      <w:r>
        <w:rPr>
          <w:rFonts w:ascii="Times New Roman" w:hAnsi="Times New Roman" w:cs="Times New Roman"/>
          <w:b/>
          <w:noProof/>
          <w:sz w:val="24"/>
          <w:szCs w:val="24"/>
        </w:rPr>
        <mc:AlternateContent>
          <mc:Choice Requires="wpi">
            <w:drawing>
              <wp:anchor distT="0" distB="0" distL="114300" distR="114300" simplePos="0" relativeHeight="251701248" behindDoc="0" locked="0" layoutInCell="1" allowOverlap="1" wp14:anchorId="7E36D4BF" wp14:editId="7DC56E42">
                <wp:simplePos x="0" y="0"/>
                <wp:positionH relativeFrom="column">
                  <wp:posOffset>5347279</wp:posOffset>
                </wp:positionH>
                <wp:positionV relativeFrom="paragraph">
                  <wp:posOffset>47917</wp:posOffset>
                </wp:positionV>
                <wp:extent cx="235440" cy="20160"/>
                <wp:effectExtent l="63500" t="101600" r="82550" b="107315"/>
                <wp:wrapNone/>
                <wp:docPr id="43" name="Ink 43"/>
                <wp:cNvGraphicFramePr/>
                <a:graphic xmlns:a="http://schemas.openxmlformats.org/drawingml/2006/main">
                  <a:graphicData uri="http://schemas.microsoft.com/office/word/2010/wordprocessingInk">
                    <w14:contentPart bwMode="auto" r:id="rId44">
                      <w14:nvContentPartPr>
                        <w14:cNvContentPartPr/>
                      </w14:nvContentPartPr>
                      <w14:xfrm>
                        <a:off x="0" y="0"/>
                        <a:ext cx="235440" cy="20160"/>
                      </w14:xfrm>
                    </w14:contentPart>
                  </a:graphicData>
                </a:graphic>
              </wp:anchor>
            </w:drawing>
          </mc:Choice>
          <mc:Fallback>
            <w:pict>
              <v:shape w14:anchorId="616726A2" id="Ink 43" o:spid="_x0000_s1026" type="#_x0000_t75" style="position:absolute;margin-left:418.25pt;margin-top:-1.9pt;width:24.25pt;height:12.9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">
                <v:imagedata r:id="rId45" o:title=""/>
              </v:shape>
            </w:pict>
          </mc:Fallback>
        </mc:AlternateContent>
      </w:r>
      <w:r w:rsidR="008F5758" w:rsidRPr="000A4028">
        <w:rPr>
          <w:rFonts w:ascii="Times New Roman" w:hAnsi="Times New Roman" w:cs="Times New Roman"/>
          <w:b/>
          <w:sz w:val="24"/>
          <w:szCs w:val="24"/>
        </w:rPr>
        <w:t xml:space="preserve">Question 15. According to the passage, what is one result of </w:t>
      </w:r>
      <w:r w:rsidR="008F5758" w:rsidRPr="00565CAE">
        <w:rPr>
          <w:rFonts w:ascii="Times New Roman" w:hAnsi="Times New Roman" w:cs="Times New Roman"/>
          <w:b/>
          <w:sz w:val="24"/>
          <w:szCs w:val="24"/>
          <w:highlight w:val="yellow"/>
        </w:rPr>
        <w:t>floods and droughts</w:t>
      </w:r>
      <w:r w:rsidR="008F5758" w:rsidRPr="000A4028">
        <w:rPr>
          <w:rFonts w:ascii="Times New Roman" w:hAnsi="Times New Roman" w:cs="Times New Roman"/>
          <w:b/>
          <w:sz w:val="24"/>
          <w:szCs w:val="24"/>
        </w:rPr>
        <w:t>?</w:t>
      </w:r>
    </w:p>
    <w:p w14:paraId="38EBF6F6"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A. They increase forest areas</w:t>
      </w:r>
    </w:p>
    <w:p w14:paraId="4F6E1B5A"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 xml:space="preserve">B. </w:t>
      </w:r>
      <w:r w:rsidRPr="000D7C35">
        <w:rPr>
          <w:rFonts w:ascii="Times New Roman" w:hAnsi="Times New Roman" w:cs="Times New Roman"/>
          <w:color w:val="FF0000"/>
          <w:sz w:val="24"/>
          <w:szCs w:val="24"/>
        </w:rPr>
        <w:t>They destroy crops and cause food shortages</w:t>
      </w:r>
    </w:p>
    <w:p w14:paraId="4E1C1952"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C. They improve animal habitats</w:t>
      </w:r>
    </w:p>
    <w:p w14:paraId="27043F86"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D. They create more jobs for farmers</w:t>
      </w:r>
    </w:p>
    <w:p w14:paraId="6905BE43" w14:textId="6092B75F" w:rsidR="008F5758" w:rsidRPr="000A4028" w:rsidRDefault="00565CAE" w:rsidP="008F5758">
      <w:pPr>
        <w:spacing w:after="0" w:line="240" w:lineRule="atLeast"/>
        <w:contextualSpacing/>
        <w:rPr>
          <w:rFonts w:ascii="Times New Roman" w:hAnsi="Times New Roman" w:cs="Times New Roman"/>
          <w:sz w:val="24"/>
          <w:szCs w:val="24"/>
        </w:rPr>
      </w:pPr>
      <w:r>
        <w:rPr>
          <w:rFonts w:ascii="Times New Roman" w:hAnsi="Times New Roman" w:cs="Times New Roman"/>
          <w:b/>
          <w:noProof/>
          <w:sz w:val="24"/>
          <w:szCs w:val="24"/>
        </w:rPr>
        <w:lastRenderedPageBreak/>
        <mc:AlternateContent>
          <mc:Choice Requires="wpi">
            <w:drawing>
              <wp:anchor distT="0" distB="0" distL="114300" distR="114300" simplePos="0" relativeHeight="251704320" behindDoc="0" locked="0" layoutInCell="1" allowOverlap="1" wp14:anchorId="7791AC2C" wp14:editId="5CD45D46">
                <wp:simplePos x="0" y="0"/>
                <wp:positionH relativeFrom="column">
                  <wp:posOffset>4606759</wp:posOffset>
                </wp:positionH>
                <wp:positionV relativeFrom="paragraph">
                  <wp:posOffset>94342</wp:posOffset>
                </wp:positionV>
                <wp:extent cx="653040" cy="20160"/>
                <wp:effectExtent l="63500" t="101600" r="0" b="107315"/>
                <wp:wrapNone/>
                <wp:docPr id="46" name="Ink 46"/>
                <wp:cNvGraphicFramePr/>
                <a:graphic xmlns:a="http://schemas.openxmlformats.org/drawingml/2006/main">
                  <a:graphicData uri="http://schemas.microsoft.com/office/word/2010/wordprocessingInk">
                    <w14:contentPart bwMode="auto" r:id="rId46">
                      <w14:nvContentPartPr>
                        <w14:cNvContentPartPr/>
                      </w14:nvContentPartPr>
                      <w14:xfrm>
                        <a:off x="0" y="0"/>
                        <a:ext cx="653040" cy="20160"/>
                      </w14:xfrm>
                    </w14:contentPart>
                  </a:graphicData>
                </a:graphic>
              </wp:anchor>
            </w:drawing>
          </mc:Choice>
          <mc:Fallback>
            <w:pict>
              <v:shape w14:anchorId="2A6F9404" id="Ink 46" o:spid="_x0000_s1026" type="#_x0000_t75" style="position:absolute;margin-left:359.9pt;margin-top:1.8pt;width:57.05pt;height:12.9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">
                <v:imagedata r:id="rId47" o:title=""/>
              </v:shape>
            </w:pict>
          </mc:Fallback>
        </mc:AlternateContent>
      </w:r>
      <w:r w:rsidR="008F5758" w:rsidRPr="000A4028">
        <w:rPr>
          <w:rFonts w:ascii="Times New Roman" w:hAnsi="Times New Roman" w:cs="Times New Roman"/>
          <w:b/>
          <w:sz w:val="24"/>
          <w:szCs w:val="24"/>
        </w:rPr>
        <w:t>Question 16. Which of the following is NOT mentioned as a solution?</w:t>
      </w:r>
    </w:p>
    <w:p w14:paraId="1C60EE3A"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 xml:space="preserve">A. Using public transport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B. Saving electricity</w:t>
      </w:r>
    </w:p>
    <w:p w14:paraId="7590E25B" w14:textId="4C73A3F6" w:rsidR="001D1E1C"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 xml:space="preserve">C. </w:t>
      </w:r>
      <w:r w:rsidRPr="000D7C35">
        <w:rPr>
          <w:rFonts w:ascii="Times New Roman" w:hAnsi="Times New Roman" w:cs="Times New Roman"/>
          <w:color w:val="FF0000"/>
          <w:sz w:val="24"/>
          <w:szCs w:val="24"/>
        </w:rPr>
        <w:t xml:space="preserve">Planting more trees   </w:t>
      </w:r>
      <w:r>
        <w:rPr>
          <w:rFonts w:ascii="Times New Roman" w:hAnsi="Times New Roman" w:cs="Times New Roman"/>
          <w:sz w:val="24"/>
          <w:szCs w:val="24"/>
        </w:rPr>
        <w:tab/>
      </w:r>
      <w:r w:rsidRPr="000A4028">
        <w:rPr>
          <w:rFonts w:ascii="Times New Roman" w:hAnsi="Times New Roman" w:cs="Times New Roman"/>
          <w:sz w:val="24"/>
          <w:szCs w:val="24"/>
        </w:rPr>
        <w:t xml:space="preserve"> </w:t>
      </w:r>
      <w:r>
        <w:rPr>
          <w:rFonts w:ascii="Times New Roman" w:hAnsi="Times New Roman" w:cs="Times New Roman"/>
          <w:sz w:val="24"/>
          <w:szCs w:val="24"/>
        </w:rPr>
        <w:tab/>
      </w:r>
      <w:r w:rsidRPr="000A4028">
        <w:rPr>
          <w:rFonts w:ascii="Times New Roman" w:hAnsi="Times New Roman" w:cs="Times New Roman"/>
          <w:sz w:val="24"/>
          <w:szCs w:val="24"/>
        </w:rPr>
        <w:t>D. Reducing plastic waste</w:t>
      </w:r>
    </w:p>
    <w:p w14:paraId="489AA73A" w14:textId="77777777" w:rsidR="001D1E1C" w:rsidRPr="000A4028" w:rsidRDefault="001D1E1C" w:rsidP="008F5758">
      <w:pPr>
        <w:spacing w:after="0" w:line="240" w:lineRule="atLeast"/>
        <w:contextualSpacing/>
        <w:rPr>
          <w:rFonts w:ascii="Times New Roman" w:hAnsi="Times New Roman" w:cs="Times New Roman"/>
          <w:sz w:val="24"/>
          <w:szCs w:val="24"/>
        </w:rPr>
      </w:pPr>
    </w:p>
    <w:p w14:paraId="0BFCB717"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t>Four phrases/sentences have been removed from the text below. For each question, read and mark the letter A, B, C, or D on your answer sheet to indicate the correct option that best fits each of the numbered blanks.</w:t>
      </w:r>
    </w:p>
    <w:p w14:paraId="7908A972" w14:textId="4CC3C0F4" w:rsidR="008F5758" w:rsidRPr="000A4028" w:rsidRDefault="001D1E1C" w:rsidP="008F5758">
      <w:pPr>
        <w:spacing w:after="0" w:line="240" w:lineRule="atLeast"/>
        <w:contextualSpacing/>
        <w:rPr>
          <w:rFonts w:ascii="Times New Roman" w:hAnsi="Times New Roman" w:cs="Times New Roman"/>
          <w:sz w:val="24"/>
          <w:szCs w:val="24"/>
        </w:rPr>
      </w:pPr>
      <w:r>
        <w:rPr>
          <w:rFonts w:ascii="Times New Roman" w:hAnsi="Times New Roman" w:cs="Times New Roman"/>
          <w:noProof/>
          <w:sz w:val="24"/>
          <w:szCs w:val="24"/>
        </w:rPr>
        <mc:AlternateContent>
          <mc:Choice Requires="aink">
            <w:drawing>
              <wp:anchor distT="0" distB="0" distL="114300" distR="114300" simplePos="0" relativeHeight="251678720" behindDoc="0" locked="0" layoutInCell="1" allowOverlap="1" wp14:anchorId="6D8E0204" wp14:editId="41A8687E">
                <wp:simplePos x="0" y="0"/>
                <wp:positionH relativeFrom="column">
                  <wp:posOffset>6410325</wp:posOffset>
                </wp:positionH>
                <wp:positionV relativeFrom="paragraph">
                  <wp:posOffset>845185</wp:posOffset>
                </wp:positionV>
                <wp:extent cx="241200" cy="182160"/>
                <wp:effectExtent l="38100" t="38100" r="38735" b="46990"/>
                <wp:wrapNone/>
                <wp:docPr id="21" name="Ink 21"/>
                <wp:cNvGraphicFramePr/>
                <a:graphic xmlns:a="http://schemas.openxmlformats.org/drawingml/2006/main">
                  <a:graphicData uri="http://schemas.microsoft.com/office/word/2010/wordprocessingInk">
                    <w14:contentPart bwMode="auto" r:id="rId48">
                      <w14:nvContentPartPr>
                        <w14:cNvContentPartPr/>
                      </w14:nvContentPartPr>
                      <w14:xfrm>
                        <a:off x="0" y="0"/>
                        <a:ext cx="241200" cy="182160"/>
                      </w14:xfrm>
                    </w14:contentPart>
                  </a:graphicData>
                </a:graphic>
              </wp:anchor>
            </w:drawing>
          </mc:Choice>
          <mc:Fallback>
            <w:drawing>
              <wp:anchor distT="0" distB="0" distL="114300" distR="114300" simplePos="0" relativeHeight="251678720" behindDoc="0" locked="0" layoutInCell="1" allowOverlap="1" wp14:anchorId="6D8E0204" wp14:editId="41A8687E">
                <wp:simplePos x="0" y="0"/>
                <wp:positionH relativeFrom="column">
                  <wp:posOffset>6410325</wp:posOffset>
                </wp:positionH>
                <wp:positionV relativeFrom="paragraph">
                  <wp:posOffset>845185</wp:posOffset>
                </wp:positionV>
                <wp:extent cx="241200" cy="182160"/>
                <wp:effectExtent l="38100" t="38100" r="38735" b="46990"/>
                <wp:wrapNone/>
                <wp:docPr id="21" name="Ink 21"/>
                <wp:cNvGraphicFramePr/>
                <a:graphic xmlns:a="http://schemas.openxmlformats.org/drawingml/2006/main">
                  <a:graphicData uri="http://schemas.openxmlformats.org/drawingml/2006/picture">
                    <pic:pic xmlns:pic="http://schemas.openxmlformats.org/drawingml/2006/picture">
                      <pic:nvPicPr>
                        <pic:cNvPr id="21" name="Ink 21"/>
                        <pic:cNvPicPr/>
                      </pic:nvPicPr>
                      <pic:blipFill>
                        <a:blip r:embed="rId49"/>
                        <a:stretch>
                          <a:fillRect/>
                        </a:stretch>
                      </pic:blipFill>
                      <pic:spPr>
                        <a:xfrm>
                          <a:off x="0" y="0"/>
                          <a:ext cx="258840" cy="199800"/>
                        </a:xfrm>
                        <a:prstGeom prst="rect">
                          <a:avLst/>
                        </a:prstGeom>
                      </pic:spPr>
                    </pic:pic>
                  </a:graphicData>
                </a:graphic>
              </wp:anchor>
            </w:drawing>
          </mc:Fallback>
        </mc:AlternateContent>
      </w:r>
      <w:r>
        <w:rPr>
          <w:rFonts w:ascii="Times New Roman" w:hAnsi="Times New Roman" w:cs="Times New Roman"/>
          <w:noProof/>
          <w:sz w:val="24"/>
          <w:szCs w:val="24"/>
        </w:rPr>
        <mc:AlternateContent>
          <mc:Choice Requires="aink">
            <w:drawing>
              <wp:anchor distT="0" distB="0" distL="114300" distR="114300" simplePos="0" relativeHeight="251674624" behindDoc="0" locked="0" layoutInCell="1" allowOverlap="1" wp14:anchorId="7119BFF4" wp14:editId="75FE270C">
                <wp:simplePos x="0" y="0"/>
                <wp:positionH relativeFrom="column">
                  <wp:posOffset>4606038</wp:posOffset>
                </wp:positionH>
                <wp:positionV relativeFrom="paragraph">
                  <wp:posOffset>884271</wp:posOffset>
                </wp:positionV>
                <wp:extent cx="111960" cy="95040"/>
                <wp:effectExtent l="38100" t="38100" r="2540" b="45085"/>
                <wp:wrapNone/>
                <wp:docPr id="17" name="Ink 17"/>
                <wp:cNvGraphicFramePr/>
                <a:graphic xmlns:a="http://schemas.openxmlformats.org/drawingml/2006/main">
                  <a:graphicData uri="http://schemas.microsoft.com/office/word/2010/wordprocessingInk">
                    <w14:contentPart bwMode="auto" r:id="rId50">
                      <w14:nvContentPartPr>
                        <w14:cNvContentPartPr/>
                      </w14:nvContentPartPr>
                      <w14:xfrm>
                        <a:off x="0" y="0"/>
                        <a:ext cx="111960" cy="95040"/>
                      </w14:xfrm>
                    </w14:contentPart>
                  </a:graphicData>
                </a:graphic>
              </wp:anchor>
            </w:drawing>
          </mc:Choice>
          <mc:Fallback>
            <w:drawing>
              <wp:anchor distT="0" distB="0" distL="114300" distR="114300" simplePos="0" relativeHeight="251674624" behindDoc="0" locked="0" layoutInCell="1" allowOverlap="1" wp14:anchorId="7119BFF4" wp14:editId="75FE270C">
                <wp:simplePos x="0" y="0"/>
                <wp:positionH relativeFrom="column">
                  <wp:posOffset>4606038</wp:posOffset>
                </wp:positionH>
                <wp:positionV relativeFrom="paragraph">
                  <wp:posOffset>884271</wp:posOffset>
                </wp:positionV>
                <wp:extent cx="111960" cy="95040"/>
                <wp:effectExtent l="38100" t="38100" r="2540" b="45085"/>
                <wp:wrapNone/>
                <wp:docPr id="17" name="Ink 17"/>
                <wp:cNvGraphicFramePr/>
                <a:graphic xmlns:a="http://schemas.openxmlformats.org/drawingml/2006/main">
                  <a:graphicData uri="http://schemas.openxmlformats.org/drawingml/2006/picture">
                    <pic:pic xmlns:pic="http://schemas.openxmlformats.org/drawingml/2006/picture">
                      <pic:nvPicPr>
                        <pic:cNvPr id="17" name="Ink 17"/>
                        <pic:cNvPicPr/>
                      </pic:nvPicPr>
                      <pic:blipFill>
                        <a:blip r:embed="rId51"/>
                        <a:stretch>
                          <a:fillRect/>
                        </a:stretch>
                      </pic:blipFill>
                      <pic:spPr>
                        <a:xfrm>
                          <a:off x="0" y="0"/>
                          <a:ext cx="129600" cy="112680"/>
                        </a:xfrm>
                        <a:prstGeom prst="rect">
                          <a:avLst/>
                        </a:prstGeom>
                      </pic:spPr>
                    </pic:pic>
                  </a:graphicData>
                </a:graphic>
              </wp:anchor>
            </w:drawing>
          </mc:Fallback>
        </mc:AlternateContent>
      </w:r>
      <w:r>
        <w:rPr>
          <w:rFonts w:ascii="Times New Roman" w:hAnsi="Times New Roman" w:cs="Times New Roman"/>
          <w:noProof/>
          <w:sz w:val="24"/>
          <w:szCs w:val="24"/>
        </w:rPr>
        <mc:AlternateContent>
          <mc:Choice Requires="aink">
            <w:drawing>
              <wp:anchor distT="0" distB="0" distL="114300" distR="114300" simplePos="0" relativeHeight="251673600" behindDoc="0" locked="0" layoutInCell="1" allowOverlap="1" wp14:anchorId="6EF184D3" wp14:editId="7FF99A75">
                <wp:simplePos x="0" y="0"/>
                <wp:positionH relativeFrom="column">
                  <wp:posOffset>4370705</wp:posOffset>
                </wp:positionH>
                <wp:positionV relativeFrom="paragraph">
                  <wp:posOffset>562610</wp:posOffset>
                </wp:positionV>
                <wp:extent cx="168840" cy="156240"/>
                <wp:effectExtent l="38100" t="38100" r="9525" b="46990"/>
                <wp:wrapNone/>
                <wp:docPr id="16" name="Ink 16"/>
                <wp:cNvGraphicFramePr/>
                <a:graphic xmlns:a="http://schemas.openxmlformats.org/drawingml/2006/main">
                  <a:graphicData uri="http://schemas.microsoft.com/office/word/2010/wordprocessingInk">
                    <w14:contentPart bwMode="auto" r:id="rId52">
                      <w14:nvContentPartPr>
                        <w14:cNvContentPartPr/>
                      </w14:nvContentPartPr>
                      <w14:xfrm>
                        <a:off x="0" y="0"/>
                        <a:ext cx="168840" cy="156240"/>
                      </w14:xfrm>
                    </w14:contentPart>
                  </a:graphicData>
                </a:graphic>
              </wp:anchor>
            </w:drawing>
          </mc:Choice>
          <mc:Fallback>
            <w:drawing>
              <wp:anchor distT="0" distB="0" distL="114300" distR="114300" simplePos="0" relativeHeight="251673600" behindDoc="0" locked="0" layoutInCell="1" allowOverlap="1" wp14:anchorId="6EF184D3" wp14:editId="7FF99A75">
                <wp:simplePos x="0" y="0"/>
                <wp:positionH relativeFrom="column">
                  <wp:posOffset>4370705</wp:posOffset>
                </wp:positionH>
                <wp:positionV relativeFrom="paragraph">
                  <wp:posOffset>562610</wp:posOffset>
                </wp:positionV>
                <wp:extent cx="168840" cy="156240"/>
                <wp:effectExtent l="38100" t="38100" r="9525" b="46990"/>
                <wp:wrapNone/>
                <wp:docPr id="16" name="Ink 16"/>
                <wp:cNvGraphicFramePr/>
                <a:graphic xmlns:a="http://schemas.openxmlformats.org/drawingml/2006/main">
                  <a:graphicData uri="http://schemas.openxmlformats.org/drawingml/2006/picture">
                    <pic:pic xmlns:pic="http://schemas.openxmlformats.org/drawingml/2006/picture">
                      <pic:nvPicPr>
                        <pic:cNvPr id="16" name="Ink 16"/>
                        <pic:cNvPicPr/>
                      </pic:nvPicPr>
                      <pic:blipFill>
                        <a:blip r:embed="rId53"/>
                        <a:stretch>
                          <a:fillRect/>
                        </a:stretch>
                      </pic:blipFill>
                      <pic:spPr>
                        <a:xfrm>
                          <a:off x="0" y="0"/>
                          <a:ext cx="186480" cy="173880"/>
                        </a:xfrm>
                        <a:prstGeom prst="rect">
                          <a:avLst/>
                        </a:prstGeom>
                      </pic:spPr>
                    </pic:pic>
                  </a:graphicData>
                </a:graphic>
              </wp:anchor>
            </w:drawing>
          </mc:Fallback>
        </mc:AlternateContent>
      </w:r>
      <w:r>
        <w:rPr>
          <w:rFonts w:ascii="Times New Roman" w:hAnsi="Times New Roman" w:cs="Times New Roman"/>
          <w:noProof/>
          <w:sz w:val="24"/>
          <w:szCs w:val="24"/>
        </w:rPr>
        <mc:AlternateContent>
          <mc:Choice Requires="wpi">
            <w:drawing>
              <wp:anchor distT="0" distB="0" distL="114300" distR="114300" simplePos="0" relativeHeight="251670528" behindDoc="0" locked="0" layoutInCell="1" allowOverlap="1" wp14:anchorId="53002DAA" wp14:editId="492571F6">
                <wp:simplePos x="0" y="0"/>
                <wp:positionH relativeFrom="column">
                  <wp:posOffset>4237758</wp:posOffset>
                </wp:positionH>
                <wp:positionV relativeFrom="paragraph">
                  <wp:posOffset>694490</wp:posOffset>
                </wp:positionV>
                <wp:extent cx="478080" cy="46800"/>
                <wp:effectExtent l="63500" t="101600" r="17780" b="106045"/>
                <wp:wrapNone/>
                <wp:docPr id="13" name="Ink 13"/>
                <wp:cNvGraphicFramePr/>
                <a:graphic xmlns:a="http://schemas.openxmlformats.org/drawingml/2006/main">
                  <a:graphicData uri="http://schemas.microsoft.com/office/word/2010/wordprocessingInk">
                    <w14:contentPart bwMode="auto" r:id="rId54">
                      <w14:nvContentPartPr>
                        <w14:cNvContentPartPr/>
                      </w14:nvContentPartPr>
                      <w14:xfrm>
                        <a:off x="0" y="0"/>
                        <a:ext cx="478080" cy="46800"/>
                      </w14:xfrm>
                    </w14:contentPart>
                  </a:graphicData>
                </a:graphic>
              </wp:anchor>
            </w:drawing>
          </mc:Choice>
          <mc:Fallback>
            <w:pict>
              <v:shape w14:anchorId="43F008B3" id="Ink 13" o:spid="_x0000_s1026" type="#_x0000_t75" style="position:absolute;margin-left:330.9pt;margin-top:49.05pt;width:43.35pt;height:15.0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">
                <v:imagedata r:id="rId55"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669504" behindDoc="0" locked="0" layoutInCell="1" allowOverlap="1" wp14:anchorId="1DFCBECF" wp14:editId="50E9B48E">
                <wp:simplePos x="0" y="0"/>
                <wp:positionH relativeFrom="column">
                  <wp:posOffset>2002518</wp:posOffset>
                </wp:positionH>
                <wp:positionV relativeFrom="paragraph">
                  <wp:posOffset>332892</wp:posOffset>
                </wp:positionV>
                <wp:extent cx="122400" cy="148320"/>
                <wp:effectExtent l="38100" t="38100" r="0" b="42545"/>
                <wp:wrapNone/>
                <wp:docPr id="12" name="Ink 12"/>
                <wp:cNvGraphicFramePr/>
                <a:graphic xmlns:a="http://schemas.openxmlformats.org/drawingml/2006/main">
                  <a:graphicData uri="http://schemas.microsoft.com/office/word/2010/wordprocessingInk">
                    <w14:contentPart bwMode="auto" r:id="rId56">
                      <w14:nvContentPartPr>
                        <w14:cNvContentPartPr/>
                      </w14:nvContentPartPr>
                      <w14:xfrm>
                        <a:off x="0" y="0"/>
                        <a:ext cx="122400" cy="148320"/>
                      </w14:xfrm>
                    </w14:contentPart>
                  </a:graphicData>
                </a:graphic>
              </wp:anchor>
            </w:drawing>
          </mc:Choice>
          <mc:Fallback>
            <w:pict>
              <v:shape w14:anchorId="0777C9CC" id="Ink 12" o:spid="_x0000_s1026" type="#_x0000_t75" style="position:absolute;margin-left:157pt;margin-top:25.5pt;width:11.1pt;height:13.1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">
                <v:imagedata r:id="rId57"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668480" behindDoc="0" locked="0" layoutInCell="1" allowOverlap="1" wp14:anchorId="467BC8DC" wp14:editId="69ABD1A0">
                <wp:simplePos x="0" y="0"/>
                <wp:positionH relativeFrom="column">
                  <wp:posOffset>2030958</wp:posOffset>
                </wp:positionH>
                <wp:positionV relativeFrom="paragraph">
                  <wp:posOffset>341172</wp:posOffset>
                </wp:positionV>
                <wp:extent cx="2160" cy="129600"/>
                <wp:effectExtent l="38100" t="38100" r="36195" b="35560"/>
                <wp:wrapNone/>
                <wp:docPr id="11" name="Ink 11"/>
                <wp:cNvGraphicFramePr/>
                <a:graphic xmlns:a="http://schemas.openxmlformats.org/drawingml/2006/main">
                  <a:graphicData uri="http://schemas.microsoft.com/office/word/2010/wordprocessingInk">
                    <w14:contentPart bwMode="auto" r:id="rId58">
                      <w14:nvContentPartPr>
                        <w14:cNvContentPartPr/>
                      </w14:nvContentPartPr>
                      <w14:xfrm>
                        <a:off x="0" y="0"/>
                        <a:ext cx="2160" cy="129600"/>
                      </w14:xfrm>
                    </w14:contentPart>
                  </a:graphicData>
                </a:graphic>
              </wp:anchor>
            </w:drawing>
          </mc:Choice>
          <mc:Fallback>
            <w:pict>
              <v:shape w14:anchorId="45918F0B" id="Ink 11" o:spid="_x0000_s1026" type="#_x0000_t75" style="position:absolute;margin-left:159.2pt;margin-top:26.15pt;width:1.55pt;height:11.6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">
                <v:imagedata r:id="rId59"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666432" behindDoc="0" locked="0" layoutInCell="1" allowOverlap="1" wp14:anchorId="6C795286" wp14:editId="73C0F77F">
                <wp:simplePos x="0" y="0"/>
                <wp:positionH relativeFrom="column">
                  <wp:posOffset>-21402</wp:posOffset>
                </wp:positionH>
                <wp:positionV relativeFrom="paragraph">
                  <wp:posOffset>957492</wp:posOffset>
                </wp:positionV>
                <wp:extent cx="1120320" cy="27000"/>
                <wp:effectExtent l="63500" t="101600" r="60960" b="100330"/>
                <wp:wrapNone/>
                <wp:docPr id="9" name="Ink 9"/>
                <wp:cNvGraphicFramePr/>
                <a:graphic xmlns:a="http://schemas.openxmlformats.org/drawingml/2006/main">
                  <a:graphicData uri="http://schemas.microsoft.com/office/word/2010/wordprocessingInk">
                    <w14:contentPart bwMode="auto" r:id="rId60">
                      <w14:nvContentPartPr>
                        <w14:cNvContentPartPr/>
                      </w14:nvContentPartPr>
                      <w14:xfrm>
                        <a:off x="0" y="0"/>
                        <a:ext cx="1120320" cy="27000"/>
                      </w14:xfrm>
                    </w14:contentPart>
                  </a:graphicData>
                </a:graphic>
              </wp:anchor>
            </w:drawing>
          </mc:Choice>
          <mc:Fallback>
            <w:pict>
              <v:shape w14:anchorId="62C3389C" id="Ink 9" o:spid="_x0000_s1026" type="#_x0000_t75" style="position:absolute;margin-left:-4.55pt;margin-top:69.75pt;width:93.85pt;height:13.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">
                <v:imagedata r:id="rId61"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665408" behindDoc="0" locked="0" layoutInCell="1" allowOverlap="1" wp14:anchorId="453CAD81" wp14:editId="1BF8F476">
                <wp:simplePos x="0" y="0"/>
                <wp:positionH relativeFrom="column">
                  <wp:posOffset>1328958</wp:posOffset>
                </wp:positionH>
                <wp:positionV relativeFrom="paragraph">
                  <wp:posOffset>942372</wp:posOffset>
                </wp:positionV>
                <wp:extent cx="2817720" cy="7560"/>
                <wp:effectExtent l="63500" t="101600" r="65405" b="107315"/>
                <wp:wrapNone/>
                <wp:docPr id="8" name="Ink 8"/>
                <wp:cNvGraphicFramePr/>
                <a:graphic xmlns:a="http://schemas.openxmlformats.org/drawingml/2006/main">
                  <a:graphicData uri="http://schemas.microsoft.com/office/word/2010/wordprocessingInk">
                    <w14:contentPart bwMode="auto" r:id="rId62">
                      <w14:nvContentPartPr>
                        <w14:cNvContentPartPr/>
                      </w14:nvContentPartPr>
                      <w14:xfrm>
                        <a:off x="0" y="0"/>
                        <a:ext cx="2817720" cy="7560"/>
                      </w14:xfrm>
                    </w14:contentPart>
                  </a:graphicData>
                </a:graphic>
              </wp:anchor>
            </w:drawing>
          </mc:Choice>
          <mc:Fallback>
            <w:pict>
              <v:shape w14:anchorId="7277305B" id="Ink 8" o:spid="_x0000_s1026" type="#_x0000_t75" style="position:absolute;margin-left:101.85pt;margin-top:68.55pt;width:227.5pt;height:11.9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">
                <v:imagedata r:id="rId63"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664384" behindDoc="0" locked="0" layoutInCell="1" allowOverlap="1" wp14:anchorId="27CD7ABE" wp14:editId="5D5D563D">
                <wp:simplePos x="0" y="0"/>
                <wp:positionH relativeFrom="column">
                  <wp:posOffset>1672758</wp:posOffset>
                </wp:positionH>
                <wp:positionV relativeFrom="paragraph">
                  <wp:posOffset>492732</wp:posOffset>
                </wp:positionV>
                <wp:extent cx="374760" cy="20520"/>
                <wp:effectExtent l="63500" t="101600" r="57150" b="106680"/>
                <wp:wrapNone/>
                <wp:docPr id="7" name="Ink 7"/>
                <wp:cNvGraphicFramePr/>
                <a:graphic xmlns:a="http://schemas.openxmlformats.org/drawingml/2006/main">
                  <a:graphicData uri="http://schemas.microsoft.com/office/word/2010/wordprocessingInk">
                    <w14:contentPart bwMode="auto" r:id="rId64">
                      <w14:nvContentPartPr>
                        <w14:cNvContentPartPr/>
                      </w14:nvContentPartPr>
                      <w14:xfrm>
                        <a:off x="0" y="0"/>
                        <a:ext cx="374760" cy="20520"/>
                      </w14:xfrm>
                    </w14:contentPart>
                  </a:graphicData>
                </a:graphic>
              </wp:anchor>
            </w:drawing>
          </mc:Choice>
          <mc:Fallback>
            <w:pict>
              <v:shape w14:anchorId="7453D780" id="Ink 7" o:spid="_x0000_s1026" type="#_x0000_t75" style="position:absolute;margin-left:128.85pt;margin-top:33.15pt;width:35.15pt;height:12.9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">
                <v:imagedata r:id="rId65"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661312" behindDoc="0" locked="0" layoutInCell="1" allowOverlap="1" wp14:anchorId="78053EB7" wp14:editId="13143508">
                <wp:simplePos x="0" y="0"/>
                <wp:positionH relativeFrom="column">
                  <wp:posOffset>3415518</wp:posOffset>
                </wp:positionH>
                <wp:positionV relativeFrom="paragraph">
                  <wp:posOffset>1137132</wp:posOffset>
                </wp:positionV>
                <wp:extent cx="1355400" cy="23760"/>
                <wp:effectExtent l="88900" t="139700" r="80010" b="141605"/>
                <wp:wrapNone/>
                <wp:docPr id="4" name="Ink 4"/>
                <wp:cNvGraphicFramePr/>
                <a:graphic xmlns:a="http://schemas.openxmlformats.org/drawingml/2006/main">
                  <a:graphicData uri="http://schemas.microsoft.com/office/word/2010/wordprocessingInk">
                    <w14:contentPart bwMode="auto" r:id="rId66">
                      <w14:nvContentPartPr>
                        <w14:cNvContentPartPr/>
                      </w14:nvContentPartPr>
                      <w14:xfrm>
                        <a:off x="0" y="0"/>
                        <a:ext cx="1355400" cy="23760"/>
                      </w14:xfrm>
                    </w14:contentPart>
                  </a:graphicData>
                </a:graphic>
              </wp:anchor>
            </w:drawing>
          </mc:Choice>
          <mc:Fallback>
            <w:pict>
              <v:shape w14:anchorId="71F7D83C" id="Ink 4" o:spid="_x0000_s1026" type="#_x0000_t75" style="position:absolute;margin-left:264.7pt;margin-top:81.05pt;width:115.2pt;height:18.8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">
                <v:imagedata r:id="rId67"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660288" behindDoc="0" locked="0" layoutInCell="1" allowOverlap="1" wp14:anchorId="51B08515" wp14:editId="51DF6D0F">
                <wp:simplePos x="0" y="0"/>
                <wp:positionH relativeFrom="column">
                  <wp:posOffset>1914678</wp:posOffset>
                </wp:positionH>
                <wp:positionV relativeFrom="paragraph">
                  <wp:posOffset>1125612</wp:posOffset>
                </wp:positionV>
                <wp:extent cx="1448280" cy="44640"/>
                <wp:effectExtent l="88900" t="139700" r="88900" b="133350"/>
                <wp:wrapNone/>
                <wp:docPr id="3" name="Ink 3"/>
                <wp:cNvGraphicFramePr/>
                <a:graphic xmlns:a="http://schemas.openxmlformats.org/drawingml/2006/main">
                  <a:graphicData uri="http://schemas.microsoft.com/office/word/2010/wordprocessingInk">
                    <w14:contentPart bwMode="auto" r:id="rId68">
                      <w14:nvContentPartPr>
                        <w14:cNvContentPartPr/>
                      </w14:nvContentPartPr>
                      <w14:xfrm>
                        <a:off x="0" y="0"/>
                        <a:ext cx="1448280" cy="44640"/>
                      </w14:xfrm>
                    </w14:contentPart>
                  </a:graphicData>
                </a:graphic>
              </wp:anchor>
            </w:drawing>
          </mc:Choice>
          <mc:Fallback>
            <w:pict>
              <v:shape w14:anchorId="7C14B328" id="Ink 3" o:spid="_x0000_s1026" type="#_x0000_t75" style="position:absolute;margin-left:146.5pt;margin-top:80.15pt;width:122.55pt;height:2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">
                <v:imagedata r:id="rId69"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659264" behindDoc="0" locked="0" layoutInCell="1" allowOverlap="1" wp14:anchorId="4CA0F6E1" wp14:editId="56E6F2E4">
                <wp:simplePos x="0" y="0"/>
                <wp:positionH relativeFrom="column">
                  <wp:posOffset>1532358</wp:posOffset>
                </wp:positionH>
                <wp:positionV relativeFrom="paragraph">
                  <wp:posOffset>1141812</wp:posOffset>
                </wp:positionV>
                <wp:extent cx="360" cy="360"/>
                <wp:effectExtent l="88900" t="139700" r="88900" b="139700"/>
                <wp:wrapNone/>
                <wp:docPr id="2" name="Ink 2"/>
                <wp:cNvGraphicFramePr/>
                <a:graphic xmlns:a="http://schemas.openxmlformats.org/drawingml/2006/main">
                  <a:graphicData uri="http://schemas.microsoft.com/office/word/2010/wordprocessingInk">
                    <w14:contentPart bwMode="auto" r:id="rId70">
                      <w14:nvContentPartPr>
                        <w14:cNvContentPartPr/>
                      </w14:nvContentPartPr>
                      <w14:xfrm>
                        <a:off x="0" y="0"/>
                        <a:ext cx="360" cy="360"/>
                      </w14:xfrm>
                    </w14:contentPart>
                  </a:graphicData>
                </a:graphic>
              </wp:anchor>
            </w:drawing>
          </mc:Choice>
          <mc:Fallback>
            <w:pict>
              <v:shape w14:anchorId="05BBFCEA" id="Ink 2" o:spid="_x0000_s1026" type="#_x0000_t75" style="position:absolute;margin-left:116.45pt;margin-top:81.4pt;width:8.55pt;height:17.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">
                <v:imagedata r:id="rId71" o:title=""/>
              </v:shape>
            </w:pict>
          </mc:Fallback>
        </mc:AlternateContent>
      </w:r>
      <w:r w:rsidR="008F5758" w:rsidRPr="000A4028">
        <w:rPr>
          <w:rFonts w:ascii="Times New Roman" w:hAnsi="Times New Roman" w:cs="Times New Roman"/>
          <w:sz w:val="24"/>
          <w:szCs w:val="24"/>
        </w:rPr>
        <w:t>Today, music plays an important role in helping young people preserve and spread Vietnamese culture. Many young artists combine modern melodies with traditional elements to create unique songs such as “</w:t>
      </w:r>
      <w:proofErr w:type="spellStart"/>
      <w:r w:rsidR="008F5758" w:rsidRPr="000A4028">
        <w:rPr>
          <w:rFonts w:ascii="Times New Roman" w:hAnsi="Times New Roman" w:cs="Times New Roman"/>
          <w:sz w:val="24"/>
          <w:szCs w:val="24"/>
        </w:rPr>
        <w:t>Gieo</w:t>
      </w:r>
      <w:proofErr w:type="spellEnd"/>
      <w:r w:rsidR="008F5758" w:rsidRPr="000A4028">
        <w:rPr>
          <w:rFonts w:ascii="Times New Roman" w:hAnsi="Times New Roman" w:cs="Times New Roman"/>
          <w:sz w:val="24"/>
          <w:szCs w:val="24"/>
        </w:rPr>
        <w:t xml:space="preserve"> </w:t>
      </w:r>
      <w:proofErr w:type="spellStart"/>
      <w:r w:rsidR="008F5758" w:rsidRPr="000A4028">
        <w:rPr>
          <w:rFonts w:ascii="Times New Roman" w:hAnsi="Times New Roman" w:cs="Times New Roman"/>
          <w:sz w:val="24"/>
          <w:szCs w:val="24"/>
        </w:rPr>
        <w:t>Quẻ</w:t>
      </w:r>
      <w:proofErr w:type="spellEnd"/>
      <w:r w:rsidR="008F5758" w:rsidRPr="000A4028">
        <w:rPr>
          <w:rFonts w:ascii="Times New Roman" w:hAnsi="Times New Roman" w:cs="Times New Roman"/>
          <w:sz w:val="24"/>
          <w:szCs w:val="24"/>
        </w:rPr>
        <w:t>” or “</w:t>
      </w:r>
      <w:proofErr w:type="spellStart"/>
      <w:r w:rsidR="008F5758" w:rsidRPr="000A4028">
        <w:rPr>
          <w:rFonts w:ascii="Times New Roman" w:hAnsi="Times New Roman" w:cs="Times New Roman"/>
          <w:sz w:val="24"/>
          <w:szCs w:val="24"/>
        </w:rPr>
        <w:t>Bắc</w:t>
      </w:r>
      <w:proofErr w:type="spellEnd"/>
      <w:r w:rsidR="008F5758" w:rsidRPr="000A4028">
        <w:rPr>
          <w:rFonts w:ascii="Times New Roman" w:hAnsi="Times New Roman" w:cs="Times New Roman"/>
          <w:sz w:val="24"/>
          <w:szCs w:val="24"/>
        </w:rPr>
        <w:t xml:space="preserve"> Bling”, </w:t>
      </w:r>
      <w:r w:rsidR="008F5758" w:rsidRPr="001D1E1C">
        <w:rPr>
          <w:rFonts w:ascii="Times New Roman" w:hAnsi="Times New Roman" w:cs="Times New Roman"/>
          <w:b/>
          <w:bCs/>
          <w:color w:val="FF0000"/>
          <w:sz w:val="32"/>
          <w:szCs w:val="32"/>
        </w:rPr>
        <w:t xml:space="preserve">which </w:t>
      </w:r>
      <w:r w:rsidR="008F5758" w:rsidRPr="000A4028">
        <w:rPr>
          <w:rFonts w:ascii="Times New Roman" w:hAnsi="Times New Roman" w:cs="Times New Roman"/>
          <w:sz w:val="24"/>
          <w:szCs w:val="24"/>
        </w:rPr>
        <w:t>(17) ______</w:t>
      </w:r>
      <w:r w:rsidR="008F5758" w:rsidRPr="001D1E1C">
        <w:rPr>
          <w:rFonts w:ascii="Times New Roman" w:hAnsi="Times New Roman" w:cs="Times New Roman"/>
          <w:b/>
          <w:bCs/>
          <w:color w:val="FF0000"/>
          <w:sz w:val="32"/>
          <w:szCs w:val="32"/>
        </w:rPr>
        <w:t>.</w:t>
      </w:r>
      <w:r w:rsidR="008F5758" w:rsidRPr="000A4028">
        <w:rPr>
          <w:rFonts w:ascii="Times New Roman" w:hAnsi="Times New Roman" w:cs="Times New Roman"/>
          <w:sz w:val="24"/>
          <w:szCs w:val="24"/>
        </w:rPr>
        <w:t xml:space="preserve"> These songs often include images of traditional handicrafts, local specialties, or cultural symbols that remind people of their roots</w:t>
      </w:r>
      <w:r w:rsidR="008F5758" w:rsidRPr="001D1E1C">
        <w:rPr>
          <w:rFonts w:ascii="Times New Roman" w:hAnsi="Times New Roman" w:cs="Times New Roman"/>
          <w:b/>
          <w:bCs/>
          <w:color w:val="FF0000"/>
          <w:sz w:val="32"/>
          <w:szCs w:val="32"/>
        </w:rPr>
        <w:t>.</w:t>
      </w:r>
      <w:r w:rsidR="008F5758" w:rsidRPr="000A4028">
        <w:rPr>
          <w:rFonts w:ascii="Times New Roman" w:hAnsi="Times New Roman" w:cs="Times New Roman"/>
          <w:sz w:val="24"/>
          <w:szCs w:val="24"/>
        </w:rPr>
        <w:t xml:space="preserve"> (18) ______</w:t>
      </w:r>
      <w:r w:rsidR="008F5758" w:rsidRPr="001D1E1C">
        <w:rPr>
          <w:rFonts w:ascii="Times New Roman" w:hAnsi="Times New Roman" w:cs="Times New Roman"/>
          <w:b/>
          <w:bCs/>
          <w:color w:val="FF0000"/>
          <w:sz w:val="32"/>
          <w:szCs w:val="32"/>
        </w:rPr>
        <w:t>.</w:t>
      </w:r>
      <w:r w:rsidR="008F5758" w:rsidRPr="000A4028">
        <w:rPr>
          <w:rFonts w:ascii="Times New Roman" w:hAnsi="Times New Roman" w:cs="Times New Roman"/>
          <w:sz w:val="24"/>
          <w:szCs w:val="24"/>
        </w:rPr>
        <w:t xml:space="preserve"> This creative approach ensures that traditional customs are not forgotten in the age of globalization</w:t>
      </w:r>
      <w:r w:rsidR="008F5758" w:rsidRPr="001D1E1C">
        <w:rPr>
          <w:rFonts w:ascii="Times New Roman" w:hAnsi="Times New Roman" w:cs="Times New Roman"/>
          <w:b/>
          <w:bCs/>
          <w:color w:val="FF0000"/>
          <w:sz w:val="32"/>
          <w:szCs w:val="32"/>
        </w:rPr>
        <w:t>.</w:t>
      </w:r>
      <w:r w:rsidR="008F5758" w:rsidRPr="000A4028">
        <w:rPr>
          <w:rFonts w:ascii="Times New Roman" w:hAnsi="Times New Roman" w:cs="Times New Roman"/>
          <w:sz w:val="24"/>
          <w:szCs w:val="24"/>
        </w:rPr>
        <w:t xml:space="preserve"> (19) ______</w:t>
      </w:r>
      <w:r w:rsidR="008F5758" w:rsidRPr="001D1E1C">
        <w:rPr>
          <w:rFonts w:ascii="Times New Roman" w:hAnsi="Times New Roman" w:cs="Times New Roman"/>
          <w:b/>
          <w:bCs/>
          <w:color w:val="FF0000"/>
          <w:sz w:val="32"/>
          <w:szCs w:val="32"/>
        </w:rPr>
        <w:t>.</w:t>
      </w:r>
      <w:r w:rsidR="008F5758" w:rsidRPr="000A4028">
        <w:rPr>
          <w:rFonts w:ascii="Times New Roman" w:hAnsi="Times New Roman" w:cs="Times New Roman"/>
          <w:sz w:val="24"/>
          <w:szCs w:val="24"/>
        </w:rPr>
        <w:t xml:space="preserve"> Music, </w:t>
      </w:r>
      <w:r w:rsidR="008F5758" w:rsidRPr="001D1E1C">
        <w:rPr>
          <w:rFonts w:ascii="Times New Roman" w:hAnsi="Times New Roman" w:cs="Times New Roman"/>
          <w:b/>
          <w:bCs/>
          <w:color w:val="FF0000"/>
          <w:sz w:val="32"/>
          <w:szCs w:val="32"/>
        </w:rPr>
        <w:t xml:space="preserve">which </w:t>
      </w:r>
      <w:r w:rsidR="008F5758" w:rsidRPr="000A4028">
        <w:rPr>
          <w:rFonts w:ascii="Times New Roman" w:hAnsi="Times New Roman" w:cs="Times New Roman"/>
          <w:sz w:val="24"/>
          <w:szCs w:val="24"/>
        </w:rPr>
        <w:t>(20) ______</w:t>
      </w:r>
      <w:r w:rsidR="008F5758" w:rsidRPr="001D1E1C">
        <w:rPr>
          <w:rFonts w:ascii="Times New Roman" w:hAnsi="Times New Roman" w:cs="Times New Roman"/>
          <w:b/>
          <w:bCs/>
          <w:color w:val="FF0000"/>
          <w:sz w:val="32"/>
          <w:szCs w:val="32"/>
        </w:rPr>
        <w:t xml:space="preserve">, </w:t>
      </w:r>
      <w:r w:rsidR="008F5758" w:rsidRPr="000A4028">
        <w:rPr>
          <w:rFonts w:ascii="Times New Roman" w:hAnsi="Times New Roman" w:cs="Times New Roman"/>
          <w:sz w:val="24"/>
          <w:szCs w:val="24"/>
        </w:rPr>
        <w:t>allows traditions to reach a wider audience, especially the younger generation. In conclusion, the success of modern-traditional music shows that Vietnamese youth are not turning away from their heritage. Instead, they are finding new and meaningful ways to keep it alive.</w:t>
      </w:r>
    </w:p>
    <w:p w14:paraId="6D4C8773" w14:textId="77777777" w:rsidR="001D1E1C" w:rsidRDefault="001D1E1C" w:rsidP="008F5758">
      <w:pPr>
        <w:spacing w:after="0" w:line="240" w:lineRule="atLeast"/>
        <w:contextualSpacing/>
        <w:rPr>
          <w:rFonts w:ascii="Times New Roman" w:hAnsi="Times New Roman" w:cs="Times New Roman"/>
          <w:b/>
          <w:sz w:val="24"/>
          <w:szCs w:val="24"/>
        </w:rPr>
      </w:pPr>
    </w:p>
    <w:p w14:paraId="2BF52D6E" w14:textId="70F164C5" w:rsidR="001D1E1C" w:rsidRPr="000A4028" w:rsidRDefault="001D1E1C" w:rsidP="001D1E1C">
      <w:pPr>
        <w:spacing w:after="0" w:line="240" w:lineRule="atLeast"/>
        <w:contextualSpacing/>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662336" behindDoc="0" locked="0" layoutInCell="1" allowOverlap="1" wp14:anchorId="77B3D079" wp14:editId="0591C3E0">
                <wp:simplePos x="0" y="0"/>
                <wp:positionH relativeFrom="column">
                  <wp:posOffset>-18162</wp:posOffset>
                </wp:positionH>
                <wp:positionV relativeFrom="paragraph">
                  <wp:posOffset>56652</wp:posOffset>
                </wp:positionV>
                <wp:extent cx="2342160" cy="40680"/>
                <wp:effectExtent l="88900" t="139700" r="109220" b="137160"/>
                <wp:wrapNone/>
                <wp:docPr id="5" name="Ink 5"/>
                <wp:cNvGraphicFramePr/>
                <a:graphic xmlns:a="http://schemas.openxmlformats.org/drawingml/2006/main">
                  <a:graphicData uri="http://schemas.microsoft.com/office/word/2010/wordprocessingInk">
                    <w14:contentPart bwMode="auto" r:id="rId72">
                      <w14:nvContentPartPr>
                        <w14:cNvContentPartPr/>
                      </w14:nvContentPartPr>
                      <w14:xfrm>
                        <a:off x="0" y="0"/>
                        <a:ext cx="2342160" cy="40680"/>
                      </w14:xfrm>
                    </w14:contentPart>
                  </a:graphicData>
                </a:graphic>
              </wp:anchor>
            </w:drawing>
          </mc:Choice>
          <mc:Fallback>
            <w:pict>
              <v:shape w14:anchorId="24BD3590" id="Ink 5" o:spid="_x0000_s1026" type="#_x0000_t75" style="position:absolute;margin-left:-5.65pt;margin-top:-4.05pt;width:192.9pt;height:20.2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">
                <v:imagedata r:id="rId73" o:title=""/>
              </v:shape>
            </w:pict>
          </mc:Fallback>
        </mc:AlternateContent>
      </w:r>
      <w:r w:rsidRPr="000A4028">
        <w:rPr>
          <w:rFonts w:ascii="Times New Roman" w:hAnsi="Times New Roman" w:cs="Times New Roman"/>
          <w:sz w:val="24"/>
          <w:szCs w:val="24"/>
        </w:rPr>
        <w:t>A. is easy to share on social media</w:t>
      </w:r>
    </w:p>
    <w:p w14:paraId="77DCA91A" w14:textId="56DE2864" w:rsidR="001D1E1C" w:rsidRPr="000A4028" w:rsidRDefault="001D1E1C" w:rsidP="001D1E1C">
      <w:pPr>
        <w:spacing w:after="0" w:line="240" w:lineRule="atLeast"/>
        <w:contextualSpacing/>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667456" behindDoc="0" locked="0" layoutInCell="1" allowOverlap="1" wp14:anchorId="23C06BE2" wp14:editId="561E7154">
                <wp:simplePos x="0" y="0"/>
                <wp:positionH relativeFrom="column">
                  <wp:posOffset>141678</wp:posOffset>
                </wp:positionH>
                <wp:positionV relativeFrom="paragraph">
                  <wp:posOffset>43032</wp:posOffset>
                </wp:positionV>
                <wp:extent cx="3490920" cy="51480"/>
                <wp:effectExtent l="63500" t="101600" r="90805" b="100965"/>
                <wp:wrapNone/>
                <wp:docPr id="10" name="Ink 10"/>
                <wp:cNvGraphicFramePr/>
                <a:graphic xmlns:a="http://schemas.openxmlformats.org/drawingml/2006/main">
                  <a:graphicData uri="http://schemas.microsoft.com/office/word/2010/wordprocessingInk">
                    <w14:contentPart bwMode="auto" r:id="rId74">
                      <w14:nvContentPartPr>
                        <w14:cNvContentPartPr/>
                      </w14:nvContentPartPr>
                      <w14:xfrm>
                        <a:off x="0" y="0"/>
                        <a:ext cx="3490920" cy="51480"/>
                      </w14:xfrm>
                    </w14:contentPart>
                  </a:graphicData>
                </a:graphic>
              </wp:anchor>
            </w:drawing>
          </mc:Choice>
          <mc:Fallback>
            <w:pict>
              <v:shape w14:anchorId="433C2D0B" id="Ink 10" o:spid="_x0000_s1026" type="#_x0000_t75" style="position:absolute;margin-left:8.3pt;margin-top:-2.25pt;width:280.55pt;height:15.3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">
                <v:imagedata r:id="rId75" o:title=""/>
              </v:shape>
            </w:pict>
          </mc:Fallback>
        </mc:AlternateContent>
      </w:r>
      <w:r w:rsidRPr="000A4028">
        <w:rPr>
          <w:rFonts w:ascii="Times New Roman" w:hAnsi="Times New Roman" w:cs="Times New Roman"/>
          <w:sz w:val="24"/>
          <w:szCs w:val="24"/>
        </w:rPr>
        <w:t>B. By blending the old with the new, artists help cultural values stay alive in a fast-changing society</w:t>
      </w:r>
    </w:p>
    <w:p w14:paraId="675049F9" w14:textId="77777777" w:rsidR="001D1E1C" w:rsidRPr="000A4028" w:rsidRDefault="001D1E1C" w:rsidP="001D1E1C">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C. Moreover, when teenagers proudly share this music, they help connect the past with the present</w:t>
      </w:r>
    </w:p>
    <w:p w14:paraId="0E32B54B" w14:textId="5118DBE7" w:rsidR="001D1E1C" w:rsidRPr="000A4028" w:rsidRDefault="001D1E1C" w:rsidP="001D1E1C">
      <w:pPr>
        <w:spacing w:after="0" w:line="240" w:lineRule="atLeast"/>
        <w:contextualSpacing/>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663360" behindDoc="0" locked="0" layoutInCell="1" allowOverlap="1" wp14:anchorId="41B91299" wp14:editId="3AA2AD54">
                <wp:simplePos x="0" y="0"/>
                <wp:positionH relativeFrom="column">
                  <wp:posOffset>68238</wp:posOffset>
                </wp:positionH>
                <wp:positionV relativeFrom="paragraph">
                  <wp:posOffset>100032</wp:posOffset>
                </wp:positionV>
                <wp:extent cx="522000" cy="29880"/>
                <wp:effectExtent l="63500" t="101600" r="62230" b="97155"/>
                <wp:wrapNone/>
                <wp:docPr id="6" name="Ink 6"/>
                <wp:cNvGraphicFramePr/>
                <a:graphic xmlns:a="http://schemas.openxmlformats.org/drawingml/2006/main">
                  <a:graphicData uri="http://schemas.microsoft.com/office/word/2010/wordprocessingInk">
                    <w14:contentPart bwMode="auto" r:id="rId76">
                      <w14:nvContentPartPr>
                        <w14:cNvContentPartPr/>
                      </w14:nvContentPartPr>
                      <w14:xfrm>
                        <a:off x="0" y="0"/>
                        <a:ext cx="522000" cy="29880"/>
                      </w14:xfrm>
                    </w14:contentPart>
                  </a:graphicData>
                </a:graphic>
              </wp:anchor>
            </w:drawing>
          </mc:Choice>
          <mc:Fallback>
            <w:pict>
              <v:shape w14:anchorId="2A341057" id="Ink 6" o:spid="_x0000_s1026" type="#_x0000_t75" style="position:absolute;margin-left:2.5pt;margin-top:2.25pt;width:46.75pt;height:13.6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&#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">
                <v:imagedata r:id="rId77" o:title=""/>
              </v:shape>
            </w:pict>
          </mc:Fallback>
        </mc:AlternateContent>
      </w:r>
      <w:r w:rsidRPr="000A4028">
        <w:rPr>
          <w:rFonts w:ascii="Times New Roman" w:hAnsi="Times New Roman" w:cs="Times New Roman"/>
          <w:sz w:val="24"/>
          <w:szCs w:val="24"/>
        </w:rPr>
        <w:t>D. attract millions of listeners online</w:t>
      </w:r>
    </w:p>
    <w:p w14:paraId="22C062CD" w14:textId="77777777" w:rsidR="001D1E1C" w:rsidRDefault="001D1E1C" w:rsidP="008F5758">
      <w:pPr>
        <w:spacing w:after="0" w:line="240" w:lineRule="atLeast"/>
        <w:contextualSpacing/>
        <w:rPr>
          <w:rFonts w:ascii="Times New Roman" w:hAnsi="Times New Roman" w:cs="Times New Roman"/>
          <w:b/>
          <w:sz w:val="24"/>
          <w:szCs w:val="24"/>
        </w:rPr>
      </w:pPr>
    </w:p>
    <w:p w14:paraId="5C596E2D" w14:textId="4A61BDEF"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br/>
        <w:t>Question 17</w:t>
      </w:r>
    </w:p>
    <w:p w14:paraId="6DE4A69C"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A. is easy to share on social media</w:t>
      </w:r>
    </w:p>
    <w:p w14:paraId="77D8AEF2"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B. By blending the old with the new, artists help cultural values stay alive in a fast-changing society</w:t>
      </w:r>
    </w:p>
    <w:p w14:paraId="4EBC78EB"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C. Moreover, when teenagers proudly share this music, they help connect the past with the present</w:t>
      </w:r>
    </w:p>
    <w:p w14:paraId="2F77A4B7" w14:textId="77777777" w:rsidR="008F5758" w:rsidRPr="001D1E1C" w:rsidRDefault="008F5758" w:rsidP="008F5758">
      <w:pPr>
        <w:spacing w:after="0" w:line="240" w:lineRule="atLeast"/>
        <w:contextualSpacing/>
        <w:rPr>
          <w:rFonts w:ascii="Times New Roman" w:hAnsi="Times New Roman" w:cs="Times New Roman"/>
          <w:color w:val="FF0000"/>
          <w:sz w:val="24"/>
          <w:szCs w:val="24"/>
        </w:rPr>
      </w:pPr>
      <w:r w:rsidRPr="001D1E1C">
        <w:rPr>
          <w:rFonts w:ascii="Times New Roman" w:hAnsi="Times New Roman" w:cs="Times New Roman"/>
          <w:color w:val="FF0000"/>
          <w:sz w:val="24"/>
          <w:szCs w:val="24"/>
        </w:rPr>
        <w:t>D. attract millions of listeners online</w:t>
      </w:r>
    </w:p>
    <w:p w14:paraId="1BF6D60D"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br/>
        <w:t>Question 18</w:t>
      </w:r>
    </w:p>
    <w:p w14:paraId="677E74D5"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A. is easy to share on social media</w:t>
      </w:r>
    </w:p>
    <w:p w14:paraId="7954ED7C"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B. attract millions of listeners online</w:t>
      </w:r>
    </w:p>
    <w:p w14:paraId="4A27B3A5"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C. Moreover, when teenagers proudly share this music, they help connect the past with the present</w:t>
      </w:r>
    </w:p>
    <w:p w14:paraId="702395AF" w14:textId="77777777" w:rsidR="008F5758" w:rsidRPr="001D1E1C" w:rsidRDefault="008F5758" w:rsidP="008F5758">
      <w:pPr>
        <w:spacing w:after="0" w:line="240" w:lineRule="atLeast"/>
        <w:contextualSpacing/>
        <w:rPr>
          <w:rFonts w:ascii="Times New Roman" w:hAnsi="Times New Roman" w:cs="Times New Roman"/>
          <w:color w:val="FF0000"/>
          <w:sz w:val="24"/>
          <w:szCs w:val="24"/>
        </w:rPr>
      </w:pPr>
      <w:r w:rsidRPr="001D1E1C">
        <w:rPr>
          <w:rFonts w:ascii="Times New Roman" w:hAnsi="Times New Roman" w:cs="Times New Roman"/>
          <w:color w:val="FF0000"/>
          <w:sz w:val="24"/>
          <w:szCs w:val="24"/>
        </w:rPr>
        <w:t>D. By blending the old with the new, artists help cultural values stay alive in a fast-changing society</w:t>
      </w:r>
    </w:p>
    <w:p w14:paraId="20324520"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br/>
        <w:t>Question 19</w:t>
      </w:r>
    </w:p>
    <w:p w14:paraId="43929B7D" w14:textId="77777777" w:rsidR="008F5758" w:rsidRPr="001D1E1C" w:rsidRDefault="008F5758" w:rsidP="008F5758">
      <w:pPr>
        <w:spacing w:after="0" w:line="240" w:lineRule="atLeast"/>
        <w:contextualSpacing/>
        <w:rPr>
          <w:rFonts w:ascii="Times New Roman" w:hAnsi="Times New Roman" w:cs="Times New Roman"/>
          <w:color w:val="FF0000"/>
          <w:sz w:val="24"/>
          <w:szCs w:val="24"/>
        </w:rPr>
      </w:pPr>
      <w:r w:rsidRPr="001D1E1C">
        <w:rPr>
          <w:rFonts w:ascii="Times New Roman" w:hAnsi="Times New Roman" w:cs="Times New Roman"/>
          <w:color w:val="FF0000"/>
          <w:sz w:val="24"/>
          <w:szCs w:val="24"/>
        </w:rPr>
        <w:t>A. Moreover, when teenagers proudly share this music, they help connect the past with the present</w:t>
      </w:r>
    </w:p>
    <w:p w14:paraId="6A63F375"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B. attract millions of listeners online</w:t>
      </w:r>
    </w:p>
    <w:p w14:paraId="177FC2AC"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C. By blending the old with the new, artists help cultural values stay alive in a fast-changing society</w:t>
      </w:r>
    </w:p>
    <w:p w14:paraId="1B5BFAEE"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D. is easy to share on social media</w:t>
      </w:r>
    </w:p>
    <w:p w14:paraId="32B64A03"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t>Question 20.</w:t>
      </w:r>
    </w:p>
    <w:p w14:paraId="16422EDB"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A. By blending the old with the new, artists help cultural values stay alive in a fast-changing society</w:t>
      </w:r>
    </w:p>
    <w:p w14:paraId="040C5244"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B. Moreover, when teenagers proudly share this music, they help connect the past with the present</w:t>
      </w:r>
    </w:p>
    <w:p w14:paraId="67BCB1D9" w14:textId="77777777" w:rsidR="008F5758" w:rsidRPr="001D1E1C" w:rsidRDefault="008F5758" w:rsidP="008F5758">
      <w:pPr>
        <w:spacing w:after="0" w:line="240" w:lineRule="atLeast"/>
        <w:contextualSpacing/>
        <w:rPr>
          <w:rFonts w:ascii="Times New Roman" w:hAnsi="Times New Roman" w:cs="Times New Roman"/>
          <w:color w:val="FF0000"/>
          <w:sz w:val="24"/>
          <w:szCs w:val="24"/>
        </w:rPr>
      </w:pPr>
      <w:r w:rsidRPr="001D1E1C">
        <w:rPr>
          <w:rFonts w:ascii="Times New Roman" w:hAnsi="Times New Roman" w:cs="Times New Roman"/>
          <w:color w:val="FF0000"/>
          <w:sz w:val="24"/>
          <w:szCs w:val="24"/>
        </w:rPr>
        <w:t>C. is easy to share on social media</w:t>
      </w:r>
    </w:p>
    <w:p w14:paraId="4CFFC60C"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D. attract millions of listeners online</w:t>
      </w:r>
    </w:p>
    <w:p w14:paraId="33CB2B34" w14:textId="77777777" w:rsidR="0043759D" w:rsidRDefault="0043759D" w:rsidP="008F5758">
      <w:pPr>
        <w:spacing w:after="0" w:line="240" w:lineRule="atLeast"/>
        <w:contextualSpacing/>
        <w:rPr>
          <w:rFonts w:ascii="Times New Roman" w:hAnsi="Times New Roman" w:cs="Times New Roman"/>
          <w:b/>
          <w:sz w:val="24"/>
          <w:szCs w:val="24"/>
        </w:rPr>
      </w:pPr>
    </w:p>
    <w:p w14:paraId="3DD46AAB" w14:textId="77777777" w:rsidR="0043759D" w:rsidRDefault="0043759D" w:rsidP="008F5758">
      <w:pPr>
        <w:spacing w:after="0" w:line="240" w:lineRule="atLeast"/>
        <w:contextualSpacing/>
        <w:rPr>
          <w:rFonts w:ascii="Times New Roman" w:hAnsi="Times New Roman" w:cs="Times New Roman"/>
          <w:b/>
          <w:sz w:val="24"/>
          <w:szCs w:val="24"/>
        </w:rPr>
      </w:pPr>
    </w:p>
    <w:p w14:paraId="23E2AA41" w14:textId="77777777" w:rsidR="0043759D" w:rsidRDefault="0043759D" w:rsidP="008F5758">
      <w:pPr>
        <w:spacing w:after="0" w:line="240" w:lineRule="atLeast"/>
        <w:contextualSpacing/>
        <w:rPr>
          <w:rFonts w:ascii="Times New Roman" w:hAnsi="Times New Roman" w:cs="Times New Roman"/>
          <w:b/>
          <w:sz w:val="24"/>
          <w:szCs w:val="24"/>
        </w:rPr>
      </w:pPr>
    </w:p>
    <w:p w14:paraId="24A4466E" w14:textId="77777777" w:rsidR="0043759D" w:rsidRDefault="0043759D" w:rsidP="008F5758">
      <w:pPr>
        <w:spacing w:after="0" w:line="240" w:lineRule="atLeast"/>
        <w:contextualSpacing/>
        <w:rPr>
          <w:rFonts w:ascii="Times New Roman" w:hAnsi="Times New Roman" w:cs="Times New Roman"/>
          <w:b/>
          <w:sz w:val="24"/>
          <w:szCs w:val="24"/>
        </w:rPr>
      </w:pPr>
    </w:p>
    <w:p w14:paraId="13BBDC6F" w14:textId="77777777" w:rsidR="0043759D" w:rsidRDefault="0043759D" w:rsidP="008F5758">
      <w:pPr>
        <w:spacing w:after="0" w:line="240" w:lineRule="atLeast"/>
        <w:contextualSpacing/>
        <w:rPr>
          <w:rFonts w:ascii="Times New Roman" w:hAnsi="Times New Roman" w:cs="Times New Roman"/>
          <w:b/>
          <w:sz w:val="24"/>
          <w:szCs w:val="24"/>
        </w:rPr>
      </w:pPr>
    </w:p>
    <w:p w14:paraId="27201BD2" w14:textId="77777777" w:rsidR="0043759D" w:rsidRDefault="0043759D" w:rsidP="008F5758">
      <w:pPr>
        <w:spacing w:after="0" w:line="240" w:lineRule="atLeast"/>
        <w:contextualSpacing/>
        <w:rPr>
          <w:rFonts w:ascii="Times New Roman" w:hAnsi="Times New Roman" w:cs="Times New Roman"/>
          <w:b/>
          <w:sz w:val="24"/>
          <w:szCs w:val="24"/>
        </w:rPr>
      </w:pPr>
    </w:p>
    <w:p w14:paraId="1F7EA088" w14:textId="77777777" w:rsidR="0043759D" w:rsidRDefault="0043759D" w:rsidP="008F5758">
      <w:pPr>
        <w:spacing w:after="0" w:line="240" w:lineRule="atLeast"/>
        <w:contextualSpacing/>
        <w:rPr>
          <w:rFonts w:ascii="Times New Roman" w:hAnsi="Times New Roman" w:cs="Times New Roman"/>
          <w:b/>
          <w:sz w:val="24"/>
          <w:szCs w:val="24"/>
        </w:rPr>
      </w:pPr>
    </w:p>
    <w:p w14:paraId="7AC6F972" w14:textId="77777777" w:rsidR="0043759D" w:rsidRDefault="0043759D" w:rsidP="008F5758">
      <w:pPr>
        <w:spacing w:after="0" w:line="240" w:lineRule="atLeast"/>
        <w:contextualSpacing/>
        <w:rPr>
          <w:rFonts w:ascii="Times New Roman" w:hAnsi="Times New Roman" w:cs="Times New Roman"/>
          <w:b/>
          <w:sz w:val="24"/>
          <w:szCs w:val="24"/>
        </w:rPr>
      </w:pPr>
    </w:p>
    <w:p w14:paraId="7C9B1F75" w14:textId="77777777" w:rsidR="0043759D" w:rsidRDefault="0043759D" w:rsidP="008F5758">
      <w:pPr>
        <w:spacing w:after="0" w:line="240" w:lineRule="atLeast"/>
        <w:contextualSpacing/>
        <w:rPr>
          <w:rFonts w:ascii="Times New Roman" w:hAnsi="Times New Roman" w:cs="Times New Roman"/>
          <w:b/>
          <w:sz w:val="24"/>
          <w:szCs w:val="24"/>
        </w:rPr>
      </w:pPr>
    </w:p>
    <w:p w14:paraId="7B73C12F" w14:textId="77777777" w:rsidR="0043759D" w:rsidRDefault="0043759D" w:rsidP="008F5758">
      <w:pPr>
        <w:spacing w:after="0" w:line="240" w:lineRule="atLeast"/>
        <w:contextualSpacing/>
        <w:rPr>
          <w:rFonts w:ascii="Times New Roman" w:hAnsi="Times New Roman" w:cs="Times New Roman"/>
          <w:b/>
          <w:sz w:val="24"/>
          <w:szCs w:val="24"/>
        </w:rPr>
      </w:pPr>
    </w:p>
    <w:p w14:paraId="4AE5BA32" w14:textId="77777777" w:rsidR="0043759D" w:rsidRDefault="0043759D" w:rsidP="008F5758">
      <w:pPr>
        <w:spacing w:after="0" w:line="240" w:lineRule="atLeast"/>
        <w:contextualSpacing/>
        <w:rPr>
          <w:rFonts w:ascii="Times New Roman" w:hAnsi="Times New Roman" w:cs="Times New Roman"/>
          <w:b/>
          <w:sz w:val="24"/>
          <w:szCs w:val="24"/>
        </w:rPr>
      </w:pPr>
    </w:p>
    <w:p w14:paraId="25B913F5" w14:textId="77777777" w:rsidR="0043759D" w:rsidRDefault="0043759D" w:rsidP="008F5758">
      <w:pPr>
        <w:spacing w:after="0" w:line="240" w:lineRule="atLeast"/>
        <w:contextualSpacing/>
        <w:rPr>
          <w:rFonts w:ascii="Times New Roman" w:hAnsi="Times New Roman" w:cs="Times New Roman"/>
          <w:b/>
          <w:sz w:val="24"/>
          <w:szCs w:val="24"/>
        </w:rPr>
      </w:pPr>
    </w:p>
    <w:p w14:paraId="0B5D89A3" w14:textId="6A24ED86"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lastRenderedPageBreak/>
        <w:br/>
        <w:t>Read the following announcement and mark the letter A, B, C or D on your answer sheet to indicate the correct option that best fits each of the numbered blanks.</w:t>
      </w:r>
    </w:p>
    <w:p w14:paraId="1E75EC70"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Segoe UI Emoji" w:hAnsi="Segoe UI Emoji" w:cs="Segoe UI Emoji"/>
          <w:b/>
          <w:sz w:val="24"/>
          <w:szCs w:val="24"/>
        </w:rPr>
        <w:t>🎤</w:t>
      </w:r>
      <w:r w:rsidRPr="000A4028">
        <w:rPr>
          <w:rFonts w:ascii="Times New Roman" w:hAnsi="Times New Roman" w:cs="Times New Roman"/>
          <w:b/>
          <w:sz w:val="24"/>
          <w:szCs w:val="24"/>
        </w:rPr>
        <w:t xml:space="preserve"> Live Concert Announcement </w:t>
      </w:r>
      <w:r w:rsidRPr="000A4028">
        <w:rPr>
          <w:rFonts w:ascii="Segoe UI Emoji" w:hAnsi="Segoe UI Emoji" w:cs="Segoe UI Emoji"/>
          <w:b/>
          <w:sz w:val="24"/>
          <w:szCs w:val="24"/>
        </w:rPr>
        <w:t>🎤</w:t>
      </w:r>
    </w:p>
    <w:p w14:paraId="2CFC3D56"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 xml:space="preserve">Get ready for (21) ______ unforgettable night of music! We are excited to announce a spectacular concert by </w:t>
      </w:r>
      <w:proofErr w:type="spellStart"/>
      <w:r w:rsidRPr="000A4028">
        <w:rPr>
          <w:rFonts w:ascii="Times New Roman" w:hAnsi="Times New Roman" w:cs="Times New Roman"/>
          <w:sz w:val="24"/>
          <w:szCs w:val="24"/>
        </w:rPr>
        <w:t>Mỹ</w:t>
      </w:r>
      <w:proofErr w:type="spellEnd"/>
      <w:r w:rsidRPr="000A4028">
        <w:rPr>
          <w:rFonts w:ascii="Times New Roman" w:hAnsi="Times New Roman" w:cs="Times New Roman"/>
          <w:sz w:val="24"/>
          <w:szCs w:val="24"/>
        </w:rPr>
        <w:t xml:space="preserve"> </w:t>
      </w:r>
      <w:proofErr w:type="spellStart"/>
      <w:r w:rsidRPr="000A4028">
        <w:rPr>
          <w:rFonts w:ascii="Times New Roman" w:hAnsi="Times New Roman" w:cs="Times New Roman"/>
          <w:sz w:val="24"/>
          <w:szCs w:val="24"/>
        </w:rPr>
        <w:t>Tâm</w:t>
      </w:r>
      <w:proofErr w:type="spellEnd"/>
      <w:r w:rsidRPr="000A4028">
        <w:rPr>
          <w:rFonts w:ascii="Times New Roman" w:hAnsi="Times New Roman" w:cs="Times New Roman"/>
          <w:sz w:val="24"/>
          <w:szCs w:val="24"/>
        </w:rPr>
        <w:t xml:space="preserve"> at </w:t>
      </w:r>
      <w:proofErr w:type="spellStart"/>
      <w:r w:rsidRPr="000A4028">
        <w:rPr>
          <w:rFonts w:ascii="Times New Roman" w:hAnsi="Times New Roman" w:cs="Times New Roman"/>
          <w:sz w:val="24"/>
          <w:szCs w:val="24"/>
        </w:rPr>
        <w:t>Mỹ</w:t>
      </w:r>
      <w:proofErr w:type="spellEnd"/>
      <w:r w:rsidRPr="000A4028">
        <w:rPr>
          <w:rFonts w:ascii="Times New Roman" w:hAnsi="Times New Roman" w:cs="Times New Roman"/>
          <w:sz w:val="24"/>
          <w:szCs w:val="24"/>
        </w:rPr>
        <w:t xml:space="preserve"> </w:t>
      </w:r>
      <w:proofErr w:type="spellStart"/>
      <w:r w:rsidRPr="000A4028">
        <w:rPr>
          <w:rFonts w:ascii="Times New Roman" w:hAnsi="Times New Roman" w:cs="Times New Roman"/>
          <w:sz w:val="24"/>
          <w:szCs w:val="24"/>
        </w:rPr>
        <w:t>Đình</w:t>
      </w:r>
      <w:proofErr w:type="spellEnd"/>
      <w:r w:rsidRPr="000A4028">
        <w:rPr>
          <w:rFonts w:ascii="Times New Roman" w:hAnsi="Times New Roman" w:cs="Times New Roman"/>
          <w:sz w:val="24"/>
          <w:szCs w:val="24"/>
        </w:rPr>
        <w:t xml:space="preserve"> National Stadium on Saturday, June 20th, 2026.</w:t>
      </w:r>
    </w:p>
    <w:p w14:paraId="63C9CC01"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t>What to expect:</w:t>
      </w:r>
    </w:p>
    <w:p w14:paraId="4FA4324E"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 A night of amazing music</w:t>
      </w:r>
    </w:p>
    <w:p w14:paraId="692AC269" w14:textId="77777777" w:rsidR="008F5758" w:rsidRPr="000A4028" w:rsidRDefault="008F5758" w:rsidP="008F5758">
      <w:pPr>
        <w:spacing w:after="0" w:line="240" w:lineRule="atLeast"/>
        <w:contextualSpacing/>
        <w:rPr>
          <w:rFonts w:ascii="Times New Roman" w:hAnsi="Times New Roman" w:cs="Times New Roman"/>
          <w:sz w:val="24"/>
          <w:szCs w:val="24"/>
        </w:rPr>
      </w:pPr>
      <w:proofErr w:type="spellStart"/>
      <w:r w:rsidRPr="000A4028">
        <w:rPr>
          <w:rFonts w:ascii="Times New Roman" w:hAnsi="Times New Roman" w:cs="Times New Roman"/>
          <w:sz w:val="24"/>
          <w:szCs w:val="24"/>
        </w:rPr>
        <w:t>Mỹ</w:t>
      </w:r>
      <w:proofErr w:type="spellEnd"/>
      <w:r w:rsidRPr="000A4028">
        <w:rPr>
          <w:rFonts w:ascii="Times New Roman" w:hAnsi="Times New Roman" w:cs="Times New Roman"/>
          <w:sz w:val="24"/>
          <w:szCs w:val="24"/>
        </w:rPr>
        <w:t xml:space="preserve"> </w:t>
      </w:r>
      <w:proofErr w:type="spellStart"/>
      <w:r w:rsidRPr="000A4028">
        <w:rPr>
          <w:rFonts w:ascii="Times New Roman" w:hAnsi="Times New Roman" w:cs="Times New Roman"/>
          <w:sz w:val="24"/>
          <w:szCs w:val="24"/>
        </w:rPr>
        <w:t>Tâm</w:t>
      </w:r>
      <w:proofErr w:type="spellEnd"/>
      <w:r w:rsidRPr="000A4028">
        <w:rPr>
          <w:rFonts w:ascii="Times New Roman" w:hAnsi="Times New Roman" w:cs="Times New Roman"/>
          <w:sz w:val="24"/>
          <w:szCs w:val="24"/>
        </w:rPr>
        <w:t xml:space="preserve"> will perform her greatest hits along with new songs, bringing her (22) ______ voice and emotional performances to the stage.</w:t>
      </w:r>
    </w:p>
    <w:p w14:paraId="28711B73"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 A fantastic atmosphere</w:t>
      </w:r>
    </w:p>
    <w:p w14:paraId="1636D46F" w14:textId="1FA949A8" w:rsidR="008F575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 xml:space="preserve">The large and modern </w:t>
      </w:r>
      <w:proofErr w:type="spellStart"/>
      <w:r w:rsidRPr="000A4028">
        <w:rPr>
          <w:rFonts w:ascii="Times New Roman" w:hAnsi="Times New Roman" w:cs="Times New Roman"/>
          <w:sz w:val="24"/>
          <w:szCs w:val="24"/>
        </w:rPr>
        <w:t>Mỹ</w:t>
      </w:r>
      <w:proofErr w:type="spellEnd"/>
      <w:r w:rsidRPr="000A4028">
        <w:rPr>
          <w:rFonts w:ascii="Times New Roman" w:hAnsi="Times New Roman" w:cs="Times New Roman"/>
          <w:sz w:val="24"/>
          <w:szCs w:val="24"/>
        </w:rPr>
        <w:t xml:space="preserve"> </w:t>
      </w:r>
      <w:proofErr w:type="spellStart"/>
      <w:r w:rsidRPr="000A4028">
        <w:rPr>
          <w:rFonts w:ascii="Times New Roman" w:hAnsi="Times New Roman" w:cs="Times New Roman"/>
          <w:sz w:val="24"/>
          <w:szCs w:val="24"/>
        </w:rPr>
        <w:t>Đình</w:t>
      </w:r>
      <w:proofErr w:type="spellEnd"/>
      <w:r w:rsidRPr="000A4028">
        <w:rPr>
          <w:rFonts w:ascii="Times New Roman" w:hAnsi="Times New Roman" w:cs="Times New Roman"/>
          <w:sz w:val="24"/>
          <w:szCs w:val="24"/>
        </w:rPr>
        <w:t xml:space="preserve"> National Stadium will provide an exciting setting with impressive lighting and sound effects for her (23) ______ </w:t>
      </w:r>
      <w:r w:rsidRPr="00613702">
        <w:rPr>
          <w:rFonts w:ascii="Times New Roman" w:hAnsi="Times New Roman" w:cs="Times New Roman"/>
          <w:b/>
          <w:bCs/>
          <w:sz w:val="24"/>
          <w:szCs w:val="24"/>
        </w:rPr>
        <w:t>live performance</w:t>
      </w:r>
      <w:r w:rsidRPr="000A4028">
        <w:rPr>
          <w:rFonts w:ascii="Times New Roman" w:hAnsi="Times New Roman" w:cs="Times New Roman"/>
          <w:sz w:val="24"/>
          <w:szCs w:val="24"/>
        </w:rPr>
        <w:t>.</w:t>
      </w:r>
    </w:p>
    <w:p w14:paraId="0C5A5FB9" w14:textId="69981F5C" w:rsidR="00613702" w:rsidRPr="000A4028" w:rsidRDefault="00613702" w:rsidP="008F5758">
      <w:pPr>
        <w:spacing w:after="0" w:line="240" w:lineRule="atLeast"/>
        <w:contextualSpacing/>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721728" behindDoc="0" locked="0" layoutInCell="1" allowOverlap="1" wp14:anchorId="25835DB1" wp14:editId="74C9F4D7">
                <wp:simplePos x="0" y="0"/>
                <wp:positionH relativeFrom="column">
                  <wp:posOffset>1623695</wp:posOffset>
                </wp:positionH>
                <wp:positionV relativeFrom="paragraph">
                  <wp:posOffset>-88900</wp:posOffset>
                </wp:positionV>
                <wp:extent cx="387240" cy="225375"/>
                <wp:effectExtent l="38100" t="38100" r="19685" b="41910"/>
                <wp:wrapNone/>
                <wp:docPr id="63" name="Ink 63"/>
                <wp:cNvGraphicFramePr/>
                <a:graphic xmlns:a="http://schemas.openxmlformats.org/drawingml/2006/main">
                  <a:graphicData uri="http://schemas.microsoft.com/office/word/2010/wordprocessingInk">
                    <w14:contentPart bwMode="auto" r:id="rId78">
                      <w14:nvContentPartPr>
                        <w14:cNvContentPartPr/>
                      </w14:nvContentPartPr>
                      <w14:xfrm>
                        <a:off x="0" y="0"/>
                        <a:ext cx="387240" cy="225375"/>
                      </w14:xfrm>
                    </w14:contentPart>
                  </a:graphicData>
                </a:graphic>
              </wp:anchor>
            </w:drawing>
          </mc:Choice>
          <mc:Fallback>
            <w:pict>
              <v:shape w14:anchorId="3AB14639" id="Ink 63" o:spid="_x0000_s1026" type="#_x0000_t75" style="position:absolute;margin-left:127.15pt;margin-top:-7.7pt;width:31.95pt;height:19.2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">
                <v:imagedata r:id="rId79"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13536" behindDoc="0" locked="0" layoutInCell="1" allowOverlap="1" wp14:anchorId="0B17C09B" wp14:editId="146AD165">
                <wp:simplePos x="0" y="0"/>
                <wp:positionH relativeFrom="column">
                  <wp:posOffset>2544445</wp:posOffset>
                </wp:positionH>
                <wp:positionV relativeFrom="paragraph">
                  <wp:posOffset>19685</wp:posOffset>
                </wp:positionV>
                <wp:extent cx="93880" cy="120650"/>
                <wp:effectExtent l="38100" t="38100" r="33655" b="44450"/>
                <wp:wrapNone/>
                <wp:docPr id="55" name="Ink 55"/>
                <wp:cNvGraphicFramePr/>
                <a:graphic xmlns:a="http://schemas.openxmlformats.org/drawingml/2006/main">
                  <a:graphicData uri="http://schemas.microsoft.com/office/word/2010/wordprocessingInk">
                    <w14:contentPart bwMode="auto" r:id="rId80">
                      <w14:nvContentPartPr>
                        <w14:cNvContentPartPr/>
                      </w14:nvContentPartPr>
                      <w14:xfrm>
                        <a:off x="0" y="0"/>
                        <a:ext cx="93880" cy="120650"/>
                      </w14:xfrm>
                    </w14:contentPart>
                  </a:graphicData>
                </a:graphic>
              </wp:anchor>
            </w:drawing>
          </mc:Choice>
          <mc:Fallback>
            <w:pict>
              <v:shape w14:anchorId="677C9124" id="Ink 55" o:spid="_x0000_s1026" type="#_x0000_t75" style="position:absolute;margin-left:199.65pt;margin-top:.85pt;width:8.8pt;height:10.9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">
                <v:imagedata r:id="rId81" o:title=""/>
              </v:shape>
            </w:pict>
          </mc:Fallback>
        </mc:AlternateContent>
      </w:r>
    </w:p>
    <w:p w14:paraId="50806F01"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 A celebration of music and fans</w:t>
      </w:r>
    </w:p>
    <w:p w14:paraId="6A2F5A8B"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This concert is a special event for fans to (24) ______ together, enjoy live music, and celebrate one of Vietnam’s most beloved singers.</w:t>
      </w:r>
    </w:p>
    <w:p w14:paraId="35B176E4"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 xml:space="preserve">Don’t miss this incredible opportunity to see </w:t>
      </w:r>
      <w:proofErr w:type="spellStart"/>
      <w:r w:rsidRPr="000A4028">
        <w:rPr>
          <w:rFonts w:ascii="Times New Roman" w:hAnsi="Times New Roman" w:cs="Times New Roman"/>
          <w:sz w:val="24"/>
          <w:szCs w:val="24"/>
        </w:rPr>
        <w:t>Mỹ</w:t>
      </w:r>
      <w:proofErr w:type="spellEnd"/>
      <w:r w:rsidRPr="000A4028">
        <w:rPr>
          <w:rFonts w:ascii="Times New Roman" w:hAnsi="Times New Roman" w:cs="Times New Roman"/>
          <w:sz w:val="24"/>
          <w:szCs w:val="24"/>
        </w:rPr>
        <w:t xml:space="preserve"> </w:t>
      </w:r>
      <w:proofErr w:type="spellStart"/>
      <w:r w:rsidRPr="000A4028">
        <w:rPr>
          <w:rFonts w:ascii="Times New Roman" w:hAnsi="Times New Roman" w:cs="Times New Roman"/>
          <w:sz w:val="24"/>
          <w:szCs w:val="24"/>
        </w:rPr>
        <w:t>Tâm</w:t>
      </w:r>
      <w:proofErr w:type="spellEnd"/>
      <w:r w:rsidRPr="000A4028">
        <w:rPr>
          <w:rFonts w:ascii="Times New Roman" w:hAnsi="Times New Roman" w:cs="Times New Roman"/>
          <w:sz w:val="24"/>
          <w:szCs w:val="24"/>
        </w:rPr>
        <w:t xml:space="preserve"> live, get your tickets and join us for a wonderful evening!</w:t>
      </w:r>
    </w:p>
    <w:p w14:paraId="742ACDFC" w14:textId="483F7585" w:rsidR="008F5758" w:rsidRDefault="008F5758" w:rsidP="008F575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21.</w:t>
      </w:r>
      <w:r w:rsidRPr="000A4028">
        <w:rPr>
          <w:rFonts w:ascii="Times New Roman" w:hAnsi="Times New Roman" w:cs="Times New Roman"/>
          <w:sz w:val="24"/>
          <w:szCs w:val="24"/>
        </w:rPr>
        <w:t xml:space="preserve"> A. </w:t>
      </w:r>
      <w:r w:rsidRPr="000D7C35">
        <w:rPr>
          <w:rFonts w:ascii="Times New Roman" w:hAnsi="Times New Roman" w:cs="Times New Roman"/>
          <w:color w:val="FF0000"/>
          <w:sz w:val="24"/>
          <w:szCs w:val="24"/>
        </w:rPr>
        <w:t xml:space="preserve">an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 xml:space="preserve">B. a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 xml:space="preserve">C. no article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D. the</w:t>
      </w:r>
    </w:p>
    <w:p w14:paraId="458C4F26" w14:textId="3F6A5542" w:rsidR="0043759D" w:rsidRDefault="0043759D" w:rsidP="0037173E">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Chú ý:</w:t>
      </w:r>
    </w:p>
    <w:p w14:paraId="6D5592E6" w14:textId="00F05978" w:rsidR="0043759D" w:rsidRDefault="0043759D" w:rsidP="0037173E">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theo thứ tự</w:t>
      </w:r>
    </w:p>
    <w:p w14:paraId="1FA4F41D" w14:textId="3DE9D767" w:rsidR="0043759D" w:rsidRDefault="0043759D" w:rsidP="0037173E">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buổi diễn âm nhạc có trước, rồi mới nói đến Mỹ Tâm.</w:t>
      </w:r>
    </w:p>
    <w:p w14:paraId="4EF95246" w14:textId="382E43CB" w:rsidR="0043759D" w:rsidRDefault="0043759D" w:rsidP="0037173E">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 xml:space="preserve">vì nó xuất hiện trước, nên nó KHÔNG XÁC ĐỊNH </w:t>
      </w:r>
      <w:r w:rsidRPr="0043759D">
        <w:rPr>
          <w:rFonts w:ascii="Times New Roman" w:hAnsi="Times New Roman" w:cs="Times New Roman"/>
          <w:sz w:val="24"/>
          <w:szCs w:val="24"/>
          <w:lang w:val="vi-VN"/>
        </w:rPr>
        <w:sym w:font="Wingdings" w:char="F0E8"/>
      </w:r>
      <w:r>
        <w:rPr>
          <w:rFonts w:ascii="Times New Roman" w:hAnsi="Times New Roman" w:cs="Times New Roman"/>
          <w:sz w:val="24"/>
          <w:szCs w:val="24"/>
          <w:lang w:val="vi-VN"/>
        </w:rPr>
        <w:t xml:space="preserve"> cấm dùng THE</w:t>
      </w:r>
    </w:p>
    <w:p w14:paraId="61EB9F5C" w14:textId="0D4749D2" w:rsidR="0043759D" w:rsidRDefault="0043759D" w:rsidP="0037173E">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Nếu</w:t>
      </w:r>
    </w:p>
    <w:p w14:paraId="02E7ABE6" w14:textId="7EFF3DA0" w:rsidR="0043759D" w:rsidRPr="0043759D" w:rsidRDefault="0043759D" w:rsidP="0037173E">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Họ cho Mỹ Tâm diễn lên trước, thì câu này mới là THE vì lúc đó biết đêm nhạc của ai rồi</w:t>
      </w:r>
    </w:p>
    <w:p w14:paraId="292D2F7D" w14:textId="0E6CB99A" w:rsidR="008F5758" w:rsidRDefault="008F5758" w:rsidP="008F575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22.</w:t>
      </w:r>
      <w:r w:rsidRPr="000A4028">
        <w:rPr>
          <w:rFonts w:ascii="Times New Roman" w:hAnsi="Times New Roman" w:cs="Times New Roman"/>
          <w:sz w:val="24"/>
          <w:szCs w:val="24"/>
        </w:rPr>
        <w:t xml:space="preserve"> A. powerfully    </w:t>
      </w:r>
      <w:r>
        <w:rPr>
          <w:rFonts w:ascii="Times New Roman" w:hAnsi="Times New Roman" w:cs="Times New Roman"/>
          <w:sz w:val="24"/>
          <w:szCs w:val="24"/>
        </w:rPr>
        <w:tab/>
      </w:r>
      <w:r w:rsidRPr="000A4028">
        <w:rPr>
          <w:rFonts w:ascii="Times New Roman" w:hAnsi="Times New Roman" w:cs="Times New Roman"/>
          <w:sz w:val="24"/>
          <w:szCs w:val="24"/>
        </w:rPr>
        <w:t xml:space="preserve">B. </w:t>
      </w:r>
      <w:r w:rsidRPr="000D7C35">
        <w:rPr>
          <w:rFonts w:ascii="Times New Roman" w:hAnsi="Times New Roman" w:cs="Times New Roman"/>
          <w:color w:val="FF0000"/>
          <w:sz w:val="24"/>
          <w:szCs w:val="24"/>
        </w:rPr>
        <w:t xml:space="preserve">powerful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 xml:space="preserve">C. powerfulness    </w:t>
      </w:r>
      <w:r>
        <w:rPr>
          <w:rFonts w:ascii="Times New Roman" w:hAnsi="Times New Roman" w:cs="Times New Roman"/>
          <w:sz w:val="24"/>
          <w:szCs w:val="24"/>
        </w:rPr>
        <w:tab/>
      </w:r>
      <w:r w:rsidRPr="000A4028">
        <w:rPr>
          <w:rFonts w:ascii="Times New Roman" w:hAnsi="Times New Roman" w:cs="Times New Roman"/>
          <w:sz w:val="24"/>
          <w:szCs w:val="24"/>
        </w:rPr>
        <w:t>D. power</w:t>
      </w:r>
    </w:p>
    <w:p w14:paraId="7C1910E0" w14:textId="0EE39E0A" w:rsidR="00613702" w:rsidRPr="00613702" w:rsidRDefault="00613702" w:rsidP="0037173E">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 xml:space="preserve">voice (N) </w:t>
      </w:r>
      <w:r w:rsidRPr="00613702">
        <w:rPr>
          <w:rFonts w:ascii="Times New Roman" w:hAnsi="Times New Roman" w:cs="Times New Roman"/>
          <w:sz w:val="24"/>
          <w:szCs w:val="24"/>
          <w:lang w:val="vi-VN"/>
        </w:rPr>
        <w:sym w:font="Wingdings" w:char="F0E8"/>
      </w:r>
      <w:r>
        <w:rPr>
          <w:rFonts w:ascii="Times New Roman" w:hAnsi="Times New Roman" w:cs="Times New Roman"/>
          <w:sz w:val="24"/>
          <w:szCs w:val="24"/>
          <w:lang w:val="vi-VN"/>
        </w:rPr>
        <w:t xml:space="preserve"> cần ADJ</w:t>
      </w:r>
    </w:p>
    <w:p w14:paraId="45839A76" w14:textId="4D32AA6B" w:rsidR="008F5758" w:rsidRDefault="008F5758" w:rsidP="008F5758">
      <w:pPr>
        <w:spacing w:after="0" w:line="240" w:lineRule="atLeast"/>
        <w:contextualSpacing/>
        <w:rPr>
          <w:rFonts w:ascii="Times New Roman" w:hAnsi="Times New Roman" w:cs="Times New Roman"/>
          <w:color w:val="FF0000"/>
          <w:sz w:val="24"/>
          <w:szCs w:val="24"/>
        </w:rPr>
      </w:pPr>
      <w:r w:rsidRPr="000935E7">
        <w:rPr>
          <w:rFonts w:ascii="Times New Roman" w:hAnsi="Times New Roman" w:cs="Times New Roman"/>
          <w:b/>
          <w:bCs/>
          <w:sz w:val="24"/>
          <w:szCs w:val="24"/>
        </w:rPr>
        <w:t>Question 23.</w:t>
      </w:r>
      <w:r w:rsidRPr="000A4028">
        <w:rPr>
          <w:rFonts w:ascii="Times New Roman" w:hAnsi="Times New Roman" w:cs="Times New Roman"/>
          <w:sz w:val="24"/>
          <w:szCs w:val="24"/>
        </w:rPr>
        <w:t xml:space="preserve"> A. five hours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 xml:space="preserve">B. fifth hour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 xml:space="preserve">C. fifth-hour    </w:t>
      </w:r>
      <w:r>
        <w:rPr>
          <w:rFonts w:ascii="Times New Roman" w:hAnsi="Times New Roman" w:cs="Times New Roman"/>
          <w:sz w:val="24"/>
          <w:szCs w:val="24"/>
        </w:rPr>
        <w:tab/>
      </w:r>
      <w:r w:rsidRPr="000A4028">
        <w:rPr>
          <w:rFonts w:ascii="Times New Roman" w:hAnsi="Times New Roman" w:cs="Times New Roman"/>
          <w:sz w:val="24"/>
          <w:szCs w:val="24"/>
        </w:rPr>
        <w:t xml:space="preserve">D. </w:t>
      </w:r>
      <w:r w:rsidRPr="000D7C35">
        <w:rPr>
          <w:rFonts w:ascii="Times New Roman" w:hAnsi="Times New Roman" w:cs="Times New Roman"/>
          <w:color w:val="FF0000"/>
          <w:sz w:val="24"/>
          <w:szCs w:val="24"/>
        </w:rPr>
        <w:t>five-hour</w:t>
      </w:r>
    </w:p>
    <w:p w14:paraId="2BC09AF9" w14:textId="771D2E1C" w:rsidR="00613702" w:rsidRDefault="00613702" w:rsidP="0037173E">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Con số + gạch ngạng + Danh từ đếm được số ít = ADJ</w:t>
      </w:r>
    </w:p>
    <w:p w14:paraId="357ED904" w14:textId="0AE3F973" w:rsidR="00613702" w:rsidRDefault="00613702" w:rsidP="0037173E">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This building has 10 floors.</w:t>
      </w:r>
    </w:p>
    <w:p w14:paraId="78EF627D" w14:textId="064E74D0" w:rsidR="00613702" w:rsidRPr="00613702" w:rsidRDefault="00613702" w:rsidP="0037173E">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This is a 10-floor building.</w:t>
      </w:r>
    </w:p>
    <w:p w14:paraId="64C988B7" w14:textId="77777777" w:rsidR="008F5758" w:rsidRPr="000A4028" w:rsidRDefault="008F5758" w:rsidP="008F575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24.</w:t>
      </w:r>
      <w:r w:rsidRPr="000A4028">
        <w:rPr>
          <w:rFonts w:ascii="Times New Roman" w:hAnsi="Times New Roman" w:cs="Times New Roman"/>
          <w:sz w:val="24"/>
          <w:szCs w:val="24"/>
        </w:rPr>
        <w:t xml:space="preserve"> A. work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 xml:space="preserve">B. go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 xml:space="preserve">C. </w:t>
      </w:r>
      <w:r w:rsidRPr="000D7C35">
        <w:rPr>
          <w:rFonts w:ascii="Times New Roman" w:hAnsi="Times New Roman" w:cs="Times New Roman"/>
          <w:color w:val="FF0000"/>
          <w:sz w:val="24"/>
          <w:szCs w:val="24"/>
        </w:rPr>
        <w:t xml:space="preserve">come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D. hear</w:t>
      </w:r>
    </w:p>
    <w:p w14:paraId="228ECB3E"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t>Read the following sign or notice and mark the letter A, B, C or D on your answer sheet to indicate the correct answer to each of the following questions.</w:t>
      </w:r>
    </w:p>
    <w:p w14:paraId="05AE73D1" w14:textId="77777777" w:rsidR="008E0F1F" w:rsidRPr="000A4028" w:rsidRDefault="008E0F1F" w:rsidP="008E0F1F">
      <w:pPr>
        <w:spacing w:after="0" w:line="240" w:lineRule="atLeast"/>
        <w:contextualSpacing/>
        <w:rPr>
          <w:rFonts w:ascii="Times New Roman" w:hAnsi="Times New Roman" w:cs="Times New Roman"/>
          <w:b/>
          <w:sz w:val="24"/>
          <w:szCs w:val="24"/>
        </w:rPr>
      </w:pPr>
      <w:r w:rsidRPr="000A4028">
        <w:rPr>
          <w:rFonts w:ascii="Times New Roman" w:hAnsi="Times New Roman" w:cs="Times New Roman"/>
          <w:b/>
          <w:sz w:val="24"/>
          <w:szCs w:val="24"/>
        </w:rPr>
        <w:t>Question 25. What is the main purpose of this message?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76"/>
        <w:gridCol w:w="7550"/>
      </w:tblGrid>
      <w:tr w:rsidR="008E0F1F" w:rsidRPr="000A4028" w14:paraId="4276C25B" w14:textId="77777777" w:rsidTr="008E0F1F">
        <w:tc>
          <w:tcPr>
            <w:tcW w:w="3256" w:type="dxa"/>
          </w:tcPr>
          <w:p w14:paraId="109DD638" w14:textId="77777777" w:rsidR="008E0F1F" w:rsidRPr="000A4028" w:rsidRDefault="008E0F1F" w:rsidP="001737AE">
            <w:pPr>
              <w:spacing w:line="240" w:lineRule="atLeast"/>
              <w:contextualSpacing/>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B7C8126" wp14:editId="2F2758B5">
                  <wp:extent cx="1936931" cy="1033145"/>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6"/>
                          <a:stretch>
                            <a:fillRect/>
                          </a:stretch>
                        </pic:blipFill>
                        <pic:spPr>
                          <a:xfrm>
                            <a:off x="0" y="0"/>
                            <a:ext cx="2014065" cy="1074288"/>
                          </a:xfrm>
                          <a:prstGeom prst="rect">
                            <a:avLst/>
                          </a:prstGeom>
                        </pic:spPr>
                      </pic:pic>
                    </a:graphicData>
                  </a:graphic>
                </wp:inline>
              </w:drawing>
            </w:r>
          </w:p>
        </w:tc>
        <w:tc>
          <w:tcPr>
            <w:tcW w:w="7560" w:type="dxa"/>
          </w:tcPr>
          <w:p w14:paraId="122FEC27" w14:textId="77777777" w:rsidR="008E0F1F" w:rsidRPr="000A4028" w:rsidRDefault="008E0F1F" w:rsidP="001737AE">
            <w:pPr>
              <w:spacing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A. To inform customers about changes in store services.</w:t>
            </w:r>
          </w:p>
          <w:p w14:paraId="5383446C" w14:textId="77777777" w:rsidR="008E0F1F" w:rsidRPr="000A4028" w:rsidRDefault="008E0F1F" w:rsidP="001737AE">
            <w:pPr>
              <w:spacing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B. To remind customers to check new products in store.</w:t>
            </w:r>
          </w:p>
          <w:p w14:paraId="6DE4BC2C" w14:textId="77777777" w:rsidR="008E0F1F" w:rsidRPr="000A4028" w:rsidRDefault="008E0F1F" w:rsidP="001737AE">
            <w:pPr>
              <w:spacing w:line="240" w:lineRule="atLeast"/>
              <w:contextualSpacing/>
              <w:rPr>
                <w:rFonts w:ascii="Times New Roman" w:hAnsi="Times New Roman" w:cs="Times New Roman"/>
                <w:sz w:val="24"/>
                <w:szCs w:val="24"/>
              </w:rPr>
            </w:pPr>
            <w:r w:rsidRPr="008E0F1F">
              <w:rPr>
                <w:rFonts w:ascii="Times New Roman" w:hAnsi="Times New Roman" w:cs="Times New Roman"/>
                <w:color w:val="FF0000"/>
                <w:sz w:val="24"/>
                <w:szCs w:val="24"/>
              </w:rPr>
              <w:t>C. To thank customers for their support and trust</w:t>
            </w:r>
            <w:r w:rsidRPr="000A4028">
              <w:rPr>
                <w:rFonts w:ascii="Times New Roman" w:hAnsi="Times New Roman" w:cs="Times New Roman"/>
                <w:sz w:val="24"/>
                <w:szCs w:val="24"/>
              </w:rPr>
              <w:t>.</w:t>
            </w:r>
          </w:p>
          <w:p w14:paraId="7B13D51F" w14:textId="77777777" w:rsidR="008E0F1F" w:rsidRPr="000A4028" w:rsidRDefault="008E0F1F" w:rsidP="001737AE">
            <w:pPr>
              <w:spacing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D. To invite customers to visit the store again soon.</w:t>
            </w:r>
          </w:p>
          <w:p w14:paraId="42E41141" w14:textId="77777777" w:rsidR="008E0F1F" w:rsidRPr="000A4028" w:rsidRDefault="008E0F1F" w:rsidP="001737AE">
            <w:pPr>
              <w:spacing w:line="240" w:lineRule="atLeast"/>
              <w:contextualSpacing/>
              <w:rPr>
                <w:rFonts w:ascii="Times New Roman" w:hAnsi="Times New Roman" w:cs="Times New Roman"/>
                <w:sz w:val="24"/>
                <w:szCs w:val="24"/>
              </w:rPr>
            </w:pPr>
          </w:p>
        </w:tc>
      </w:tr>
    </w:tbl>
    <w:p w14:paraId="610AEB6F" w14:textId="77777777" w:rsidR="008E0F1F" w:rsidRPr="000A4028" w:rsidRDefault="008E0F1F" w:rsidP="008E0F1F">
      <w:pPr>
        <w:spacing w:after="0" w:line="240" w:lineRule="atLeast"/>
        <w:contextualSpacing/>
        <w:rPr>
          <w:rFonts w:ascii="Times New Roman" w:hAnsi="Times New Roman" w:cs="Times New Roman"/>
          <w:sz w:val="24"/>
          <w:szCs w:val="24"/>
        </w:rPr>
      </w:pPr>
    </w:p>
    <w:p w14:paraId="7AF6DB03" w14:textId="77777777" w:rsidR="008E0F1F" w:rsidRPr="000A4028" w:rsidRDefault="008E0F1F" w:rsidP="008E0F1F">
      <w:pPr>
        <w:spacing w:after="0" w:line="240" w:lineRule="atLeast"/>
        <w:contextualSpacing/>
        <w:rPr>
          <w:rFonts w:ascii="Times New Roman" w:hAnsi="Times New Roman" w:cs="Times New Roman"/>
          <w:b/>
          <w:sz w:val="24"/>
          <w:szCs w:val="24"/>
        </w:rPr>
      </w:pPr>
      <w:r w:rsidRPr="000A4028">
        <w:rPr>
          <w:rFonts w:ascii="Times New Roman" w:hAnsi="Times New Roman" w:cs="Times New Roman"/>
          <w:b/>
          <w:sz w:val="24"/>
          <w:szCs w:val="24"/>
        </w:rPr>
        <w:t>Question 26. What does the sign say?</w:t>
      </w:r>
    </w:p>
    <w:tbl>
      <w:tblPr>
        <w:tblStyle w:val="TableGrid"/>
        <w:tblW w:w="109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7938"/>
      </w:tblGrid>
      <w:tr w:rsidR="008E0F1F" w:rsidRPr="000A4028" w14:paraId="5D539B5F" w14:textId="77777777" w:rsidTr="008E0F1F">
        <w:trPr>
          <w:trHeight w:val="1692"/>
        </w:trPr>
        <w:tc>
          <w:tcPr>
            <w:tcW w:w="2972" w:type="dxa"/>
          </w:tcPr>
          <w:p w14:paraId="6B3CEC30" w14:textId="5CB115BB" w:rsidR="008E0F1F" w:rsidRPr="000A4028" w:rsidRDefault="0037173E" w:rsidP="001737AE">
            <w:pPr>
              <w:spacing w:line="240" w:lineRule="atLeast"/>
              <w:contextualSpacing/>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09B8892" wp14:editId="39D2F027">
                  <wp:extent cx="1396092" cy="98171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7"/>
                          <a:stretch>
                            <a:fillRect/>
                          </a:stretch>
                        </pic:blipFill>
                        <pic:spPr>
                          <a:xfrm>
                            <a:off x="0" y="0"/>
                            <a:ext cx="1484522" cy="1043893"/>
                          </a:xfrm>
                          <a:prstGeom prst="rect">
                            <a:avLst/>
                          </a:prstGeom>
                        </pic:spPr>
                      </pic:pic>
                    </a:graphicData>
                  </a:graphic>
                </wp:inline>
              </w:drawing>
            </w:r>
          </w:p>
        </w:tc>
        <w:tc>
          <w:tcPr>
            <w:tcW w:w="7938" w:type="dxa"/>
          </w:tcPr>
          <w:p w14:paraId="1B3DCF12" w14:textId="77777777" w:rsidR="008E0F1F" w:rsidRPr="000A4028" w:rsidRDefault="008E0F1F" w:rsidP="001737AE">
            <w:pPr>
              <w:spacing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A. Single-use products only.</w:t>
            </w:r>
          </w:p>
          <w:p w14:paraId="2D3DB317" w14:textId="77777777" w:rsidR="008E0F1F" w:rsidRPr="008E0F1F" w:rsidRDefault="008E0F1F" w:rsidP="001737AE">
            <w:pPr>
              <w:spacing w:line="240" w:lineRule="atLeast"/>
              <w:contextualSpacing/>
              <w:rPr>
                <w:rFonts w:ascii="Times New Roman" w:hAnsi="Times New Roman" w:cs="Times New Roman"/>
                <w:color w:val="FF0000"/>
                <w:sz w:val="24"/>
                <w:szCs w:val="24"/>
              </w:rPr>
            </w:pPr>
            <w:r w:rsidRPr="008E0F1F">
              <w:rPr>
                <w:rFonts w:ascii="Times New Roman" w:hAnsi="Times New Roman" w:cs="Times New Roman"/>
                <w:color w:val="FF0000"/>
                <w:sz w:val="24"/>
                <w:szCs w:val="24"/>
              </w:rPr>
              <w:t>B. Plastic bags are banned here.</w:t>
            </w:r>
          </w:p>
          <w:p w14:paraId="330C531F" w14:textId="77777777" w:rsidR="008E0F1F" w:rsidRPr="000A4028" w:rsidRDefault="008E0F1F" w:rsidP="001737AE">
            <w:pPr>
              <w:spacing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C. Please put your trash in plastic bags.</w:t>
            </w:r>
          </w:p>
          <w:p w14:paraId="7ADD96F6" w14:textId="77777777" w:rsidR="008E0F1F" w:rsidRPr="000A4028" w:rsidRDefault="008E0F1F" w:rsidP="001737AE">
            <w:pPr>
              <w:spacing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D. You can buy reusable bags here.</w:t>
            </w:r>
          </w:p>
          <w:p w14:paraId="21F55F3E" w14:textId="77777777" w:rsidR="008E0F1F" w:rsidRPr="000A4028" w:rsidRDefault="008E0F1F" w:rsidP="001737AE">
            <w:pPr>
              <w:spacing w:line="240" w:lineRule="atLeast"/>
              <w:contextualSpacing/>
              <w:rPr>
                <w:rFonts w:ascii="Times New Roman" w:hAnsi="Times New Roman" w:cs="Times New Roman"/>
                <w:sz w:val="24"/>
                <w:szCs w:val="24"/>
              </w:rPr>
            </w:pPr>
          </w:p>
        </w:tc>
      </w:tr>
    </w:tbl>
    <w:p w14:paraId="6DD694B5"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t>Read the following passage and mark the letter A, B, C, or D on your answer sheet to indicate the correct word that best fits each of the numbered blank.</w:t>
      </w:r>
    </w:p>
    <w:p w14:paraId="7E824956" w14:textId="08EB1E76" w:rsidR="008F5758" w:rsidRPr="000A4028" w:rsidRDefault="008F5758" w:rsidP="00955EBA">
      <w:pPr>
        <w:spacing w:after="0" w:line="240" w:lineRule="atLeast"/>
        <w:contextualSpacing/>
        <w:jc w:val="both"/>
        <w:rPr>
          <w:rFonts w:ascii="Times New Roman" w:hAnsi="Times New Roman" w:cs="Times New Roman"/>
          <w:sz w:val="24"/>
          <w:szCs w:val="24"/>
        </w:rPr>
      </w:pPr>
      <w:r w:rsidRPr="000A4028">
        <w:rPr>
          <w:rFonts w:ascii="Times New Roman" w:hAnsi="Times New Roman" w:cs="Times New Roman"/>
          <w:sz w:val="24"/>
          <w:szCs w:val="24"/>
        </w:rPr>
        <w:t>The way people learn English today is quite different (27) ______ that in the past. Years ago, students mainly studied from textbooks and copied long grammar rules. They tried to learn new words and</w:t>
      </w:r>
      <w:r w:rsidR="00955EBA">
        <w:rPr>
          <w:rFonts w:ascii="Times New Roman" w:hAnsi="Times New Roman" w:cs="Times New Roman"/>
          <w:sz w:val="24"/>
          <w:szCs w:val="24"/>
          <w:lang w:val="vi-VN"/>
        </w:rPr>
        <w:t xml:space="preserve"> </w:t>
      </w:r>
      <w:r w:rsidRPr="000A4028">
        <w:rPr>
          <w:rFonts w:ascii="Times New Roman" w:hAnsi="Times New Roman" w:cs="Times New Roman"/>
          <w:sz w:val="24"/>
          <w:szCs w:val="24"/>
        </w:rPr>
        <w:t xml:space="preserve">structures (28) ______, yet they struggled to apply them correctly. In fact, many students </w:t>
      </w:r>
      <w:r w:rsidRPr="00F812BA">
        <w:rPr>
          <w:rFonts w:ascii="Times New Roman" w:hAnsi="Times New Roman" w:cs="Times New Roman"/>
          <w:sz w:val="24"/>
          <w:szCs w:val="24"/>
          <w:highlight w:val="yellow"/>
        </w:rPr>
        <w:t>spent</w:t>
      </w:r>
      <w:r w:rsidRPr="000A4028">
        <w:rPr>
          <w:rFonts w:ascii="Times New Roman" w:hAnsi="Times New Roman" w:cs="Times New Roman"/>
          <w:sz w:val="24"/>
          <w:szCs w:val="24"/>
        </w:rPr>
        <w:t xml:space="preserve"> a lot of time (29) ______, but they had very little chance to </w:t>
      </w:r>
      <w:proofErr w:type="spellStart"/>
      <w:r w:rsidRPr="000A4028">
        <w:rPr>
          <w:rFonts w:ascii="Times New Roman" w:hAnsi="Times New Roman" w:cs="Times New Roman"/>
          <w:sz w:val="24"/>
          <w:szCs w:val="24"/>
        </w:rPr>
        <w:t>practise</w:t>
      </w:r>
      <w:proofErr w:type="spellEnd"/>
      <w:r w:rsidRPr="000A4028">
        <w:rPr>
          <w:rFonts w:ascii="Times New Roman" w:hAnsi="Times New Roman" w:cs="Times New Roman"/>
          <w:sz w:val="24"/>
          <w:szCs w:val="24"/>
        </w:rPr>
        <w:t xml:space="preserve"> speaking.</w:t>
      </w:r>
    </w:p>
    <w:p w14:paraId="67446213" w14:textId="77777777" w:rsidR="008F5758" w:rsidRPr="000A4028" w:rsidRDefault="008F5758" w:rsidP="00955EBA">
      <w:pPr>
        <w:spacing w:after="0" w:line="240" w:lineRule="atLeast"/>
        <w:contextualSpacing/>
        <w:jc w:val="both"/>
        <w:rPr>
          <w:rFonts w:ascii="Times New Roman" w:hAnsi="Times New Roman" w:cs="Times New Roman"/>
          <w:sz w:val="24"/>
          <w:szCs w:val="24"/>
        </w:rPr>
      </w:pPr>
      <w:r w:rsidRPr="000A4028">
        <w:rPr>
          <w:rFonts w:ascii="Times New Roman" w:hAnsi="Times New Roman" w:cs="Times New Roman"/>
          <w:sz w:val="24"/>
          <w:szCs w:val="24"/>
        </w:rPr>
        <w:lastRenderedPageBreak/>
        <w:t xml:space="preserve">However, modern English learning is more interactive and practical. Students now use digital platforms (30) ______ they can watch videos, </w:t>
      </w:r>
      <w:proofErr w:type="spellStart"/>
      <w:r w:rsidRPr="000A4028">
        <w:rPr>
          <w:rFonts w:ascii="Times New Roman" w:hAnsi="Times New Roman" w:cs="Times New Roman"/>
          <w:sz w:val="24"/>
          <w:szCs w:val="24"/>
        </w:rPr>
        <w:t>practise</w:t>
      </w:r>
      <w:proofErr w:type="spellEnd"/>
      <w:r w:rsidRPr="000A4028">
        <w:rPr>
          <w:rFonts w:ascii="Times New Roman" w:hAnsi="Times New Roman" w:cs="Times New Roman"/>
          <w:sz w:val="24"/>
          <w:szCs w:val="24"/>
        </w:rPr>
        <w:t xml:space="preserve"> listening, and even talk to native speakers. </w:t>
      </w:r>
      <w:r w:rsidRPr="00F812BA">
        <w:rPr>
          <w:rFonts w:ascii="Times New Roman" w:hAnsi="Times New Roman" w:cs="Times New Roman"/>
          <w:sz w:val="24"/>
          <w:szCs w:val="24"/>
          <w:highlight w:val="yellow"/>
        </w:rPr>
        <w:t>A large number of learners</w:t>
      </w:r>
      <w:r w:rsidRPr="000A4028">
        <w:rPr>
          <w:rFonts w:ascii="Times New Roman" w:hAnsi="Times New Roman" w:cs="Times New Roman"/>
          <w:sz w:val="24"/>
          <w:szCs w:val="24"/>
        </w:rPr>
        <w:t xml:space="preserve"> (31) ______ online materials at home. In addition, teachers often encourage students to </w:t>
      </w:r>
      <w:proofErr w:type="spellStart"/>
      <w:r w:rsidRPr="000A4028">
        <w:rPr>
          <w:rFonts w:ascii="Times New Roman" w:hAnsi="Times New Roman" w:cs="Times New Roman"/>
          <w:sz w:val="24"/>
          <w:szCs w:val="24"/>
        </w:rPr>
        <w:t>practise</w:t>
      </w:r>
      <w:proofErr w:type="spellEnd"/>
      <w:r w:rsidRPr="000A4028">
        <w:rPr>
          <w:rFonts w:ascii="Times New Roman" w:hAnsi="Times New Roman" w:cs="Times New Roman"/>
          <w:sz w:val="24"/>
          <w:szCs w:val="24"/>
        </w:rPr>
        <w:t xml:space="preserve"> speaking actively in class. (32) ______, students have more chances to use English in real situations.</w:t>
      </w:r>
    </w:p>
    <w:p w14:paraId="45735A3A" w14:textId="02C2DFE9" w:rsidR="008F5758" w:rsidRDefault="008F5758" w:rsidP="008F575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27.</w:t>
      </w:r>
      <w:r w:rsidRPr="000A4028">
        <w:rPr>
          <w:rFonts w:ascii="Times New Roman" w:hAnsi="Times New Roman" w:cs="Times New Roman"/>
          <w:sz w:val="24"/>
          <w:szCs w:val="24"/>
        </w:rPr>
        <w:t xml:space="preserve"> A. </w:t>
      </w:r>
      <w:r w:rsidRPr="000D7C35">
        <w:rPr>
          <w:rFonts w:ascii="Times New Roman" w:hAnsi="Times New Roman" w:cs="Times New Roman"/>
          <w:color w:val="FF0000"/>
          <w:sz w:val="24"/>
          <w:szCs w:val="24"/>
        </w:rPr>
        <w:t xml:space="preserve">from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 xml:space="preserve">B. into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 xml:space="preserve">C. at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D. with</w:t>
      </w:r>
    </w:p>
    <w:p w14:paraId="09148E3E" w14:textId="380D8D48" w:rsidR="00613702" w:rsidRDefault="00613702" w:rsidP="0037173E">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A be different from B = A khác B [adj]</w:t>
      </w:r>
    </w:p>
    <w:p w14:paraId="0B2BC5D1" w14:textId="110038B6" w:rsidR="00613702" w:rsidRPr="00613702" w:rsidRDefault="00613702" w:rsidP="0037173E">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differences between A and B = có sự khác nhau giữa A và B [N]</w:t>
      </w:r>
    </w:p>
    <w:p w14:paraId="75594F6A" w14:textId="2E982F5B" w:rsidR="008F5758" w:rsidRDefault="008F5758" w:rsidP="008F575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28.</w:t>
      </w:r>
      <w:r w:rsidRPr="000A4028">
        <w:rPr>
          <w:rFonts w:ascii="Times New Roman" w:hAnsi="Times New Roman" w:cs="Times New Roman"/>
          <w:sz w:val="24"/>
          <w:szCs w:val="24"/>
        </w:rPr>
        <w:t xml:space="preserve"> A. </w:t>
      </w:r>
      <w:r w:rsidRPr="000D7C35">
        <w:rPr>
          <w:rFonts w:ascii="Times New Roman" w:hAnsi="Times New Roman" w:cs="Times New Roman"/>
          <w:color w:val="FF0000"/>
          <w:sz w:val="24"/>
          <w:szCs w:val="24"/>
        </w:rPr>
        <w:t xml:space="preserve">by heart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 xml:space="preserve">B. into heart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 xml:space="preserve">C. from heart    </w:t>
      </w:r>
      <w:r>
        <w:rPr>
          <w:rFonts w:ascii="Times New Roman" w:hAnsi="Times New Roman" w:cs="Times New Roman"/>
          <w:sz w:val="24"/>
          <w:szCs w:val="24"/>
        </w:rPr>
        <w:tab/>
      </w:r>
      <w:r w:rsidRPr="000A4028">
        <w:rPr>
          <w:rFonts w:ascii="Times New Roman" w:hAnsi="Times New Roman" w:cs="Times New Roman"/>
          <w:sz w:val="24"/>
          <w:szCs w:val="24"/>
        </w:rPr>
        <w:t>D. with heart</w:t>
      </w:r>
    </w:p>
    <w:p w14:paraId="1F5D9059" w14:textId="301D59BF" w:rsidR="00F812BA" w:rsidRDefault="00F812BA" w:rsidP="0037173E">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learn by heart = học thuộc lòng</w:t>
      </w:r>
    </w:p>
    <w:p w14:paraId="7108C083" w14:textId="3ED635FB" w:rsidR="00F812BA" w:rsidRPr="00F812BA" w:rsidRDefault="00F812BA" w:rsidP="0037173E">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sz w:val="24"/>
          <w:szCs w:val="24"/>
          <w:lang w:val="vi-VN"/>
        </w:rPr>
      </w:pPr>
      <w:r>
        <w:rPr>
          <w:rFonts w:ascii="Times New Roman" w:hAnsi="Times New Roman" w:cs="Times New Roman"/>
          <w:sz w:val="24"/>
          <w:szCs w:val="24"/>
          <w:lang w:val="vi-VN"/>
        </w:rPr>
        <w:t>learn by rote = học vẹt</w:t>
      </w:r>
    </w:p>
    <w:p w14:paraId="7E48885F" w14:textId="77777777" w:rsidR="008F5758" w:rsidRPr="000A4028" w:rsidRDefault="008F5758" w:rsidP="008F575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29.</w:t>
      </w:r>
      <w:r>
        <w:rPr>
          <w:rFonts w:ascii="Times New Roman" w:hAnsi="Times New Roman" w:cs="Times New Roman"/>
          <w:b/>
          <w:bCs/>
          <w:sz w:val="24"/>
          <w:szCs w:val="24"/>
        </w:rPr>
        <w:tab/>
      </w:r>
      <w:r w:rsidRPr="000A4028">
        <w:rPr>
          <w:rFonts w:ascii="Times New Roman" w:hAnsi="Times New Roman" w:cs="Times New Roman"/>
          <w:sz w:val="24"/>
          <w:szCs w:val="24"/>
        </w:rPr>
        <w:t xml:space="preserve">A. </w:t>
      </w:r>
      <w:r w:rsidRPr="00955EBA">
        <w:rPr>
          <w:rFonts w:ascii="Times New Roman" w:hAnsi="Times New Roman" w:cs="Times New Roman"/>
          <w:color w:val="000000" w:themeColor="text1"/>
          <w:sz w:val="24"/>
          <w:szCs w:val="24"/>
        </w:rPr>
        <w:t xml:space="preserve">doing writing exercises    </w:t>
      </w:r>
      <w:r w:rsidRPr="00955EBA">
        <w:rPr>
          <w:rFonts w:ascii="Times New Roman" w:hAnsi="Times New Roman" w:cs="Times New Roman"/>
          <w:color w:val="000000" w:themeColor="text1"/>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B. to doing writing exercises</w:t>
      </w:r>
    </w:p>
    <w:p w14:paraId="3FA48FE2" w14:textId="1A527413" w:rsidR="008F5758" w:rsidRDefault="008F5758" w:rsidP="008F5758">
      <w:pPr>
        <w:spacing w:after="0" w:line="240" w:lineRule="atLeast"/>
        <w:ind w:left="720" w:firstLine="720"/>
        <w:contextualSpacing/>
        <w:rPr>
          <w:rFonts w:ascii="Times New Roman" w:hAnsi="Times New Roman" w:cs="Times New Roman"/>
          <w:color w:val="FF0000"/>
          <w:sz w:val="24"/>
          <w:szCs w:val="24"/>
        </w:rPr>
      </w:pPr>
      <w:r w:rsidRPr="000A4028">
        <w:rPr>
          <w:rFonts w:ascii="Times New Roman" w:hAnsi="Times New Roman" w:cs="Times New Roman"/>
          <w:sz w:val="24"/>
          <w:szCs w:val="24"/>
        </w:rPr>
        <w:t xml:space="preserve">C. to do written exercises    </w:t>
      </w:r>
      <w:r>
        <w:rPr>
          <w:rFonts w:ascii="Times New Roman" w:hAnsi="Times New Roman" w:cs="Times New Roman"/>
          <w:sz w:val="24"/>
          <w:szCs w:val="24"/>
        </w:rPr>
        <w:tab/>
      </w:r>
      <w:r>
        <w:rPr>
          <w:rFonts w:ascii="Times New Roman" w:hAnsi="Times New Roman" w:cs="Times New Roman"/>
          <w:sz w:val="24"/>
          <w:szCs w:val="24"/>
        </w:rPr>
        <w:tab/>
      </w:r>
      <w:r w:rsidRPr="00955EBA">
        <w:rPr>
          <w:rFonts w:ascii="Times New Roman" w:hAnsi="Times New Roman" w:cs="Times New Roman"/>
          <w:color w:val="FF0000"/>
          <w:sz w:val="24"/>
          <w:szCs w:val="24"/>
        </w:rPr>
        <w:t>D. doing written exercises</w:t>
      </w:r>
    </w:p>
    <w:p w14:paraId="683BC55B" w14:textId="78393E57" w:rsidR="00F812BA" w:rsidRPr="00F812BA" w:rsidRDefault="00F812BA" w:rsidP="0037173E">
      <w:pPr>
        <w:pBdr>
          <w:top w:val="dotted" w:sz="18" w:space="1" w:color="FF0000"/>
          <w:left w:val="dotted" w:sz="18" w:space="4" w:color="FF0000"/>
          <w:bottom w:val="dotted" w:sz="18" w:space="1" w:color="FF0000"/>
          <w:right w:val="dotted" w:sz="18" w:space="4" w:color="FF0000"/>
        </w:pBdr>
        <w:spacing w:after="0" w:line="240" w:lineRule="atLeast"/>
        <w:ind w:left="720" w:firstLine="720"/>
        <w:contextualSpacing/>
        <w:rPr>
          <w:rFonts w:ascii="Times New Roman" w:hAnsi="Times New Roman" w:cs="Times New Roman"/>
          <w:color w:val="000000" w:themeColor="text1"/>
          <w:sz w:val="24"/>
          <w:szCs w:val="24"/>
          <w:lang w:val="vi-VN"/>
        </w:rPr>
      </w:pPr>
      <w:r w:rsidRPr="00F812BA">
        <w:rPr>
          <w:rFonts w:ascii="Times New Roman" w:hAnsi="Times New Roman" w:cs="Times New Roman"/>
          <w:color w:val="000000" w:themeColor="text1"/>
          <w:sz w:val="24"/>
          <w:szCs w:val="24"/>
        </w:rPr>
        <w:t>written exercises</w:t>
      </w:r>
      <w:r w:rsidRPr="00F812BA">
        <w:rPr>
          <w:rFonts w:ascii="Times New Roman" w:hAnsi="Times New Roman" w:cs="Times New Roman"/>
          <w:color w:val="000000" w:themeColor="text1"/>
          <w:sz w:val="24"/>
          <w:szCs w:val="24"/>
          <w:lang w:val="vi-VN"/>
        </w:rPr>
        <w:t xml:space="preserve"> = bài tập dạng viết</w:t>
      </w:r>
    </w:p>
    <w:p w14:paraId="2730B62F" w14:textId="77777777" w:rsidR="008F5758" w:rsidRPr="000A4028" w:rsidRDefault="008F5758" w:rsidP="008F575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30.</w:t>
      </w:r>
      <w:r w:rsidRPr="000A4028">
        <w:rPr>
          <w:rFonts w:ascii="Times New Roman" w:hAnsi="Times New Roman" w:cs="Times New Roman"/>
          <w:sz w:val="24"/>
          <w:szCs w:val="24"/>
        </w:rPr>
        <w:t xml:space="preserve"> A. </w:t>
      </w:r>
      <w:r w:rsidRPr="000D7C35">
        <w:rPr>
          <w:rFonts w:ascii="Times New Roman" w:hAnsi="Times New Roman" w:cs="Times New Roman"/>
          <w:color w:val="FF0000"/>
          <w:sz w:val="24"/>
          <w:szCs w:val="24"/>
        </w:rPr>
        <w:t xml:space="preserve">where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 xml:space="preserve">B. whose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 xml:space="preserve">C. when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D. who</w:t>
      </w:r>
    </w:p>
    <w:p w14:paraId="12C9DDD4" w14:textId="77777777" w:rsidR="008F5758" w:rsidRPr="000A4028" w:rsidRDefault="008F5758" w:rsidP="008F575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31.</w:t>
      </w:r>
      <w:r w:rsidRPr="000A4028">
        <w:rPr>
          <w:rFonts w:ascii="Times New Roman" w:hAnsi="Times New Roman" w:cs="Times New Roman"/>
          <w:sz w:val="24"/>
          <w:szCs w:val="24"/>
        </w:rPr>
        <w:t xml:space="preserve"> A. </w:t>
      </w:r>
      <w:r w:rsidRPr="00955EBA">
        <w:rPr>
          <w:rFonts w:ascii="Times New Roman" w:hAnsi="Times New Roman" w:cs="Times New Roman"/>
          <w:color w:val="FF0000"/>
          <w:sz w:val="24"/>
          <w:szCs w:val="24"/>
        </w:rPr>
        <w:t xml:space="preserve">can easily access    </w:t>
      </w:r>
      <w:r>
        <w:rPr>
          <w:rFonts w:ascii="Times New Roman" w:hAnsi="Times New Roman" w:cs="Times New Roman"/>
          <w:sz w:val="24"/>
          <w:szCs w:val="24"/>
        </w:rPr>
        <w:tab/>
      </w:r>
      <w:r w:rsidRPr="000A4028">
        <w:rPr>
          <w:rFonts w:ascii="Times New Roman" w:hAnsi="Times New Roman" w:cs="Times New Roman"/>
          <w:sz w:val="24"/>
          <w:szCs w:val="24"/>
        </w:rPr>
        <w:t xml:space="preserve">B. easily can access    C. can access easy    </w:t>
      </w:r>
      <w:r>
        <w:rPr>
          <w:rFonts w:ascii="Times New Roman" w:hAnsi="Times New Roman" w:cs="Times New Roman"/>
          <w:sz w:val="24"/>
          <w:szCs w:val="24"/>
        </w:rPr>
        <w:tab/>
      </w:r>
      <w:r w:rsidRPr="000A4028">
        <w:rPr>
          <w:rFonts w:ascii="Times New Roman" w:hAnsi="Times New Roman" w:cs="Times New Roman"/>
          <w:sz w:val="24"/>
          <w:szCs w:val="24"/>
        </w:rPr>
        <w:t>D. access can easily</w:t>
      </w:r>
    </w:p>
    <w:p w14:paraId="654FBCB2" w14:textId="77777777" w:rsidR="008F5758" w:rsidRPr="000A4028" w:rsidRDefault="008F5758" w:rsidP="008F5758">
      <w:pPr>
        <w:spacing w:after="0" w:line="240" w:lineRule="atLeast"/>
        <w:contextualSpacing/>
        <w:rPr>
          <w:rFonts w:ascii="Times New Roman" w:hAnsi="Times New Roman" w:cs="Times New Roman"/>
          <w:sz w:val="24"/>
          <w:szCs w:val="24"/>
        </w:rPr>
      </w:pPr>
      <w:r w:rsidRPr="000935E7">
        <w:rPr>
          <w:rFonts w:ascii="Times New Roman" w:hAnsi="Times New Roman" w:cs="Times New Roman"/>
          <w:b/>
          <w:bCs/>
          <w:sz w:val="24"/>
          <w:szCs w:val="24"/>
        </w:rPr>
        <w:t>Question 32.</w:t>
      </w:r>
      <w:r w:rsidRPr="000A4028">
        <w:rPr>
          <w:rFonts w:ascii="Times New Roman" w:hAnsi="Times New Roman" w:cs="Times New Roman"/>
          <w:sz w:val="24"/>
          <w:szCs w:val="24"/>
        </w:rPr>
        <w:t xml:space="preserve"> A. For example    </w:t>
      </w:r>
      <w:r>
        <w:rPr>
          <w:rFonts w:ascii="Times New Roman" w:hAnsi="Times New Roman" w:cs="Times New Roman"/>
          <w:sz w:val="24"/>
          <w:szCs w:val="24"/>
        </w:rPr>
        <w:tab/>
      </w:r>
      <w:r w:rsidRPr="000A4028">
        <w:rPr>
          <w:rFonts w:ascii="Times New Roman" w:hAnsi="Times New Roman" w:cs="Times New Roman"/>
          <w:sz w:val="24"/>
          <w:szCs w:val="24"/>
        </w:rPr>
        <w:t xml:space="preserve">B. </w:t>
      </w:r>
      <w:proofErr w:type="gramStart"/>
      <w:r w:rsidRPr="000A4028">
        <w:rPr>
          <w:rFonts w:ascii="Times New Roman" w:hAnsi="Times New Roman" w:cs="Times New Roman"/>
          <w:sz w:val="24"/>
          <w:szCs w:val="24"/>
        </w:rPr>
        <w:t>However</w:t>
      </w:r>
      <w:proofErr w:type="gramEnd"/>
      <w:r w:rsidRPr="000A4028">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 xml:space="preserve">C. Nevertheless    </w:t>
      </w:r>
      <w:r>
        <w:rPr>
          <w:rFonts w:ascii="Times New Roman" w:hAnsi="Times New Roman" w:cs="Times New Roman"/>
          <w:sz w:val="24"/>
          <w:szCs w:val="24"/>
        </w:rPr>
        <w:tab/>
      </w:r>
      <w:r w:rsidRPr="000A4028">
        <w:rPr>
          <w:rFonts w:ascii="Times New Roman" w:hAnsi="Times New Roman" w:cs="Times New Roman"/>
          <w:sz w:val="24"/>
          <w:szCs w:val="24"/>
        </w:rPr>
        <w:t xml:space="preserve">D. </w:t>
      </w:r>
      <w:r w:rsidRPr="00955EBA">
        <w:rPr>
          <w:rFonts w:ascii="Times New Roman" w:hAnsi="Times New Roman" w:cs="Times New Roman"/>
          <w:color w:val="FF0000"/>
          <w:sz w:val="24"/>
          <w:szCs w:val="24"/>
        </w:rPr>
        <w:t>Therefore</w:t>
      </w:r>
    </w:p>
    <w:p w14:paraId="3F06D8B9"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br/>
        <w:t>Mark the letter A, B, C, or D on your answer sheet to indicate the correct answer to each of the following questions.</w:t>
      </w:r>
    </w:p>
    <w:p w14:paraId="04B505CE"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t>Question 33. Put the sentences (a-c) in the correct order, then fill in the blank to make a logical text.</w:t>
      </w:r>
    </w:p>
    <w:p w14:paraId="2FAC6616"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Technology has significantly changed the way people live and work. The following points highlight its impact.</w:t>
      </w:r>
    </w:p>
    <w:p w14:paraId="03D520F4"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 xml:space="preserve">a. </w:t>
      </w:r>
      <w:r w:rsidRPr="00F72D4A">
        <w:rPr>
          <w:rFonts w:ascii="Times New Roman" w:hAnsi="Times New Roman" w:cs="Times New Roman"/>
          <w:sz w:val="24"/>
          <w:szCs w:val="24"/>
          <w:highlight w:val="yellow"/>
        </w:rPr>
        <w:t>As a result</w:t>
      </w:r>
      <w:r w:rsidRPr="000A4028">
        <w:rPr>
          <w:rFonts w:ascii="Times New Roman" w:hAnsi="Times New Roman" w:cs="Times New Roman"/>
          <w:sz w:val="24"/>
          <w:szCs w:val="24"/>
        </w:rPr>
        <w:t xml:space="preserve">, </w:t>
      </w:r>
      <w:r w:rsidRPr="00F72D4A">
        <w:rPr>
          <w:rFonts w:ascii="Times New Roman" w:hAnsi="Times New Roman" w:cs="Times New Roman"/>
          <w:sz w:val="24"/>
          <w:szCs w:val="24"/>
          <w:highlight w:val="lightGray"/>
        </w:rPr>
        <w:t>communication</w:t>
      </w:r>
      <w:r w:rsidRPr="000A4028">
        <w:rPr>
          <w:rFonts w:ascii="Times New Roman" w:hAnsi="Times New Roman" w:cs="Times New Roman"/>
          <w:sz w:val="24"/>
          <w:szCs w:val="24"/>
        </w:rPr>
        <w:t xml:space="preserve"> has become faster and more convenient than ever before.</w:t>
      </w:r>
    </w:p>
    <w:p w14:paraId="225DE4A5"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 xml:space="preserve">b. In addition, modern devices allow people to </w:t>
      </w:r>
      <w:r w:rsidRPr="00F72D4A">
        <w:rPr>
          <w:rFonts w:ascii="Times New Roman" w:hAnsi="Times New Roman" w:cs="Times New Roman"/>
          <w:sz w:val="24"/>
          <w:szCs w:val="24"/>
          <w:highlight w:val="lightGray"/>
        </w:rPr>
        <w:t>connect with others instantly across long distances</w:t>
      </w:r>
      <w:r w:rsidRPr="000A4028">
        <w:rPr>
          <w:rFonts w:ascii="Times New Roman" w:hAnsi="Times New Roman" w:cs="Times New Roman"/>
          <w:sz w:val="24"/>
          <w:szCs w:val="24"/>
        </w:rPr>
        <w:t>.</w:t>
      </w:r>
    </w:p>
    <w:p w14:paraId="071943AB"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 xml:space="preserve">c. </w:t>
      </w:r>
      <w:r w:rsidRPr="00F72D4A">
        <w:rPr>
          <w:rFonts w:ascii="Times New Roman" w:hAnsi="Times New Roman" w:cs="Times New Roman"/>
          <w:sz w:val="24"/>
          <w:szCs w:val="24"/>
          <w:highlight w:val="yellow"/>
        </w:rPr>
        <w:t>Firstly</w:t>
      </w:r>
      <w:r w:rsidRPr="000A4028">
        <w:rPr>
          <w:rFonts w:ascii="Times New Roman" w:hAnsi="Times New Roman" w:cs="Times New Roman"/>
          <w:sz w:val="24"/>
          <w:szCs w:val="24"/>
        </w:rPr>
        <w:t>, technology provides access to a vast amount of information within seconds.</w:t>
      </w:r>
    </w:p>
    <w:p w14:paraId="6F45B3A9" w14:textId="77777777" w:rsidR="008F5758" w:rsidRPr="00955EBA" w:rsidRDefault="008F5758" w:rsidP="008F5758">
      <w:pPr>
        <w:spacing w:after="0" w:line="240" w:lineRule="atLeast"/>
        <w:contextualSpacing/>
        <w:rPr>
          <w:rFonts w:ascii="Times New Roman" w:hAnsi="Times New Roman" w:cs="Times New Roman"/>
          <w:color w:val="FF0000"/>
          <w:sz w:val="24"/>
          <w:szCs w:val="24"/>
          <w:lang w:val="pt-PT"/>
        </w:rPr>
      </w:pPr>
      <w:r w:rsidRPr="000A4028">
        <w:rPr>
          <w:rFonts w:ascii="Times New Roman" w:hAnsi="Times New Roman" w:cs="Times New Roman"/>
          <w:sz w:val="24"/>
          <w:szCs w:val="24"/>
          <w:lang w:val="pt-PT"/>
        </w:rPr>
        <w:t xml:space="preserve">A. b - c - a    </w:t>
      </w:r>
      <w:r>
        <w:rPr>
          <w:rFonts w:ascii="Times New Roman" w:hAnsi="Times New Roman" w:cs="Times New Roman"/>
          <w:sz w:val="24"/>
          <w:szCs w:val="24"/>
          <w:lang w:val="pt-PT"/>
        </w:rPr>
        <w:tab/>
      </w:r>
      <w:r>
        <w:rPr>
          <w:rFonts w:ascii="Times New Roman" w:hAnsi="Times New Roman" w:cs="Times New Roman"/>
          <w:sz w:val="24"/>
          <w:szCs w:val="24"/>
          <w:lang w:val="pt-PT"/>
        </w:rPr>
        <w:tab/>
      </w:r>
      <w:r w:rsidRPr="000A4028">
        <w:rPr>
          <w:rFonts w:ascii="Times New Roman" w:hAnsi="Times New Roman" w:cs="Times New Roman"/>
          <w:sz w:val="24"/>
          <w:szCs w:val="24"/>
          <w:lang w:val="pt-PT"/>
        </w:rPr>
        <w:t xml:space="preserve">B. a - b - c    </w:t>
      </w:r>
      <w:r>
        <w:rPr>
          <w:rFonts w:ascii="Times New Roman" w:hAnsi="Times New Roman" w:cs="Times New Roman"/>
          <w:sz w:val="24"/>
          <w:szCs w:val="24"/>
          <w:lang w:val="pt-PT"/>
        </w:rPr>
        <w:tab/>
      </w:r>
      <w:r>
        <w:rPr>
          <w:rFonts w:ascii="Times New Roman" w:hAnsi="Times New Roman" w:cs="Times New Roman"/>
          <w:sz w:val="24"/>
          <w:szCs w:val="24"/>
          <w:lang w:val="pt-PT"/>
        </w:rPr>
        <w:tab/>
      </w:r>
      <w:proofErr w:type="spellStart"/>
      <w:r w:rsidRPr="000A4028">
        <w:rPr>
          <w:rFonts w:ascii="Times New Roman" w:hAnsi="Times New Roman" w:cs="Times New Roman"/>
          <w:sz w:val="24"/>
          <w:szCs w:val="24"/>
          <w:lang w:val="pt-PT"/>
        </w:rPr>
        <w:t>C</w:t>
      </w:r>
      <w:proofErr w:type="spellEnd"/>
      <w:r w:rsidRPr="000A4028">
        <w:rPr>
          <w:rFonts w:ascii="Times New Roman" w:hAnsi="Times New Roman" w:cs="Times New Roman"/>
          <w:sz w:val="24"/>
          <w:szCs w:val="24"/>
          <w:lang w:val="pt-PT"/>
        </w:rPr>
        <w:t xml:space="preserve">. b - a - c    </w:t>
      </w:r>
      <w:r>
        <w:rPr>
          <w:rFonts w:ascii="Times New Roman" w:hAnsi="Times New Roman" w:cs="Times New Roman"/>
          <w:sz w:val="24"/>
          <w:szCs w:val="24"/>
          <w:lang w:val="pt-PT"/>
        </w:rPr>
        <w:tab/>
      </w:r>
      <w:r>
        <w:rPr>
          <w:rFonts w:ascii="Times New Roman" w:hAnsi="Times New Roman" w:cs="Times New Roman"/>
          <w:sz w:val="24"/>
          <w:szCs w:val="24"/>
          <w:lang w:val="pt-PT"/>
        </w:rPr>
        <w:tab/>
      </w:r>
      <w:r w:rsidRPr="00955EBA">
        <w:rPr>
          <w:rFonts w:ascii="Times New Roman" w:hAnsi="Times New Roman" w:cs="Times New Roman"/>
          <w:color w:val="FF0000"/>
          <w:sz w:val="24"/>
          <w:szCs w:val="24"/>
          <w:lang w:val="pt-PT"/>
        </w:rPr>
        <w:t>D. c - b - a</w:t>
      </w:r>
    </w:p>
    <w:p w14:paraId="600A519B" w14:textId="77777777" w:rsidR="008F5758" w:rsidRPr="000A4028" w:rsidRDefault="008F5758" w:rsidP="008F5758">
      <w:pPr>
        <w:spacing w:after="0" w:line="240" w:lineRule="atLeast"/>
        <w:contextualSpacing/>
        <w:rPr>
          <w:rFonts w:ascii="Times New Roman" w:hAnsi="Times New Roman" w:cs="Times New Roman"/>
          <w:sz w:val="24"/>
          <w:szCs w:val="24"/>
        </w:rPr>
      </w:pPr>
      <w:r w:rsidRPr="00C75018">
        <w:rPr>
          <w:rFonts w:ascii="Times New Roman" w:hAnsi="Times New Roman" w:cs="Times New Roman"/>
          <w:b/>
          <w:sz w:val="24"/>
          <w:szCs w:val="24"/>
        </w:rPr>
        <w:br/>
      </w:r>
      <w:r w:rsidRPr="000A4028">
        <w:rPr>
          <w:rFonts w:ascii="Times New Roman" w:hAnsi="Times New Roman" w:cs="Times New Roman"/>
          <w:b/>
          <w:sz w:val="24"/>
          <w:szCs w:val="24"/>
        </w:rPr>
        <w:t>Question 34. Choose the sentence that can end the text most appropriately.</w:t>
      </w:r>
    </w:p>
    <w:p w14:paraId="06E980DA"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A. Many people spend a lot of time using their smartphones every day.</w:t>
      </w:r>
    </w:p>
    <w:p w14:paraId="4700E0FE"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B. However, not everyone has access to modern technology.</w:t>
      </w:r>
    </w:p>
    <w:p w14:paraId="07C45A27"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C. Technology companies are constantly developing new products.</w:t>
      </w:r>
    </w:p>
    <w:p w14:paraId="12C33089"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 xml:space="preserve">D. Therefore, it is essential to </w:t>
      </w:r>
      <w:r w:rsidRPr="00955EBA">
        <w:rPr>
          <w:rFonts w:ascii="Times New Roman" w:hAnsi="Times New Roman" w:cs="Times New Roman"/>
          <w:color w:val="FF0000"/>
          <w:sz w:val="24"/>
          <w:szCs w:val="24"/>
        </w:rPr>
        <w:t>use technology wisely to maximize its benefits</w:t>
      </w:r>
      <w:r w:rsidRPr="000A4028">
        <w:rPr>
          <w:rFonts w:ascii="Times New Roman" w:hAnsi="Times New Roman" w:cs="Times New Roman"/>
          <w:sz w:val="24"/>
          <w:szCs w:val="24"/>
        </w:rPr>
        <w:t>.</w:t>
      </w:r>
    </w:p>
    <w:p w14:paraId="6529AB3E"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br/>
        <w:t>Mark the letter A, B, C, or D on your answer sheet to indicate the sentence that is closest in meaning to the original sentence in each of the following questions.</w:t>
      </w:r>
    </w:p>
    <w:p w14:paraId="0A9B6190"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t>Question 35. The road is too dangerous for children to ride bicycles.</w:t>
      </w:r>
    </w:p>
    <w:p w14:paraId="05FA8458"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 xml:space="preserve">A. The road is </w:t>
      </w:r>
      <w:r w:rsidRPr="00955EBA">
        <w:rPr>
          <w:rFonts w:ascii="Times New Roman" w:hAnsi="Times New Roman" w:cs="Times New Roman"/>
          <w:color w:val="FF0000"/>
          <w:sz w:val="24"/>
          <w:szCs w:val="24"/>
        </w:rPr>
        <w:t xml:space="preserve">so dangerous that children can’t </w:t>
      </w:r>
      <w:r w:rsidRPr="000A4028">
        <w:rPr>
          <w:rFonts w:ascii="Times New Roman" w:hAnsi="Times New Roman" w:cs="Times New Roman"/>
          <w:sz w:val="24"/>
          <w:szCs w:val="24"/>
        </w:rPr>
        <w:t>ride bicycles on it.</w:t>
      </w:r>
    </w:p>
    <w:p w14:paraId="76B3CBD4"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 xml:space="preserve">B. Children </w:t>
      </w:r>
      <w:r w:rsidRPr="00F72D4A">
        <w:rPr>
          <w:rFonts w:ascii="Times New Roman" w:hAnsi="Times New Roman" w:cs="Times New Roman"/>
          <w:sz w:val="24"/>
          <w:szCs w:val="24"/>
          <w:highlight w:val="cyan"/>
        </w:rPr>
        <w:t>should ride bicycles</w:t>
      </w:r>
      <w:r w:rsidRPr="000A4028">
        <w:rPr>
          <w:rFonts w:ascii="Times New Roman" w:hAnsi="Times New Roman" w:cs="Times New Roman"/>
          <w:sz w:val="24"/>
          <w:szCs w:val="24"/>
        </w:rPr>
        <w:t xml:space="preserve"> unless the road is safe.</w:t>
      </w:r>
    </w:p>
    <w:p w14:paraId="6A9F7621"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 xml:space="preserve">C. The road is dangerous, </w:t>
      </w:r>
      <w:r w:rsidRPr="00F72D4A">
        <w:rPr>
          <w:rFonts w:ascii="Times New Roman" w:hAnsi="Times New Roman" w:cs="Times New Roman"/>
          <w:sz w:val="24"/>
          <w:szCs w:val="24"/>
          <w:highlight w:val="cyan"/>
        </w:rPr>
        <w:t>but children are allowed to ride bicycles</w:t>
      </w:r>
      <w:r w:rsidRPr="000A4028">
        <w:rPr>
          <w:rFonts w:ascii="Times New Roman" w:hAnsi="Times New Roman" w:cs="Times New Roman"/>
          <w:sz w:val="24"/>
          <w:szCs w:val="24"/>
        </w:rPr>
        <w:t>.</w:t>
      </w:r>
    </w:p>
    <w:p w14:paraId="0283C268"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D</w:t>
      </w:r>
      <w:r w:rsidRPr="00F72D4A">
        <w:rPr>
          <w:rFonts w:ascii="Times New Roman" w:hAnsi="Times New Roman" w:cs="Times New Roman"/>
          <w:sz w:val="24"/>
          <w:szCs w:val="24"/>
          <w:highlight w:val="cyan"/>
        </w:rPr>
        <w:t>. Children can ride bicycles on</w:t>
      </w:r>
      <w:r w:rsidRPr="000A4028">
        <w:rPr>
          <w:rFonts w:ascii="Times New Roman" w:hAnsi="Times New Roman" w:cs="Times New Roman"/>
          <w:sz w:val="24"/>
          <w:szCs w:val="24"/>
        </w:rPr>
        <w:t xml:space="preserve"> the road even though it is dangerous.</w:t>
      </w:r>
    </w:p>
    <w:p w14:paraId="79EB56C8" w14:textId="77777777" w:rsidR="00F72D4A" w:rsidRPr="0037173E" w:rsidRDefault="00F72D4A" w:rsidP="00F72D4A">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bCs/>
          <w:sz w:val="24"/>
          <w:szCs w:val="24"/>
          <w:lang w:val="vi-VN"/>
        </w:rPr>
      </w:pPr>
      <w:r w:rsidRPr="0037173E">
        <w:rPr>
          <w:rFonts w:ascii="Times New Roman" w:hAnsi="Times New Roman" w:cs="Times New Roman"/>
          <w:bCs/>
          <w:sz w:val="24"/>
          <w:szCs w:val="24"/>
        </w:rPr>
        <w:t>too</w:t>
      </w:r>
      <w:r w:rsidRPr="0037173E">
        <w:rPr>
          <w:rFonts w:ascii="Times New Roman" w:hAnsi="Times New Roman" w:cs="Times New Roman"/>
          <w:bCs/>
          <w:sz w:val="24"/>
          <w:szCs w:val="24"/>
          <w:lang w:val="vi-VN"/>
        </w:rPr>
        <w:t xml:space="preserve"> adj/adv for sb to do = quá mức để làm gì</w:t>
      </w:r>
    </w:p>
    <w:p w14:paraId="328B4900" w14:textId="77777777" w:rsidR="00F72D4A" w:rsidRPr="0037173E" w:rsidRDefault="00F72D4A" w:rsidP="00F72D4A">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bCs/>
          <w:sz w:val="24"/>
          <w:szCs w:val="24"/>
          <w:lang w:val="vi-VN"/>
        </w:rPr>
      </w:pPr>
      <w:r w:rsidRPr="0037173E">
        <w:rPr>
          <w:rFonts w:ascii="Times New Roman" w:hAnsi="Times New Roman" w:cs="Times New Roman"/>
          <w:bCs/>
          <w:sz w:val="24"/>
          <w:szCs w:val="24"/>
        </w:rPr>
        <w:t>enough</w:t>
      </w:r>
      <w:r w:rsidRPr="0037173E">
        <w:rPr>
          <w:rFonts w:ascii="Times New Roman" w:hAnsi="Times New Roman" w:cs="Times New Roman"/>
          <w:bCs/>
          <w:sz w:val="24"/>
          <w:szCs w:val="24"/>
          <w:lang w:val="vi-VN"/>
        </w:rPr>
        <w:t xml:space="preserve"> Noun for sb to do = đủ để</w:t>
      </w:r>
    </w:p>
    <w:p w14:paraId="21722214" w14:textId="77777777" w:rsidR="00F72D4A" w:rsidRPr="0037173E" w:rsidRDefault="00F72D4A" w:rsidP="00F72D4A">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bCs/>
          <w:sz w:val="24"/>
          <w:szCs w:val="24"/>
          <w:lang w:val="vi-VN"/>
        </w:rPr>
      </w:pPr>
      <w:r w:rsidRPr="0037173E">
        <w:rPr>
          <w:rFonts w:ascii="Times New Roman" w:hAnsi="Times New Roman" w:cs="Times New Roman"/>
          <w:bCs/>
          <w:sz w:val="24"/>
          <w:szCs w:val="24"/>
        </w:rPr>
        <w:t>adj</w:t>
      </w:r>
      <w:r w:rsidRPr="0037173E">
        <w:rPr>
          <w:rFonts w:ascii="Times New Roman" w:hAnsi="Times New Roman" w:cs="Times New Roman"/>
          <w:bCs/>
          <w:sz w:val="24"/>
          <w:szCs w:val="24"/>
          <w:lang w:val="vi-VN"/>
        </w:rPr>
        <w:t>/adv enough for sb to do = đủ để</w:t>
      </w:r>
    </w:p>
    <w:p w14:paraId="564578FA" w14:textId="7973B4B3" w:rsidR="00F72D4A" w:rsidRPr="0037173E" w:rsidRDefault="00F72D4A" w:rsidP="00F72D4A">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bCs/>
          <w:sz w:val="24"/>
          <w:szCs w:val="24"/>
          <w:lang w:val="vi-VN"/>
        </w:rPr>
      </w:pPr>
      <w:r w:rsidRPr="0037173E">
        <w:rPr>
          <w:rFonts w:ascii="Times New Roman" w:hAnsi="Times New Roman" w:cs="Times New Roman"/>
          <w:bCs/>
          <w:sz w:val="24"/>
          <w:szCs w:val="24"/>
        </w:rPr>
        <w:t>so</w:t>
      </w:r>
      <w:r w:rsidRPr="0037173E">
        <w:rPr>
          <w:rFonts w:ascii="Times New Roman" w:hAnsi="Times New Roman" w:cs="Times New Roman"/>
          <w:bCs/>
          <w:sz w:val="24"/>
          <w:szCs w:val="24"/>
          <w:lang w:val="vi-VN"/>
        </w:rPr>
        <w:t xml:space="preserve"> adj/adv that SV = đến mức mà</w:t>
      </w:r>
    </w:p>
    <w:p w14:paraId="5E7AB9CD" w14:textId="77777777" w:rsidR="00F72D4A" w:rsidRPr="0037173E" w:rsidRDefault="00F72D4A" w:rsidP="00F72D4A">
      <w:pPr>
        <w:pBdr>
          <w:top w:val="dotted" w:sz="18" w:space="1" w:color="FF0000"/>
          <w:left w:val="dotted" w:sz="18" w:space="4" w:color="FF0000"/>
          <w:bottom w:val="dotted" w:sz="18" w:space="1" w:color="FF0000"/>
          <w:right w:val="dotted" w:sz="18" w:space="4" w:color="FF0000"/>
        </w:pBdr>
        <w:spacing w:after="0" w:line="240" w:lineRule="atLeast"/>
        <w:contextualSpacing/>
        <w:rPr>
          <w:rFonts w:ascii="Times New Roman" w:hAnsi="Times New Roman" w:cs="Times New Roman"/>
          <w:bCs/>
          <w:sz w:val="24"/>
          <w:szCs w:val="24"/>
          <w:lang w:val="vi-VN"/>
        </w:rPr>
      </w:pPr>
      <w:r w:rsidRPr="0037173E">
        <w:rPr>
          <w:rFonts w:ascii="Times New Roman" w:hAnsi="Times New Roman" w:cs="Times New Roman"/>
          <w:bCs/>
          <w:sz w:val="24"/>
          <w:szCs w:val="24"/>
        </w:rPr>
        <w:t>such</w:t>
      </w:r>
      <w:r w:rsidRPr="0037173E">
        <w:rPr>
          <w:rFonts w:ascii="Times New Roman" w:hAnsi="Times New Roman" w:cs="Times New Roman"/>
          <w:bCs/>
          <w:sz w:val="24"/>
          <w:szCs w:val="24"/>
          <w:lang w:val="vi-VN"/>
        </w:rPr>
        <w:t xml:space="preserve"> Noun that SV = đến mức mà</w:t>
      </w:r>
    </w:p>
    <w:p w14:paraId="13C5D146" w14:textId="5970FBDA"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br/>
        <w:t>Question 36. Sarah is a photographer. She bought a modern camera yesterday.</w:t>
      </w:r>
    </w:p>
    <w:p w14:paraId="26FA1478" w14:textId="1962595B" w:rsidR="008F5758" w:rsidRPr="00F72D4A" w:rsidRDefault="008F5758" w:rsidP="008F5758">
      <w:pPr>
        <w:spacing w:after="0" w:line="240" w:lineRule="atLeast"/>
        <w:contextualSpacing/>
        <w:rPr>
          <w:rFonts w:ascii="Times New Roman" w:hAnsi="Times New Roman" w:cs="Times New Roman"/>
          <w:sz w:val="24"/>
          <w:szCs w:val="24"/>
          <w:lang w:val="vi-VN"/>
        </w:rPr>
      </w:pPr>
      <w:r w:rsidRPr="000A4028">
        <w:rPr>
          <w:rFonts w:ascii="Times New Roman" w:hAnsi="Times New Roman" w:cs="Times New Roman"/>
          <w:sz w:val="24"/>
          <w:szCs w:val="24"/>
        </w:rPr>
        <w:t>A. Sarah, which bought a modern camera yesterday, is a photographer.</w:t>
      </w:r>
      <w:r w:rsidR="00F72D4A">
        <w:rPr>
          <w:rFonts w:ascii="Times New Roman" w:hAnsi="Times New Roman" w:cs="Times New Roman"/>
          <w:sz w:val="24"/>
          <w:szCs w:val="24"/>
          <w:lang w:val="vi-VN"/>
        </w:rPr>
        <w:t xml:space="preserve"> [Sarah là người]</w:t>
      </w:r>
    </w:p>
    <w:p w14:paraId="62F00640" w14:textId="39F32EB6" w:rsidR="008F5758" w:rsidRPr="00F72D4A" w:rsidRDefault="008F5758" w:rsidP="008F5758">
      <w:pPr>
        <w:spacing w:after="0" w:line="240" w:lineRule="atLeast"/>
        <w:contextualSpacing/>
        <w:rPr>
          <w:rFonts w:ascii="Times New Roman" w:hAnsi="Times New Roman" w:cs="Times New Roman"/>
          <w:sz w:val="24"/>
          <w:szCs w:val="24"/>
          <w:lang w:val="vi-VN"/>
        </w:rPr>
      </w:pPr>
      <w:r w:rsidRPr="000A4028">
        <w:rPr>
          <w:rFonts w:ascii="Times New Roman" w:hAnsi="Times New Roman" w:cs="Times New Roman"/>
          <w:sz w:val="24"/>
          <w:szCs w:val="24"/>
        </w:rPr>
        <w:t>B. Sarah, whose bought a modern camera yesterday, is a photographer.</w:t>
      </w:r>
      <w:r w:rsidR="00F72D4A">
        <w:rPr>
          <w:rFonts w:ascii="Times New Roman" w:hAnsi="Times New Roman" w:cs="Times New Roman"/>
          <w:sz w:val="24"/>
          <w:szCs w:val="24"/>
          <w:lang w:val="vi-VN"/>
        </w:rPr>
        <w:t xml:space="preserve"> [whose + Noun]</w:t>
      </w:r>
    </w:p>
    <w:p w14:paraId="2D2CAA1B"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sz w:val="24"/>
          <w:szCs w:val="24"/>
        </w:rPr>
        <w:t xml:space="preserve">C. </w:t>
      </w:r>
      <w:r w:rsidRPr="00955EBA">
        <w:rPr>
          <w:rFonts w:ascii="Times New Roman" w:hAnsi="Times New Roman" w:cs="Times New Roman"/>
          <w:color w:val="FF0000"/>
          <w:sz w:val="24"/>
          <w:szCs w:val="24"/>
        </w:rPr>
        <w:t xml:space="preserve">Sarah, who bought a modern camera </w:t>
      </w:r>
      <w:r w:rsidRPr="000A4028">
        <w:rPr>
          <w:rFonts w:ascii="Times New Roman" w:hAnsi="Times New Roman" w:cs="Times New Roman"/>
          <w:sz w:val="24"/>
          <w:szCs w:val="24"/>
        </w:rPr>
        <w:t>yesterday, is a photographer.</w:t>
      </w:r>
    </w:p>
    <w:p w14:paraId="25869405" w14:textId="55C1BFE2" w:rsidR="008F5758" w:rsidRPr="00F72D4A" w:rsidRDefault="008F5758" w:rsidP="008F5758">
      <w:pPr>
        <w:spacing w:after="0" w:line="240" w:lineRule="atLeast"/>
        <w:contextualSpacing/>
        <w:rPr>
          <w:rFonts w:ascii="Times New Roman" w:hAnsi="Times New Roman" w:cs="Times New Roman"/>
          <w:sz w:val="24"/>
          <w:szCs w:val="24"/>
          <w:lang w:val="vi-VN"/>
        </w:rPr>
      </w:pPr>
      <w:r w:rsidRPr="000A4028">
        <w:rPr>
          <w:rFonts w:ascii="Times New Roman" w:hAnsi="Times New Roman" w:cs="Times New Roman"/>
          <w:sz w:val="24"/>
          <w:szCs w:val="24"/>
        </w:rPr>
        <w:t>D. Sarah</w:t>
      </w:r>
      <w:r w:rsidRPr="00F72D4A">
        <w:rPr>
          <w:rFonts w:ascii="Times New Roman" w:hAnsi="Times New Roman" w:cs="Times New Roman"/>
          <w:sz w:val="24"/>
          <w:szCs w:val="24"/>
          <w:highlight w:val="cyan"/>
        </w:rPr>
        <w:t>, that</w:t>
      </w:r>
      <w:r w:rsidRPr="000A4028">
        <w:rPr>
          <w:rFonts w:ascii="Times New Roman" w:hAnsi="Times New Roman" w:cs="Times New Roman"/>
          <w:sz w:val="24"/>
          <w:szCs w:val="24"/>
        </w:rPr>
        <w:t xml:space="preserve"> bought a modern camera yesterday, is a photographer.</w:t>
      </w:r>
      <w:r w:rsidR="00F72D4A">
        <w:rPr>
          <w:rFonts w:ascii="Times New Roman" w:hAnsi="Times New Roman" w:cs="Times New Roman"/>
          <w:sz w:val="24"/>
          <w:szCs w:val="24"/>
          <w:lang w:val="vi-VN"/>
        </w:rPr>
        <w:t xml:space="preserve"> [that không nằm sau dấu phẩy]</w:t>
      </w:r>
    </w:p>
    <w:p w14:paraId="36E93EDC"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br/>
        <w:t>Mark the letter A, B, C, or D on your answer sheet to indicate the word whose underlined part differs from the other three in pronunciation in each of the following questions.</w:t>
      </w:r>
    </w:p>
    <w:p w14:paraId="2D1D5CDC" w14:textId="0A3B83A0" w:rsidR="008F5758" w:rsidRPr="00794907" w:rsidRDefault="008F5758" w:rsidP="008F5758">
      <w:pPr>
        <w:spacing w:after="0" w:line="240" w:lineRule="atLeast"/>
        <w:contextualSpacing/>
        <w:rPr>
          <w:rFonts w:ascii="Times New Roman" w:hAnsi="Times New Roman" w:cs="Times New Roman"/>
          <w:sz w:val="24"/>
          <w:szCs w:val="24"/>
          <w:lang w:val="vi-VN"/>
        </w:rPr>
      </w:pPr>
      <w:r w:rsidRPr="000935E7">
        <w:rPr>
          <w:rFonts w:ascii="Times New Roman" w:hAnsi="Times New Roman" w:cs="Times New Roman"/>
          <w:b/>
          <w:bCs/>
          <w:sz w:val="24"/>
          <w:szCs w:val="24"/>
        </w:rPr>
        <w:t>Question 37.</w:t>
      </w:r>
      <w:r w:rsidRPr="000A4028">
        <w:rPr>
          <w:rFonts w:ascii="Times New Roman" w:hAnsi="Times New Roman" w:cs="Times New Roman"/>
          <w:sz w:val="24"/>
          <w:szCs w:val="24"/>
        </w:rPr>
        <w:t xml:space="preserve"> A. </w:t>
      </w:r>
      <w:r w:rsidRPr="005F7641">
        <w:rPr>
          <w:rFonts w:ascii="Times New Roman" w:hAnsi="Times New Roman" w:cs="Times New Roman"/>
          <w:color w:val="FF0000"/>
          <w:sz w:val="24"/>
          <w:szCs w:val="24"/>
        </w:rPr>
        <w:t>tr</w:t>
      </w:r>
      <w:r w:rsidRPr="005F7641">
        <w:rPr>
          <w:rFonts w:ascii="Times New Roman" w:hAnsi="Times New Roman" w:cs="Times New Roman"/>
          <w:b/>
          <w:bCs/>
          <w:i/>
          <w:iCs/>
          <w:color w:val="FF0000"/>
          <w:sz w:val="24"/>
          <w:szCs w:val="24"/>
          <w:u w:val="single"/>
        </w:rPr>
        <w:t>ea</w:t>
      </w:r>
      <w:r w:rsidRPr="005F7641">
        <w:rPr>
          <w:rFonts w:ascii="Times New Roman" w:hAnsi="Times New Roman" w:cs="Times New Roman"/>
          <w:color w:val="FF0000"/>
          <w:sz w:val="24"/>
          <w:szCs w:val="24"/>
        </w:rPr>
        <w:t xml:space="preserve">t </w:t>
      </w:r>
      <w:proofErr w:type="spellStart"/>
      <w:r w:rsidR="00794907" w:rsidRPr="00794907">
        <w:rPr>
          <w:rFonts w:ascii="Times New Roman" w:hAnsi="Times New Roman" w:cs="Times New Roman"/>
          <w:sz w:val="24"/>
          <w:szCs w:val="24"/>
        </w:rPr>
        <w:t>i</w:t>
      </w:r>
      <w:proofErr w:type="spellEnd"/>
      <w:r w:rsidR="00794907" w:rsidRPr="00794907">
        <w:rPr>
          <w:rFonts w:ascii="Times New Roman" w:hAnsi="Times New Roman" w:cs="Times New Roman"/>
          <w:sz w:val="24"/>
          <w:szCs w:val="24"/>
        </w:rPr>
        <w:t>ː</w:t>
      </w:r>
      <w:r w:rsidRPr="000A4028">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B. thr</w:t>
      </w:r>
      <w:r w:rsidRPr="000935E7">
        <w:rPr>
          <w:rFonts w:ascii="Times New Roman" w:hAnsi="Times New Roman" w:cs="Times New Roman"/>
          <w:b/>
          <w:bCs/>
          <w:i/>
          <w:iCs/>
          <w:sz w:val="24"/>
          <w:szCs w:val="24"/>
          <w:u w:val="single"/>
        </w:rPr>
        <w:t>ea</w:t>
      </w:r>
      <w:r w:rsidRPr="000A4028">
        <w:rPr>
          <w:rFonts w:ascii="Times New Roman" w:hAnsi="Times New Roman" w:cs="Times New Roman"/>
          <w:sz w:val="24"/>
          <w:szCs w:val="24"/>
        </w:rPr>
        <w:t xml:space="preserve">t </w:t>
      </w:r>
      <w:r w:rsidR="00794907" w:rsidRPr="00794907">
        <w:rPr>
          <w:rFonts w:ascii="Times New Roman" w:hAnsi="Times New Roman" w:cs="Times New Roman"/>
          <w:sz w:val="24"/>
          <w:szCs w:val="24"/>
        </w:rPr>
        <w:t>e</w:t>
      </w:r>
      <w:r w:rsidRPr="000A4028">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C. spr</w:t>
      </w:r>
      <w:r w:rsidRPr="000935E7">
        <w:rPr>
          <w:rFonts w:ascii="Times New Roman" w:hAnsi="Times New Roman" w:cs="Times New Roman"/>
          <w:b/>
          <w:bCs/>
          <w:i/>
          <w:iCs/>
          <w:sz w:val="24"/>
          <w:szCs w:val="24"/>
          <w:u w:val="single"/>
        </w:rPr>
        <w:t>ea</w:t>
      </w:r>
      <w:r w:rsidRPr="000A4028">
        <w:rPr>
          <w:rFonts w:ascii="Times New Roman" w:hAnsi="Times New Roman" w:cs="Times New Roman"/>
          <w:sz w:val="24"/>
          <w:szCs w:val="24"/>
        </w:rPr>
        <w:t>d</w:t>
      </w:r>
      <w:r w:rsidR="00794907">
        <w:rPr>
          <w:rFonts w:ascii="Times New Roman" w:hAnsi="Times New Roman" w:cs="Times New Roman"/>
          <w:sz w:val="24"/>
          <w:szCs w:val="24"/>
          <w:lang w:val="vi-VN"/>
        </w:rPr>
        <w:t xml:space="preserve"> </w:t>
      </w:r>
      <w:r w:rsidR="00794907" w:rsidRPr="00794907">
        <w:rPr>
          <w:rFonts w:ascii="Times New Roman" w:hAnsi="Times New Roman" w:cs="Times New Roman"/>
          <w:sz w:val="24"/>
          <w:szCs w:val="24"/>
          <w:lang w:val="vi-VN"/>
        </w:rPr>
        <w:t>e</w:t>
      </w:r>
      <w:r w:rsidRPr="000A4028">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D. pl</w:t>
      </w:r>
      <w:r w:rsidRPr="000935E7">
        <w:rPr>
          <w:rFonts w:ascii="Times New Roman" w:hAnsi="Times New Roman" w:cs="Times New Roman"/>
          <w:b/>
          <w:bCs/>
          <w:i/>
          <w:iCs/>
          <w:sz w:val="24"/>
          <w:szCs w:val="24"/>
          <w:u w:val="single"/>
        </w:rPr>
        <w:t>ea</w:t>
      </w:r>
      <w:r w:rsidRPr="000A4028">
        <w:rPr>
          <w:rFonts w:ascii="Times New Roman" w:hAnsi="Times New Roman" w:cs="Times New Roman"/>
          <w:sz w:val="24"/>
          <w:szCs w:val="24"/>
        </w:rPr>
        <w:t>sure</w:t>
      </w:r>
      <w:r w:rsidR="00794907">
        <w:rPr>
          <w:rFonts w:ascii="Times New Roman" w:hAnsi="Times New Roman" w:cs="Times New Roman"/>
          <w:sz w:val="24"/>
          <w:szCs w:val="24"/>
          <w:lang w:val="vi-VN"/>
        </w:rPr>
        <w:t xml:space="preserve"> </w:t>
      </w:r>
      <w:r w:rsidR="00794907" w:rsidRPr="00794907">
        <w:rPr>
          <w:rFonts w:ascii="Times New Roman" w:hAnsi="Times New Roman" w:cs="Times New Roman"/>
          <w:sz w:val="24"/>
          <w:szCs w:val="24"/>
          <w:lang w:val="vi-VN"/>
        </w:rPr>
        <w:t>e</w:t>
      </w:r>
    </w:p>
    <w:p w14:paraId="5A801CB7" w14:textId="6B6D99D5" w:rsidR="008F5758" w:rsidRPr="00794907" w:rsidRDefault="008F5758" w:rsidP="007949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33"/>
        </w:tabs>
        <w:spacing w:after="0" w:line="240" w:lineRule="atLeast"/>
        <w:contextualSpacing/>
        <w:rPr>
          <w:rFonts w:ascii="Times New Roman" w:hAnsi="Times New Roman" w:cs="Times New Roman"/>
          <w:sz w:val="24"/>
          <w:szCs w:val="24"/>
          <w:lang w:val="vi-VN"/>
        </w:rPr>
      </w:pPr>
      <w:r w:rsidRPr="000935E7">
        <w:rPr>
          <w:rFonts w:ascii="Times New Roman" w:hAnsi="Times New Roman" w:cs="Times New Roman"/>
          <w:b/>
          <w:bCs/>
          <w:sz w:val="24"/>
          <w:szCs w:val="24"/>
        </w:rPr>
        <w:t>Question 38.</w:t>
      </w:r>
      <w:r w:rsidRPr="000A4028">
        <w:rPr>
          <w:rFonts w:ascii="Times New Roman" w:hAnsi="Times New Roman" w:cs="Times New Roman"/>
          <w:sz w:val="24"/>
          <w:szCs w:val="24"/>
        </w:rPr>
        <w:t xml:space="preserve"> A. relax</w:t>
      </w:r>
      <w:r w:rsidRPr="000935E7">
        <w:rPr>
          <w:rFonts w:ascii="Times New Roman" w:hAnsi="Times New Roman" w:cs="Times New Roman"/>
          <w:b/>
          <w:bCs/>
          <w:i/>
          <w:iCs/>
          <w:sz w:val="24"/>
          <w:szCs w:val="24"/>
          <w:u w:val="single"/>
        </w:rPr>
        <w:t>ed</w:t>
      </w:r>
      <w:r w:rsidRPr="000A4028">
        <w:rPr>
          <w:rFonts w:ascii="Times New Roman" w:hAnsi="Times New Roman" w:cs="Times New Roman"/>
          <w:sz w:val="24"/>
          <w:szCs w:val="24"/>
        </w:rPr>
        <w:t xml:space="preserve"> </w:t>
      </w:r>
      <w:r w:rsidR="00794907">
        <w:rPr>
          <w:rFonts w:ascii="Times New Roman" w:hAnsi="Times New Roman" w:cs="Times New Roman"/>
          <w:sz w:val="24"/>
          <w:szCs w:val="24"/>
          <w:lang w:val="vi-VN"/>
        </w:rPr>
        <w:t>t</w:t>
      </w:r>
      <w:r w:rsidRPr="000A4028">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B. advanc</w:t>
      </w:r>
      <w:r w:rsidRPr="000935E7">
        <w:rPr>
          <w:rFonts w:ascii="Times New Roman" w:hAnsi="Times New Roman" w:cs="Times New Roman"/>
          <w:b/>
          <w:bCs/>
          <w:i/>
          <w:iCs/>
          <w:sz w:val="24"/>
          <w:szCs w:val="24"/>
          <w:u w:val="single"/>
        </w:rPr>
        <w:t>ed</w:t>
      </w:r>
      <w:r w:rsidRPr="000A4028">
        <w:rPr>
          <w:rFonts w:ascii="Times New Roman" w:hAnsi="Times New Roman" w:cs="Times New Roman"/>
          <w:sz w:val="24"/>
          <w:szCs w:val="24"/>
        </w:rPr>
        <w:t xml:space="preserve"> </w:t>
      </w:r>
      <w:r w:rsidR="00794907">
        <w:rPr>
          <w:rFonts w:ascii="Times New Roman" w:hAnsi="Times New Roman" w:cs="Times New Roman"/>
          <w:sz w:val="24"/>
          <w:szCs w:val="24"/>
          <w:lang w:val="vi-VN"/>
        </w:rPr>
        <w:t>t</w:t>
      </w:r>
      <w:r w:rsidRPr="000A4028">
        <w:rPr>
          <w:rFonts w:ascii="Times New Roman" w:hAnsi="Times New Roman" w:cs="Times New Roman"/>
          <w:sz w:val="24"/>
          <w:szCs w:val="24"/>
        </w:rPr>
        <w:t xml:space="preserve">   </w:t>
      </w:r>
      <w:r>
        <w:rPr>
          <w:rFonts w:ascii="Times New Roman" w:hAnsi="Times New Roman" w:cs="Times New Roman"/>
          <w:sz w:val="24"/>
          <w:szCs w:val="24"/>
        </w:rPr>
        <w:tab/>
      </w:r>
      <w:r w:rsidRPr="000A4028">
        <w:rPr>
          <w:rFonts w:ascii="Times New Roman" w:hAnsi="Times New Roman" w:cs="Times New Roman"/>
          <w:sz w:val="24"/>
          <w:szCs w:val="24"/>
        </w:rPr>
        <w:t xml:space="preserve">C. </w:t>
      </w:r>
      <w:r w:rsidRPr="00F72D4A">
        <w:rPr>
          <w:rFonts w:ascii="Times New Roman" w:hAnsi="Times New Roman" w:cs="Times New Roman"/>
          <w:color w:val="FF0000"/>
          <w:sz w:val="24"/>
          <w:szCs w:val="24"/>
        </w:rPr>
        <w:t>confus</w:t>
      </w:r>
      <w:r w:rsidRPr="00F72D4A">
        <w:rPr>
          <w:rFonts w:ascii="Times New Roman" w:hAnsi="Times New Roman" w:cs="Times New Roman"/>
          <w:b/>
          <w:bCs/>
          <w:i/>
          <w:iCs/>
          <w:color w:val="FF0000"/>
          <w:sz w:val="24"/>
          <w:szCs w:val="24"/>
          <w:u w:val="single"/>
        </w:rPr>
        <w:t>ed</w:t>
      </w:r>
      <w:r w:rsidR="00794907" w:rsidRPr="00F72D4A">
        <w:rPr>
          <w:rFonts w:ascii="Times New Roman" w:hAnsi="Times New Roman" w:cs="Times New Roman"/>
          <w:color w:val="FF0000"/>
          <w:sz w:val="24"/>
          <w:szCs w:val="24"/>
          <w:lang w:val="vi-VN"/>
        </w:rPr>
        <w:t xml:space="preserve"> </w:t>
      </w:r>
      <w:r w:rsidR="00794907">
        <w:rPr>
          <w:rFonts w:ascii="Times New Roman" w:hAnsi="Times New Roman" w:cs="Times New Roman"/>
          <w:sz w:val="24"/>
          <w:szCs w:val="24"/>
          <w:lang w:val="vi-VN"/>
        </w:rPr>
        <w:t>d</w:t>
      </w:r>
      <w:r w:rsidRPr="000A4028">
        <w:rPr>
          <w:rFonts w:ascii="Times New Roman" w:hAnsi="Times New Roman" w:cs="Times New Roman"/>
          <w:sz w:val="24"/>
          <w:szCs w:val="24"/>
        </w:rPr>
        <w:t xml:space="preserve">    </w:t>
      </w:r>
      <w:r>
        <w:rPr>
          <w:rFonts w:ascii="Times New Roman" w:hAnsi="Times New Roman" w:cs="Times New Roman"/>
          <w:sz w:val="24"/>
          <w:szCs w:val="24"/>
        </w:rPr>
        <w:tab/>
      </w:r>
      <w:r w:rsidRPr="000A4028">
        <w:rPr>
          <w:rFonts w:ascii="Times New Roman" w:hAnsi="Times New Roman" w:cs="Times New Roman"/>
          <w:sz w:val="24"/>
          <w:szCs w:val="24"/>
        </w:rPr>
        <w:t>D. witness</w:t>
      </w:r>
      <w:r w:rsidRPr="000935E7">
        <w:rPr>
          <w:rFonts w:ascii="Times New Roman" w:hAnsi="Times New Roman" w:cs="Times New Roman"/>
          <w:b/>
          <w:bCs/>
          <w:i/>
          <w:iCs/>
          <w:sz w:val="24"/>
          <w:szCs w:val="24"/>
          <w:u w:val="single"/>
        </w:rPr>
        <w:t>ed</w:t>
      </w:r>
      <w:r w:rsidR="00794907">
        <w:rPr>
          <w:rFonts w:ascii="Times New Roman" w:hAnsi="Times New Roman" w:cs="Times New Roman"/>
          <w:sz w:val="24"/>
          <w:szCs w:val="24"/>
          <w:lang w:val="vi-VN"/>
        </w:rPr>
        <w:t xml:space="preserve"> t</w:t>
      </w:r>
    </w:p>
    <w:p w14:paraId="7FDA8C8A"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lastRenderedPageBreak/>
        <w:br/>
        <w:t>Mark the letter A, B, C, or D on your answer sheet to indicate the word that differs from the other three in the position of primary stress in each of the following questions.</w:t>
      </w:r>
    </w:p>
    <w:p w14:paraId="7E4E9832" w14:textId="33C1412B" w:rsidR="008F5758" w:rsidRPr="00794907" w:rsidRDefault="008F5758" w:rsidP="008F5758">
      <w:pPr>
        <w:spacing w:after="0" w:line="240" w:lineRule="atLeast"/>
        <w:contextualSpacing/>
        <w:rPr>
          <w:rFonts w:ascii="Times New Roman" w:hAnsi="Times New Roman" w:cs="Times New Roman"/>
          <w:sz w:val="24"/>
          <w:szCs w:val="24"/>
          <w:lang w:val="vi-VN"/>
        </w:rPr>
      </w:pPr>
      <w:r w:rsidRPr="000935E7">
        <w:rPr>
          <w:rFonts w:ascii="Times New Roman" w:hAnsi="Times New Roman" w:cs="Times New Roman"/>
          <w:b/>
          <w:bCs/>
          <w:sz w:val="24"/>
          <w:szCs w:val="24"/>
        </w:rPr>
        <w:t>Question 39.</w:t>
      </w:r>
      <w:r w:rsidRPr="000A4028">
        <w:rPr>
          <w:rFonts w:ascii="Times New Roman" w:hAnsi="Times New Roman" w:cs="Times New Roman"/>
          <w:sz w:val="24"/>
          <w:szCs w:val="24"/>
        </w:rPr>
        <w:t xml:space="preserve"> A. development</w:t>
      </w:r>
      <w:r w:rsidR="00794907">
        <w:rPr>
          <w:rFonts w:ascii="Times New Roman" w:hAnsi="Times New Roman" w:cs="Times New Roman"/>
          <w:sz w:val="24"/>
          <w:szCs w:val="24"/>
          <w:lang w:val="vi-VN"/>
        </w:rPr>
        <w:t xml:space="preserve"> 2</w:t>
      </w:r>
      <w:r w:rsidRPr="000A4028">
        <w:rPr>
          <w:rFonts w:ascii="Times New Roman" w:hAnsi="Times New Roman" w:cs="Times New Roman"/>
          <w:sz w:val="24"/>
          <w:szCs w:val="24"/>
        </w:rPr>
        <w:t xml:space="preserve">    </w:t>
      </w:r>
      <w:r>
        <w:rPr>
          <w:rFonts w:ascii="Times New Roman" w:hAnsi="Times New Roman" w:cs="Times New Roman"/>
          <w:sz w:val="24"/>
          <w:szCs w:val="24"/>
        </w:rPr>
        <w:tab/>
      </w:r>
      <w:r w:rsidRPr="000A4028">
        <w:rPr>
          <w:rFonts w:ascii="Times New Roman" w:hAnsi="Times New Roman" w:cs="Times New Roman"/>
          <w:sz w:val="24"/>
          <w:szCs w:val="24"/>
        </w:rPr>
        <w:t xml:space="preserve">B. </w:t>
      </w:r>
      <w:r w:rsidRPr="005F7641">
        <w:rPr>
          <w:rFonts w:ascii="Times New Roman" w:hAnsi="Times New Roman" w:cs="Times New Roman"/>
          <w:color w:val="FF0000"/>
          <w:sz w:val="24"/>
          <w:szCs w:val="24"/>
        </w:rPr>
        <w:t>entertainment</w:t>
      </w:r>
      <w:r w:rsidR="00794907" w:rsidRPr="005F7641">
        <w:rPr>
          <w:rFonts w:ascii="Times New Roman" w:hAnsi="Times New Roman" w:cs="Times New Roman"/>
          <w:color w:val="FF0000"/>
          <w:sz w:val="24"/>
          <w:szCs w:val="24"/>
          <w:lang w:val="vi-VN"/>
        </w:rPr>
        <w:t xml:space="preserve"> </w:t>
      </w:r>
      <w:r w:rsidR="00794907">
        <w:rPr>
          <w:rFonts w:ascii="Times New Roman" w:hAnsi="Times New Roman" w:cs="Times New Roman"/>
          <w:sz w:val="24"/>
          <w:szCs w:val="24"/>
          <w:lang w:val="vi-VN"/>
        </w:rPr>
        <w:t>3</w:t>
      </w:r>
      <w:r w:rsidRPr="000A4028">
        <w:rPr>
          <w:rFonts w:ascii="Times New Roman" w:hAnsi="Times New Roman" w:cs="Times New Roman"/>
          <w:sz w:val="24"/>
          <w:szCs w:val="24"/>
        </w:rPr>
        <w:t xml:space="preserve">    </w:t>
      </w:r>
      <w:r>
        <w:rPr>
          <w:rFonts w:ascii="Times New Roman" w:hAnsi="Times New Roman" w:cs="Times New Roman"/>
          <w:sz w:val="24"/>
          <w:szCs w:val="24"/>
        </w:rPr>
        <w:tab/>
      </w:r>
      <w:r w:rsidRPr="000A4028">
        <w:rPr>
          <w:rFonts w:ascii="Times New Roman" w:hAnsi="Times New Roman" w:cs="Times New Roman"/>
          <w:sz w:val="24"/>
          <w:szCs w:val="24"/>
        </w:rPr>
        <w:t xml:space="preserve">C. technology </w:t>
      </w:r>
      <w:r w:rsidR="00794907">
        <w:rPr>
          <w:rFonts w:ascii="Times New Roman" w:hAnsi="Times New Roman" w:cs="Times New Roman"/>
          <w:sz w:val="24"/>
          <w:szCs w:val="24"/>
          <w:lang w:val="vi-VN"/>
        </w:rPr>
        <w:t>2</w:t>
      </w:r>
      <w:r w:rsidRPr="000A4028">
        <w:rPr>
          <w:rFonts w:ascii="Times New Roman" w:hAnsi="Times New Roman" w:cs="Times New Roman"/>
          <w:sz w:val="24"/>
          <w:szCs w:val="24"/>
        </w:rPr>
        <w:t xml:space="preserve">   </w:t>
      </w:r>
      <w:r>
        <w:rPr>
          <w:rFonts w:ascii="Times New Roman" w:hAnsi="Times New Roman" w:cs="Times New Roman"/>
          <w:sz w:val="24"/>
          <w:szCs w:val="24"/>
        </w:rPr>
        <w:tab/>
      </w:r>
      <w:r w:rsidRPr="000A4028">
        <w:rPr>
          <w:rFonts w:ascii="Times New Roman" w:hAnsi="Times New Roman" w:cs="Times New Roman"/>
          <w:sz w:val="24"/>
          <w:szCs w:val="24"/>
        </w:rPr>
        <w:t>D. environment</w:t>
      </w:r>
      <w:r w:rsidR="00794907">
        <w:rPr>
          <w:rFonts w:ascii="Times New Roman" w:hAnsi="Times New Roman" w:cs="Times New Roman"/>
          <w:sz w:val="24"/>
          <w:szCs w:val="24"/>
          <w:lang w:val="vi-VN"/>
        </w:rPr>
        <w:t xml:space="preserve"> 2</w:t>
      </w:r>
    </w:p>
    <w:p w14:paraId="28319EFE" w14:textId="0D674715" w:rsidR="008F5758" w:rsidRPr="00794907" w:rsidRDefault="008F5758" w:rsidP="008F5758">
      <w:pPr>
        <w:spacing w:after="0" w:line="240" w:lineRule="atLeast"/>
        <w:contextualSpacing/>
        <w:rPr>
          <w:rFonts w:ascii="Times New Roman" w:hAnsi="Times New Roman" w:cs="Times New Roman"/>
          <w:sz w:val="24"/>
          <w:szCs w:val="24"/>
          <w:lang w:val="vi-VN"/>
        </w:rPr>
      </w:pPr>
      <w:r w:rsidRPr="000935E7">
        <w:rPr>
          <w:rFonts w:ascii="Times New Roman" w:hAnsi="Times New Roman" w:cs="Times New Roman"/>
          <w:b/>
          <w:bCs/>
          <w:sz w:val="24"/>
          <w:szCs w:val="24"/>
        </w:rPr>
        <w:t>Question 40.</w:t>
      </w:r>
      <w:r w:rsidRPr="000A4028">
        <w:rPr>
          <w:rFonts w:ascii="Times New Roman" w:hAnsi="Times New Roman" w:cs="Times New Roman"/>
          <w:sz w:val="24"/>
          <w:szCs w:val="24"/>
        </w:rPr>
        <w:t xml:space="preserve"> A. invite</w:t>
      </w:r>
      <w:r w:rsidR="00794907">
        <w:rPr>
          <w:rFonts w:ascii="Times New Roman" w:hAnsi="Times New Roman" w:cs="Times New Roman"/>
          <w:sz w:val="24"/>
          <w:szCs w:val="24"/>
          <w:lang w:val="vi-VN"/>
        </w:rPr>
        <w:t xml:space="preserve"> 2</w:t>
      </w:r>
      <w:r w:rsidRPr="000A4028">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 xml:space="preserve">B. advice </w:t>
      </w:r>
      <w:r w:rsidR="00794907">
        <w:rPr>
          <w:rFonts w:ascii="Times New Roman" w:hAnsi="Times New Roman" w:cs="Times New Roman"/>
          <w:sz w:val="24"/>
          <w:szCs w:val="24"/>
          <w:lang w:val="vi-VN"/>
        </w:rPr>
        <w:t>2</w:t>
      </w:r>
      <w:r w:rsidRPr="000A4028">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C. parade</w:t>
      </w:r>
      <w:r w:rsidR="00794907">
        <w:rPr>
          <w:rFonts w:ascii="Times New Roman" w:hAnsi="Times New Roman" w:cs="Times New Roman"/>
          <w:sz w:val="24"/>
          <w:szCs w:val="24"/>
          <w:lang w:val="vi-VN"/>
        </w:rPr>
        <w:t xml:space="preserve"> 2</w:t>
      </w:r>
      <w:r w:rsidRPr="000A4028">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0A4028">
        <w:rPr>
          <w:rFonts w:ascii="Times New Roman" w:hAnsi="Times New Roman" w:cs="Times New Roman"/>
          <w:sz w:val="24"/>
          <w:szCs w:val="24"/>
        </w:rPr>
        <w:t xml:space="preserve">D. </w:t>
      </w:r>
      <w:r w:rsidRPr="005F7641">
        <w:rPr>
          <w:rFonts w:ascii="Times New Roman" w:hAnsi="Times New Roman" w:cs="Times New Roman"/>
          <w:color w:val="FF0000"/>
          <w:sz w:val="24"/>
          <w:szCs w:val="24"/>
        </w:rPr>
        <w:t>happen</w:t>
      </w:r>
      <w:r w:rsidR="00794907" w:rsidRPr="005F7641">
        <w:rPr>
          <w:rFonts w:ascii="Times New Roman" w:hAnsi="Times New Roman" w:cs="Times New Roman"/>
          <w:color w:val="FF0000"/>
          <w:sz w:val="24"/>
          <w:szCs w:val="24"/>
          <w:lang w:val="vi-VN"/>
        </w:rPr>
        <w:t xml:space="preserve"> </w:t>
      </w:r>
      <w:r w:rsidR="00794907">
        <w:rPr>
          <w:rFonts w:ascii="Times New Roman" w:hAnsi="Times New Roman" w:cs="Times New Roman"/>
          <w:sz w:val="24"/>
          <w:szCs w:val="24"/>
          <w:lang w:val="vi-VN"/>
        </w:rPr>
        <w:t>1</w:t>
      </w:r>
    </w:p>
    <w:p w14:paraId="12AD2E3F" w14:textId="77777777" w:rsidR="008F5758" w:rsidRPr="000A4028" w:rsidRDefault="008F5758" w:rsidP="008F5758">
      <w:pPr>
        <w:spacing w:after="0" w:line="240" w:lineRule="atLeast"/>
        <w:contextualSpacing/>
        <w:rPr>
          <w:rFonts w:ascii="Times New Roman" w:hAnsi="Times New Roman" w:cs="Times New Roman"/>
          <w:sz w:val="24"/>
          <w:szCs w:val="24"/>
        </w:rPr>
      </w:pPr>
      <w:r w:rsidRPr="000A4028">
        <w:rPr>
          <w:rFonts w:ascii="Times New Roman" w:hAnsi="Times New Roman" w:cs="Times New Roman"/>
          <w:b/>
          <w:sz w:val="24"/>
          <w:szCs w:val="24"/>
        </w:rPr>
        <w:br/>
        <w:t>——— THE END ———</w:t>
      </w:r>
    </w:p>
    <w:p w14:paraId="18D3F4AA" w14:textId="77777777" w:rsidR="008F5758" w:rsidRPr="000A4028" w:rsidRDefault="008F5758" w:rsidP="008F5758">
      <w:pPr>
        <w:spacing w:after="0" w:line="240" w:lineRule="atLeast"/>
        <w:contextualSpacing/>
        <w:rPr>
          <w:rFonts w:ascii="Times New Roman" w:hAnsi="Times New Roman" w:cs="Times New Roman"/>
          <w:sz w:val="24"/>
          <w:szCs w:val="24"/>
        </w:rPr>
      </w:pPr>
    </w:p>
    <w:p w14:paraId="165DE611" w14:textId="77777777" w:rsidR="008F5758" w:rsidRPr="000A4028" w:rsidRDefault="008F5758" w:rsidP="008F5758">
      <w:pPr>
        <w:spacing w:after="0" w:line="240" w:lineRule="atLeast"/>
        <w:contextualSpacing/>
        <w:rPr>
          <w:rFonts w:ascii="Times New Roman" w:hAnsi="Times New Roman" w:cs="Times New Roman"/>
          <w:sz w:val="24"/>
          <w:szCs w:val="24"/>
        </w:rPr>
      </w:pPr>
    </w:p>
    <w:p w14:paraId="1A4E3BA5" w14:textId="77777777" w:rsidR="0037173E" w:rsidRDefault="0037173E" w:rsidP="0037173E">
      <w:pPr>
        <w:autoSpaceDE w:val="0"/>
        <w:autoSpaceDN w:val="0"/>
        <w:adjustRightInd w:val="0"/>
        <w:spacing w:after="0" w:line="240" w:lineRule="auto"/>
        <w:rPr>
          <w:rFonts w:ascii="AppleSystemUIFont" w:hAnsi="AppleSystemUIFont" w:cs="AppleSystemUIFont"/>
          <w:sz w:val="26"/>
          <w:szCs w:val="26"/>
          <w:lang w:bidi="th-TH"/>
        </w:rPr>
      </w:pPr>
      <w:proofErr w:type="spellStart"/>
      <w:r>
        <w:rPr>
          <w:rFonts w:ascii="AppleSystemUIFont" w:hAnsi="AppleSystemUIFont" w:cs="AppleSystemUIFont"/>
          <w:sz w:val="26"/>
          <w:szCs w:val="26"/>
          <w:lang w:bidi="th-TH"/>
        </w:rPr>
        <w:t>ngoài</w:t>
      </w:r>
      <w:proofErr w:type="spellEnd"/>
      <w:r>
        <w:rPr>
          <w:rFonts w:ascii="AppleSystemUIFont" w:hAnsi="AppleSystemUIFont" w:cs="AppleSystemUIFont"/>
          <w:sz w:val="26"/>
          <w:szCs w:val="26"/>
          <w:lang w:bidi="th-TH"/>
        </w:rPr>
        <w:t xml:space="preserve"> ra </w:t>
      </w:r>
      <w:proofErr w:type="spellStart"/>
      <w:r>
        <w:rPr>
          <w:rFonts w:ascii="AppleSystemUIFont" w:hAnsi="AppleSystemUIFont" w:cs="AppleSystemUIFont"/>
          <w:sz w:val="26"/>
          <w:szCs w:val="26"/>
          <w:lang w:bidi="th-TH"/>
        </w:rPr>
        <w:t>thì</w:t>
      </w:r>
      <w:proofErr w:type="spellEnd"/>
      <w:r>
        <w:rPr>
          <w:rFonts w:ascii="AppleSystemUIFont" w:hAnsi="AppleSystemUIFont" w:cs="AppleSystemUIFont"/>
          <w:sz w:val="26"/>
          <w:szCs w:val="26"/>
          <w:lang w:bidi="th-TH"/>
        </w:rPr>
        <w:t xml:space="preserve"> </w:t>
      </w:r>
      <w:proofErr w:type="spellStart"/>
      <w:r>
        <w:rPr>
          <w:rFonts w:ascii="AppleSystemUIFont" w:hAnsi="AppleSystemUIFont" w:cs="AppleSystemUIFont"/>
          <w:sz w:val="26"/>
          <w:szCs w:val="26"/>
          <w:lang w:bidi="th-TH"/>
        </w:rPr>
        <w:t>đây</w:t>
      </w:r>
      <w:proofErr w:type="spellEnd"/>
      <w:r>
        <w:rPr>
          <w:rFonts w:ascii="AppleSystemUIFont" w:hAnsi="AppleSystemUIFont" w:cs="AppleSystemUIFont"/>
          <w:sz w:val="26"/>
          <w:szCs w:val="26"/>
          <w:lang w:bidi="th-TH"/>
        </w:rPr>
        <w:t xml:space="preserve"> </w:t>
      </w:r>
      <w:proofErr w:type="spellStart"/>
      <w:r>
        <w:rPr>
          <w:rFonts w:ascii="AppleSystemUIFont" w:hAnsi="AppleSystemUIFont" w:cs="AppleSystemUIFont"/>
          <w:sz w:val="26"/>
          <w:szCs w:val="26"/>
          <w:lang w:bidi="th-TH"/>
        </w:rPr>
        <w:t>là</w:t>
      </w:r>
      <w:proofErr w:type="spellEnd"/>
      <w:r>
        <w:rPr>
          <w:rFonts w:ascii="AppleSystemUIFont" w:hAnsi="AppleSystemUIFont" w:cs="AppleSystemUIFont"/>
          <w:sz w:val="26"/>
          <w:szCs w:val="26"/>
          <w:lang w:bidi="th-TH"/>
        </w:rPr>
        <w:t xml:space="preserve"> </w:t>
      </w:r>
      <w:proofErr w:type="spellStart"/>
      <w:r>
        <w:rPr>
          <w:rFonts w:ascii="AppleSystemUIFont" w:hAnsi="AppleSystemUIFont" w:cs="AppleSystemUIFont"/>
          <w:sz w:val="26"/>
          <w:szCs w:val="26"/>
          <w:lang w:bidi="th-TH"/>
        </w:rPr>
        <w:t>kênh</w:t>
      </w:r>
      <w:proofErr w:type="spellEnd"/>
      <w:r>
        <w:rPr>
          <w:rFonts w:ascii="AppleSystemUIFont" w:hAnsi="AppleSystemUIFont" w:cs="AppleSystemUIFont"/>
          <w:sz w:val="26"/>
          <w:szCs w:val="26"/>
          <w:lang w:bidi="th-TH"/>
        </w:rPr>
        <w:t xml:space="preserve"> </w:t>
      </w:r>
      <w:r w:rsidRPr="0037173E">
        <w:rPr>
          <w:rFonts w:ascii="AppleSystemUIFont" w:hAnsi="AppleSystemUIFont" w:cs="AppleSystemUIFont"/>
          <w:color w:val="FF0000"/>
          <w:sz w:val="26"/>
          <w:szCs w:val="26"/>
          <w:lang w:bidi="th-TH"/>
        </w:rPr>
        <w:t xml:space="preserve">YouTube </w:t>
      </w:r>
      <w:proofErr w:type="spellStart"/>
      <w:r>
        <w:rPr>
          <w:rFonts w:ascii="AppleSystemUIFont" w:hAnsi="AppleSystemUIFont" w:cs="AppleSystemUIFont"/>
          <w:sz w:val="26"/>
          <w:szCs w:val="26"/>
          <w:lang w:bidi="th-TH"/>
        </w:rPr>
        <w:t>của</w:t>
      </w:r>
      <w:proofErr w:type="spellEnd"/>
      <w:r>
        <w:rPr>
          <w:rFonts w:ascii="AppleSystemUIFont" w:hAnsi="AppleSystemUIFont" w:cs="AppleSystemUIFont"/>
          <w:sz w:val="26"/>
          <w:szCs w:val="26"/>
          <w:lang w:bidi="th-TH"/>
        </w:rPr>
        <w:t xml:space="preserve"> </w:t>
      </w:r>
      <w:proofErr w:type="spellStart"/>
      <w:r>
        <w:rPr>
          <w:rFonts w:ascii="AppleSystemUIFont" w:hAnsi="AppleSystemUIFont" w:cs="AppleSystemUIFont"/>
          <w:sz w:val="26"/>
          <w:szCs w:val="26"/>
          <w:lang w:bidi="th-TH"/>
        </w:rPr>
        <w:t>mình</w:t>
      </w:r>
      <w:proofErr w:type="spellEnd"/>
      <w:r>
        <w:rPr>
          <w:rFonts w:ascii="AppleSystemUIFont" w:hAnsi="AppleSystemUIFont" w:cs="AppleSystemUIFont"/>
          <w:sz w:val="26"/>
          <w:szCs w:val="26"/>
          <w:lang w:bidi="th-TH"/>
        </w:rPr>
        <w:t>:</w:t>
      </w:r>
    </w:p>
    <w:p w14:paraId="4652DDC4" w14:textId="77777777" w:rsidR="0037173E" w:rsidRDefault="0037173E" w:rsidP="0037173E">
      <w:pPr>
        <w:autoSpaceDE w:val="0"/>
        <w:autoSpaceDN w:val="0"/>
        <w:adjustRightInd w:val="0"/>
        <w:spacing w:after="0" w:line="240" w:lineRule="auto"/>
        <w:rPr>
          <w:rFonts w:ascii="AppleSystemUIFont" w:hAnsi="AppleSystemUIFont" w:cs="AppleSystemUIFont"/>
          <w:sz w:val="26"/>
          <w:szCs w:val="26"/>
          <w:lang w:bidi="th-TH"/>
        </w:rPr>
      </w:pPr>
      <w:hyperlink r:id="rId82" w:history="1">
        <w:r>
          <w:rPr>
            <w:rFonts w:ascii="AppleSystemUIFont" w:hAnsi="AppleSystemUIFont" w:cs="AppleSystemUIFont"/>
            <w:sz w:val="26"/>
            <w:szCs w:val="26"/>
            <w:lang w:bidi="th-TH"/>
          </w:rPr>
          <w:t>https://www.youtube.com/@tienganhphoco</w:t>
        </w:r>
      </w:hyperlink>
    </w:p>
    <w:p w14:paraId="74128436" w14:textId="77777777" w:rsidR="0037173E" w:rsidRDefault="0037173E" w:rsidP="0037173E">
      <w:pPr>
        <w:autoSpaceDE w:val="0"/>
        <w:autoSpaceDN w:val="0"/>
        <w:adjustRightInd w:val="0"/>
        <w:spacing w:after="0" w:line="240" w:lineRule="auto"/>
        <w:rPr>
          <w:rFonts w:ascii="AppleSystemUIFont" w:hAnsi="AppleSystemUIFont" w:cs="AppleSystemUIFont"/>
          <w:sz w:val="26"/>
          <w:szCs w:val="26"/>
          <w:lang w:bidi="th-TH"/>
        </w:rPr>
      </w:pPr>
    </w:p>
    <w:p w14:paraId="05670DEC" w14:textId="77777777" w:rsidR="0037173E" w:rsidRDefault="0037173E" w:rsidP="0037173E">
      <w:pPr>
        <w:autoSpaceDE w:val="0"/>
        <w:autoSpaceDN w:val="0"/>
        <w:adjustRightInd w:val="0"/>
        <w:spacing w:after="0" w:line="240" w:lineRule="auto"/>
        <w:rPr>
          <w:rFonts w:ascii="AppleSystemUIFont" w:hAnsi="AppleSystemUIFont" w:cs="AppleSystemUIFont"/>
          <w:sz w:val="26"/>
          <w:szCs w:val="26"/>
          <w:lang w:bidi="th-TH"/>
        </w:rPr>
      </w:pPr>
      <w:proofErr w:type="spellStart"/>
      <w:r>
        <w:rPr>
          <w:rFonts w:ascii="AppleSystemUIFont" w:hAnsi="AppleSystemUIFont" w:cs="AppleSystemUIFont"/>
          <w:sz w:val="26"/>
          <w:szCs w:val="26"/>
          <w:lang w:bidi="th-TH"/>
        </w:rPr>
        <w:t>cái</w:t>
      </w:r>
      <w:proofErr w:type="spellEnd"/>
      <w:r>
        <w:rPr>
          <w:rFonts w:ascii="AppleSystemUIFont" w:hAnsi="AppleSystemUIFont" w:cs="AppleSystemUIFont"/>
          <w:sz w:val="26"/>
          <w:szCs w:val="26"/>
          <w:lang w:bidi="th-TH"/>
        </w:rPr>
        <w:t xml:space="preserve"> </w:t>
      </w:r>
      <w:proofErr w:type="spellStart"/>
      <w:r>
        <w:rPr>
          <w:rFonts w:ascii="AppleSystemUIFont" w:hAnsi="AppleSystemUIFont" w:cs="AppleSystemUIFont"/>
          <w:sz w:val="26"/>
          <w:szCs w:val="26"/>
          <w:lang w:bidi="th-TH"/>
        </w:rPr>
        <w:t>này</w:t>
      </w:r>
      <w:proofErr w:type="spellEnd"/>
      <w:r>
        <w:rPr>
          <w:rFonts w:ascii="AppleSystemUIFont" w:hAnsi="AppleSystemUIFont" w:cs="AppleSystemUIFont"/>
          <w:sz w:val="26"/>
          <w:szCs w:val="26"/>
          <w:lang w:bidi="th-TH"/>
        </w:rPr>
        <w:t xml:space="preserve"> </w:t>
      </w:r>
      <w:proofErr w:type="spellStart"/>
      <w:r>
        <w:rPr>
          <w:rFonts w:ascii="AppleSystemUIFont" w:hAnsi="AppleSystemUIFont" w:cs="AppleSystemUIFont"/>
          <w:sz w:val="26"/>
          <w:szCs w:val="26"/>
          <w:lang w:bidi="th-TH"/>
        </w:rPr>
        <w:t>là</w:t>
      </w:r>
      <w:proofErr w:type="spellEnd"/>
      <w:r>
        <w:rPr>
          <w:rFonts w:ascii="AppleSystemUIFont" w:hAnsi="AppleSystemUIFont" w:cs="AppleSystemUIFont"/>
          <w:sz w:val="26"/>
          <w:szCs w:val="26"/>
          <w:lang w:bidi="th-TH"/>
        </w:rPr>
        <w:t xml:space="preserve"> </w:t>
      </w:r>
      <w:r w:rsidRPr="0037173E">
        <w:rPr>
          <w:rFonts w:ascii="AppleSystemUIFont" w:hAnsi="AppleSystemUIFont" w:cs="AppleSystemUIFont"/>
          <w:color w:val="FF0000"/>
          <w:sz w:val="26"/>
          <w:szCs w:val="26"/>
          <w:lang w:bidi="th-TH"/>
        </w:rPr>
        <w:t xml:space="preserve">Facebook </w:t>
      </w:r>
      <w:proofErr w:type="spellStart"/>
      <w:r>
        <w:rPr>
          <w:rFonts w:ascii="AppleSystemUIFont" w:hAnsi="AppleSystemUIFont" w:cs="AppleSystemUIFont"/>
          <w:sz w:val="26"/>
          <w:szCs w:val="26"/>
          <w:lang w:bidi="th-TH"/>
        </w:rPr>
        <w:t>để</w:t>
      </w:r>
      <w:proofErr w:type="spellEnd"/>
      <w:r>
        <w:rPr>
          <w:rFonts w:ascii="AppleSystemUIFont" w:hAnsi="AppleSystemUIFont" w:cs="AppleSystemUIFont"/>
          <w:sz w:val="26"/>
          <w:szCs w:val="26"/>
          <w:lang w:bidi="th-TH"/>
        </w:rPr>
        <w:t xml:space="preserve"> “working =]]” </w:t>
      </w:r>
      <w:proofErr w:type="spellStart"/>
      <w:r>
        <w:rPr>
          <w:rFonts w:ascii="AppleSystemUIFont" w:hAnsi="AppleSystemUIFont" w:cs="AppleSystemUIFont"/>
          <w:sz w:val="26"/>
          <w:szCs w:val="26"/>
          <w:lang w:bidi="th-TH"/>
        </w:rPr>
        <w:t>của</w:t>
      </w:r>
      <w:proofErr w:type="spellEnd"/>
      <w:r>
        <w:rPr>
          <w:rFonts w:ascii="AppleSystemUIFont" w:hAnsi="AppleSystemUIFont" w:cs="AppleSystemUIFont"/>
          <w:sz w:val="26"/>
          <w:szCs w:val="26"/>
          <w:lang w:bidi="th-TH"/>
        </w:rPr>
        <w:t xml:space="preserve"> </w:t>
      </w:r>
      <w:proofErr w:type="spellStart"/>
      <w:r>
        <w:rPr>
          <w:rFonts w:ascii="AppleSystemUIFont" w:hAnsi="AppleSystemUIFont" w:cs="AppleSystemUIFont"/>
          <w:sz w:val="26"/>
          <w:szCs w:val="26"/>
          <w:lang w:bidi="th-TH"/>
        </w:rPr>
        <w:t>mình</w:t>
      </w:r>
      <w:proofErr w:type="spellEnd"/>
      <w:r>
        <w:rPr>
          <w:rFonts w:ascii="AppleSystemUIFont" w:hAnsi="AppleSystemUIFont" w:cs="AppleSystemUIFont"/>
          <w:sz w:val="26"/>
          <w:szCs w:val="26"/>
          <w:lang w:bidi="th-TH"/>
        </w:rPr>
        <w:t xml:space="preserve"> [</w:t>
      </w:r>
      <w:proofErr w:type="spellStart"/>
      <w:r>
        <w:rPr>
          <w:rFonts w:ascii="AppleSystemUIFont" w:hAnsi="AppleSystemUIFont" w:cs="AppleSystemUIFont"/>
          <w:sz w:val="26"/>
          <w:szCs w:val="26"/>
          <w:lang w:bidi="th-TH"/>
        </w:rPr>
        <w:t>chưa</w:t>
      </w:r>
      <w:proofErr w:type="spellEnd"/>
      <w:r>
        <w:rPr>
          <w:rFonts w:ascii="AppleSystemUIFont" w:hAnsi="AppleSystemUIFont" w:cs="AppleSystemUIFont"/>
          <w:sz w:val="26"/>
          <w:szCs w:val="26"/>
          <w:lang w:bidi="th-TH"/>
        </w:rPr>
        <w:t xml:space="preserve"> </w:t>
      </w:r>
      <w:proofErr w:type="spellStart"/>
      <w:r>
        <w:rPr>
          <w:rFonts w:ascii="AppleSystemUIFont" w:hAnsi="AppleSystemUIFont" w:cs="AppleSystemUIFont"/>
          <w:sz w:val="26"/>
          <w:szCs w:val="26"/>
          <w:lang w:bidi="th-TH"/>
        </w:rPr>
        <w:t>tối</w:t>
      </w:r>
      <w:proofErr w:type="spellEnd"/>
      <w:r>
        <w:rPr>
          <w:rFonts w:ascii="AppleSystemUIFont" w:hAnsi="AppleSystemUIFont" w:cs="AppleSystemUIFont"/>
          <w:sz w:val="26"/>
          <w:szCs w:val="26"/>
          <w:lang w:bidi="th-TH"/>
        </w:rPr>
        <w:t xml:space="preserve"> </w:t>
      </w:r>
      <w:proofErr w:type="spellStart"/>
      <w:r>
        <w:rPr>
          <w:rFonts w:ascii="AppleSystemUIFont" w:hAnsi="AppleSystemUIFont" w:cs="AppleSystemUIFont"/>
          <w:sz w:val="26"/>
          <w:szCs w:val="26"/>
          <w:lang w:bidi="th-TH"/>
        </w:rPr>
        <w:t>ưu</w:t>
      </w:r>
      <w:proofErr w:type="spellEnd"/>
      <w:r>
        <w:rPr>
          <w:rFonts w:ascii="AppleSystemUIFont" w:hAnsi="AppleSystemUIFont" w:cs="AppleSystemUIFont"/>
          <w:sz w:val="26"/>
          <w:szCs w:val="26"/>
          <w:lang w:bidi="th-TH"/>
        </w:rPr>
        <w:t xml:space="preserve"> </w:t>
      </w:r>
      <w:proofErr w:type="spellStart"/>
      <w:r>
        <w:rPr>
          <w:rFonts w:ascii="AppleSystemUIFont" w:hAnsi="AppleSystemUIFont" w:cs="AppleSystemUIFont"/>
          <w:sz w:val="26"/>
          <w:szCs w:val="26"/>
          <w:lang w:bidi="th-TH"/>
        </w:rPr>
        <w:t>hoá</w:t>
      </w:r>
      <w:proofErr w:type="spellEnd"/>
      <w:r>
        <w:rPr>
          <w:rFonts w:ascii="AppleSystemUIFont" w:hAnsi="AppleSystemUIFont" w:cs="AppleSystemUIFont"/>
          <w:sz w:val="26"/>
          <w:szCs w:val="26"/>
          <w:lang w:bidi="th-TH"/>
        </w:rPr>
        <w:t xml:space="preserve"> </w:t>
      </w:r>
      <w:proofErr w:type="spellStart"/>
      <w:r>
        <w:rPr>
          <w:rFonts w:ascii="AppleSystemUIFont" w:hAnsi="AppleSystemUIFont" w:cs="AppleSystemUIFont"/>
          <w:sz w:val="26"/>
          <w:szCs w:val="26"/>
          <w:lang w:bidi="th-TH"/>
        </w:rPr>
        <w:t>nên</w:t>
      </w:r>
      <w:proofErr w:type="spellEnd"/>
      <w:r>
        <w:rPr>
          <w:rFonts w:ascii="AppleSystemUIFont" w:hAnsi="AppleSystemUIFont" w:cs="AppleSystemUIFont"/>
          <w:sz w:val="26"/>
          <w:szCs w:val="26"/>
          <w:lang w:bidi="th-TH"/>
        </w:rPr>
        <w:t xml:space="preserve"> </w:t>
      </w:r>
      <w:proofErr w:type="spellStart"/>
      <w:r>
        <w:rPr>
          <w:rFonts w:ascii="AppleSystemUIFont" w:hAnsi="AppleSystemUIFont" w:cs="AppleSystemUIFont"/>
          <w:sz w:val="26"/>
          <w:szCs w:val="26"/>
          <w:lang w:bidi="th-TH"/>
        </w:rPr>
        <w:t>chưa</w:t>
      </w:r>
      <w:proofErr w:type="spellEnd"/>
      <w:r>
        <w:rPr>
          <w:rFonts w:ascii="AppleSystemUIFont" w:hAnsi="AppleSystemUIFont" w:cs="AppleSystemUIFont"/>
          <w:sz w:val="26"/>
          <w:szCs w:val="26"/>
          <w:lang w:bidi="th-TH"/>
        </w:rPr>
        <w:t xml:space="preserve"> </w:t>
      </w:r>
      <w:proofErr w:type="spellStart"/>
      <w:r>
        <w:rPr>
          <w:rFonts w:ascii="AppleSystemUIFont" w:hAnsi="AppleSystemUIFont" w:cs="AppleSystemUIFont"/>
          <w:sz w:val="26"/>
          <w:szCs w:val="26"/>
          <w:lang w:bidi="th-TH"/>
        </w:rPr>
        <w:t>có</w:t>
      </w:r>
      <w:proofErr w:type="spellEnd"/>
      <w:r>
        <w:rPr>
          <w:rFonts w:ascii="AppleSystemUIFont" w:hAnsi="AppleSystemUIFont" w:cs="AppleSystemUIFont"/>
          <w:sz w:val="26"/>
          <w:szCs w:val="26"/>
          <w:lang w:bidi="th-TH"/>
        </w:rPr>
        <w:t xml:space="preserve"> </w:t>
      </w:r>
      <w:proofErr w:type="spellStart"/>
      <w:r>
        <w:rPr>
          <w:rFonts w:ascii="AppleSystemUIFont" w:hAnsi="AppleSystemUIFont" w:cs="AppleSystemUIFont"/>
          <w:sz w:val="26"/>
          <w:szCs w:val="26"/>
          <w:lang w:bidi="th-TH"/>
        </w:rPr>
        <w:t>tên</w:t>
      </w:r>
      <w:proofErr w:type="spellEnd"/>
      <w:r>
        <w:rPr>
          <w:rFonts w:ascii="AppleSystemUIFont" w:hAnsi="AppleSystemUIFont" w:cs="AppleSystemUIFont"/>
          <w:sz w:val="26"/>
          <w:szCs w:val="26"/>
          <w:lang w:bidi="th-TH"/>
        </w:rPr>
        <w:t xml:space="preserve"> </w:t>
      </w:r>
      <w:proofErr w:type="spellStart"/>
      <w:r>
        <w:rPr>
          <w:rFonts w:ascii="AppleSystemUIFont" w:hAnsi="AppleSystemUIFont" w:cs="AppleSystemUIFont"/>
          <w:sz w:val="26"/>
          <w:szCs w:val="26"/>
          <w:lang w:bidi="th-TH"/>
        </w:rPr>
        <w:t>cố</w:t>
      </w:r>
      <w:proofErr w:type="spellEnd"/>
      <w:r>
        <w:rPr>
          <w:rFonts w:ascii="AppleSystemUIFont" w:hAnsi="AppleSystemUIFont" w:cs="AppleSystemUIFont"/>
          <w:sz w:val="26"/>
          <w:szCs w:val="26"/>
          <w:lang w:bidi="th-TH"/>
        </w:rPr>
        <w:t xml:space="preserve"> </w:t>
      </w:r>
      <w:proofErr w:type="spellStart"/>
      <w:r>
        <w:rPr>
          <w:rFonts w:ascii="AppleSystemUIFont" w:hAnsi="AppleSystemUIFont" w:cs="AppleSystemUIFont"/>
          <w:sz w:val="26"/>
          <w:szCs w:val="26"/>
          <w:lang w:bidi="th-TH"/>
        </w:rPr>
        <w:t>định</w:t>
      </w:r>
      <w:proofErr w:type="spellEnd"/>
      <w:r>
        <w:rPr>
          <w:rFonts w:ascii="AppleSystemUIFont" w:hAnsi="AppleSystemUIFont" w:cs="AppleSystemUIFont"/>
          <w:sz w:val="26"/>
          <w:szCs w:val="26"/>
          <w:lang w:bidi="th-TH"/>
        </w:rPr>
        <w:t>]:</w:t>
      </w:r>
    </w:p>
    <w:p w14:paraId="60F897E7" w14:textId="5D8DC56A" w:rsidR="008F5758" w:rsidRPr="000A4028" w:rsidRDefault="0037173E" w:rsidP="0037173E">
      <w:pPr>
        <w:spacing w:after="0" w:line="240" w:lineRule="atLeast"/>
        <w:contextualSpacing/>
        <w:rPr>
          <w:rFonts w:ascii="Times New Roman" w:hAnsi="Times New Roman" w:cs="Times New Roman"/>
          <w:sz w:val="24"/>
          <w:szCs w:val="24"/>
        </w:rPr>
      </w:pPr>
      <w:hyperlink r:id="rId83" w:history="1">
        <w:r>
          <w:rPr>
            <w:rFonts w:ascii="AppleSystemUIFont" w:hAnsi="AppleSystemUIFont" w:cs="AppleSystemUIFont"/>
            <w:sz w:val="26"/>
            <w:szCs w:val="26"/>
            <w:lang w:bidi="th-TH"/>
          </w:rPr>
          <w:t>https://web.facebook.com/profile.php?id=61576664911679</w:t>
        </w:r>
      </w:hyperlink>
    </w:p>
    <w:sectPr w:rsidR="008F5758" w:rsidRPr="000A4028" w:rsidSect="000A4028">
      <w:pgSz w:w="11906" w:h="16838" w:code="9"/>
      <w:pgMar w:top="360" w:right="540" w:bottom="45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rdia New">
    <w:panose1 w:val="020B0304020202020204"/>
    <w:charset w:val="DE"/>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Courier">
    <w:panose1 w:val="02070309020205020404"/>
    <w:charset w:val="00"/>
    <w:family w:val="auto"/>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Wingdings">
    <w:panose1 w:val="05000000000000000000"/>
    <w:charset w:val="4D"/>
    <w:family w:val="decorative"/>
    <w:pitch w:val="variable"/>
    <w:sig w:usb0="00000003" w:usb1="00000000" w:usb2="00000000" w:usb3="00000000" w:csb0="80000001"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35E7"/>
    <w:rsid w:val="000A4028"/>
    <w:rsid w:val="000D7C35"/>
    <w:rsid w:val="0015074B"/>
    <w:rsid w:val="001D1E1C"/>
    <w:rsid w:val="0029639D"/>
    <w:rsid w:val="00326F90"/>
    <w:rsid w:val="0037173E"/>
    <w:rsid w:val="00380BD5"/>
    <w:rsid w:val="0043759D"/>
    <w:rsid w:val="00565CAE"/>
    <w:rsid w:val="00591A89"/>
    <w:rsid w:val="005F7641"/>
    <w:rsid w:val="00613702"/>
    <w:rsid w:val="00652ABB"/>
    <w:rsid w:val="00653B83"/>
    <w:rsid w:val="00794907"/>
    <w:rsid w:val="00815EFB"/>
    <w:rsid w:val="008E0F1F"/>
    <w:rsid w:val="008F5758"/>
    <w:rsid w:val="00955EBA"/>
    <w:rsid w:val="00AA1D8D"/>
    <w:rsid w:val="00AC5F1B"/>
    <w:rsid w:val="00B47730"/>
    <w:rsid w:val="00C11383"/>
    <w:rsid w:val="00C14698"/>
    <w:rsid w:val="00C75018"/>
    <w:rsid w:val="00CB0664"/>
    <w:rsid w:val="00F72D4A"/>
    <w:rsid w:val="00F812BA"/>
    <w:rsid w:val="00F96F7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F9B94D1"/>
  <w14:defaultImageDpi w14:val="300"/>
  <w15:docId w15:val="{2E1BA096-A90D-421B-A9B4-FB6051C0D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26" Type="http://schemas.openxmlformats.org/officeDocument/2006/relationships/customXml" Target="ink/ink10.xml"/><Relationship Id="rId21" Type="http://schemas.openxmlformats.org/officeDocument/2006/relationships/image" Target="media/image8.png"/><Relationship Id="rId42" Type="http://schemas.openxmlformats.org/officeDocument/2006/relationships/customXml" Target="ink/ink18.xml"/><Relationship Id="rId47" Type="http://schemas.openxmlformats.org/officeDocument/2006/relationships/image" Target="media/image21.png"/><Relationship Id="rId63" Type="http://schemas.openxmlformats.org/officeDocument/2006/relationships/image" Target="media/image29.png"/><Relationship Id="rId68" Type="http://schemas.openxmlformats.org/officeDocument/2006/relationships/customXml" Target="ink/ink31.xml"/><Relationship Id="rId84" Type="http://schemas.openxmlformats.org/officeDocument/2006/relationships/fontTable" Target="fontTable.xml"/><Relationship Id="rId16" Type="http://schemas.openxmlformats.org/officeDocument/2006/relationships/customXml" Target="ink/ink5.xml"/><Relationship Id="rId11" Type="http://schemas.openxmlformats.org/officeDocument/2006/relationships/image" Target="media/image3.png"/><Relationship Id="rId32" Type="http://schemas.openxmlformats.org/officeDocument/2006/relationships/customXml" Target="ink/ink13.xml"/><Relationship Id="rId37" Type="http://schemas.openxmlformats.org/officeDocument/2006/relationships/image" Target="media/image16.png"/><Relationship Id="rId53" Type="http://schemas.openxmlformats.org/officeDocument/2006/relationships/image" Target="media/image24.png"/><Relationship Id="rId58" Type="http://schemas.openxmlformats.org/officeDocument/2006/relationships/customXml" Target="ink/ink26.xml"/><Relationship Id="rId74" Type="http://schemas.openxmlformats.org/officeDocument/2006/relationships/customXml" Target="ink/ink34.xml"/><Relationship Id="rId79" Type="http://schemas.openxmlformats.org/officeDocument/2006/relationships/image" Target="media/image37.png"/><Relationship Id="rId5" Type="http://schemas.openxmlformats.org/officeDocument/2006/relationships/webSettings" Target="webSettings.xml"/><Relationship Id="rId19" Type="http://schemas.openxmlformats.org/officeDocument/2006/relationships/image" Target="media/image7.png"/><Relationship Id="rId14" Type="http://schemas.openxmlformats.org/officeDocument/2006/relationships/customXml" Target="ink/ink4.xml"/><Relationship Id="rId22" Type="http://schemas.openxmlformats.org/officeDocument/2006/relationships/customXml" Target="ink/ink8.xml"/><Relationship Id="rId27" Type="http://schemas.openxmlformats.org/officeDocument/2006/relationships/image" Target="media/image11.png"/><Relationship Id="rId30" Type="http://schemas.openxmlformats.org/officeDocument/2006/relationships/customXml" Target="ink/ink12.xml"/><Relationship Id="rId35" Type="http://schemas.openxmlformats.org/officeDocument/2006/relationships/image" Target="media/image15.png"/><Relationship Id="rId43" Type="http://schemas.openxmlformats.org/officeDocument/2006/relationships/image" Target="media/image19.png"/><Relationship Id="rId48" Type="http://schemas.openxmlformats.org/officeDocument/2006/relationships/customXml" Target="ink/ink21.xml"/><Relationship Id="rId56" Type="http://schemas.openxmlformats.org/officeDocument/2006/relationships/customXml" Target="ink/ink25.xml"/><Relationship Id="rId64" Type="http://schemas.openxmlformats.org/officeDocument/2006/relationships/customXml" Target="ink/ink29.xml"/><Relationship Id="rId69" Type="http://schemas.openxmlformats.org/officeDocument/2006/relationships/image" Target="media/image32.png"/><Relationship Id="rId77" Type="http://schemas.openxmlformats.org/officeDocument/2006/relationships/image" Target="media/image36.png"/><Relationship Id="rId8" Type="http://schemas.openxmlformats.org/officeDocument/2006/relationships/customXml" Target="ink/ink1.xml"/><Relationship Id="rId51" Type="http://schemas.openxmlformats.org/officeDocument/2006/relationships/image" Target="media/image23.png"/><Relationship Id="rId72" Type="http://schemas.openxmlformats.org/officeDocument/2006/relationships/customXml" Target="ink/ink33.xml"/><Relationship Id="rId80" Type="http://schemas.openxmlformats.org/officeDocument/2006/relationships/customXml" Target="ink/ink37.xm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customXml" Target="ink/ink3.xml"/><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image" Target="media/image14.png"/><Relationship Id="rId38" Type="http://schemas.openxmlformats.org/officeDocument/2006/relationships/customXml" Target="ink/ink16.xml"/><Relationship Id="rId46" Type="http://schemas.openxmlformats.org/officeDocument/2006/relationships/customXml" Target="ink/ink20.xml"/><Relationship Id="rId59" Type="http://schemas.openxmlformats.org/officeDocument/2006/relationships/image" Target="media/image27.png"/><Relationship Id="rId67" Type="http://schemas.openxmlformats.org/officeDocument/2006/relationships/image" Target="media/image31.png"/><Relationship Id="rId20" Type="http://schemas.openxmlformats.org/officeDocument/2006/relationships/customXml" Target="ink/ink7.xml"/><Relationship Id="rId41" Type="http://schemas.openxmlformats.org/officeDocument/2006/relationships/image" Target="media/image18.png"/><Relationship Id="rId54" Type="http://schemas.openxmlformats.org/officeDocument/2006/relationships/customXml" Target="ink/ink24.xml"/><Relationship Id="rId62" Type="http://schemas.openxmlformats.org/officeDocument/2006/relationships/customXml" Target="ink/ink28.xml"/><Relationship Id="rId70" Type="http://schemas.openxmlformats.org/officeDocument/2006/relationships/customXml" Target="ink/ink32.xml"/><Relationship Id="rId75" Type="http://schemas.openxmlformats.org/officeDocument/2006/relationships/image" Target="media/image35.png"/><Relationship Id="rId83" Type="http://schemas.openxmlformats.org/officeDocument/2006/relationships/hyperlink" Target="https://web.facebook.com/profile.php?id=61576664911679"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customXml" Target="ink/ink11.xml"/><Relationship Id="rId36" Type="http://schemas.openxmlformats.org/officeDocument/2006/relationships/customXml" Target="ink/ink15.xml"/><Relationship Id="rId49" Type="http://schemas.openxmlformats.org/officeDocument/2006/relationships/image" Target="media/image22.png"/><Relationship Id="rId57" Type="http://schemas.openxmlformats.org/officeDocument/2006/relationships/image" Target="media/image26.png"/><Relationship Id="rId10" Type="http://schemas.openxmlformats.org/officeDocument/2006/relationships/customXml" Target="ink/ink2.xml"/><Relationship Id="rId31" Type="http://schemas.openxmlformats.org/officeDocument/2006/relationships/image" Target="media/image13.png"/><Relationship Id="rId44" Type="http://schemas.openxmlformats.org/officeDocument/2006/relationships/customXml" Target="ink/ink19.xml"/><Relationship Id="rId52" Type="http://schemas.openxmlformats.org/officeDocument/2006/relationships/customXml" Target="ink/ink23.xml"/><Relationship Id="rId60" Type="http://schemas.openxmlformats.org/officeDocument/2006/relationships/customXml" Target="ink/ink27.xml"/><Relationship Id="rId65" Type="http://schemas.openxmlformats.org/officeDocument/2006/relationships/image" Target="media/image30.png"/><Relationship Id="rId73" Type="http://schemas.openxmlformats.org/officeDocument/2006/relationships/image" Target="media/image34.png"/><Relationship Id="rId78" Type="http://schemas.openxmlformats.org/officeDocument/2006/relationships/customXml" Target="ink/ink36.xml"/><Relationship Id="rId81" Type="http://schemas.openxmlformats.org/officeDocument/2006/relationships/image" Target="media/image38.png"/><Relationship Id="rId4" Type="http://schemas.openxmlformats.org/officeDocument/2006/relationships/settings" Target="settings.xml"/><Relationship Id="rId9" Type="http://schemas.openxmlformats.org/officeDocument/2006/relationships/image" Target="media/image210.png"/><Relationship Id="rId13" Type="http://schemas.openxmlformats.org/officeDocument/2006/relationships/image" Target="media/image4.png"/><Relationship Id="rId18" Type="http://schemas.openxmlformats.org/officeDocument/2006/relationships/customXml" Target="ink/ink6.xml"/><Relationship Id="rId39" Type="http://schemas.openxmlformats.org/officeDocument/2006/relationships/image" Target="media/image17.png"/><Relationship Id="rId34" Type="http://schemas.openxmlformats.org/officeDocument/2006/relationships/customXml" Target="ink/ink14.xml"/><Relationship Id="rId50" Type="http://schemas.openxmlformats.org/officeDocument/2006/relationships/customXml" Target="ink/ink22.xml"/><Relationship Id="rId55" Type="http://schemas.openxmlformats.org/officeDocument/2006/relationships/image" Target="media/image25.png"/><Relationship Id="rId76" Type="http://schemas.openxmlformats.org/officeDocument/2006/relationships/customXml" Target="ink/ink35.xml"/><Relationship Id="rId7" Type="http://schemas.openxmlformats.org/officeDocument/2006/relationships/image" Target="media/image2.png"/><Relationship Id="rId71" Type="http://schemas.openxmlformats.org/officeDocument/2006/relationships/image" Target="media/image33.png"/><Relationship Id="rId2" Type="http://schemas.openxmlformats.org/officeDocument/2006/relationships/numbering" Target="numbering.xml"/><Relationship Id="rId29" Type="http://schemas.openxmlformats.org/officeDocument/2006/relationships/image" Target="media/image12.png"/><Relationship Id="rId24" Type="http://schemas.openxmlformats.org/officeDocument/2006/relationships/customXml" Target="ink/ink9.xml"/><Relationship Id="rId40" Type="http://schemas.openxmlformats.org/officeDocument/2006/relationships/customXml" Target="ink/ink17.xml"/><Relationship Id="rId45" Type="http://schemas.openxmlformats.org/officeDocument/2006/relationships/image" Target="media/image20.png"/><Relationship Id="rId66" Type="http://schemas.openxmlformats.org/officeDocument/2006/relationships/customXml" Target="ink/ink30.xml"/><Relationship Id="rId61" Type="http://schemas.openxmlformats.org/officeDocument/2006/relationships/image" Target="media/image28.png"/><Relationship Id="rId82" Type="http://schemas.openxmlformats.org/officeDocument/2006/relationships/hyperlink" Target="https://www.youtube.com/@tienganhphoco"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35:10.624"/>
    </inkml:context>
    <inkml:brush xml:id="br0">
      <inkml:brushProperty name="width" value="0.05" units="cm"/>
      <inkml:brushProperty name="height" value="0.05" units="cm"/>
      <inkml:brushProperty name="color" value="#F6630D"/>
    </inkml:brush>
  </inkml:definitions>
  <inkml:trace contextRef="#ctx0" brushRef="#br0">302 31 16011,'0'-6'0,"0"-3"3706,0 5-3706,1-2 1475,-1 3-1475,-1 1 790,-4 1-790,1 1 2593,-3 0-2593,4 0 0,-1 0 0,-3 0 0,-5 2 0,1 0 0,-2 1 0,6 0 0,2-1 0,-4 3 0,4-2 0,-2 1 0,4-2 0,1-1 0,-1 1 0,1 0 0,-5 6 0,3-4 0,-3 3 0,6-4 0,-2-1 0,2 1 0,0-1 0,-2 0 0,2 1 0,0-1 0,-2 2 0,3-2 0,-2 3 0,1-2 0,-1 1 0,1 0 0,0 0 0,1 1 0,-1-3 0,1 2 0,0-1 0,0 3 0,0-2 0,0 5 0,0-5 0,0 3 0,1-2 0,-1 2 0,2-3 0,-1 3 0,1-5 0,-2 2 0,2-2 0,-2 1 0,2-1 0,0 0 0,0 1 0,1-1 0,-1 1 0,2-1 0,-3 0 0,2 0 0,0 0 0,0-2 0,10 6 0,-7-4 0,7 4 0,-7-3 0,-2 1 0,6 5 0,-5-4 0,2 3 0,-4-5 0,-1 1 0,4 5 0,-2-3 0,1 7 0,-2-8 0,-1 1 0,-1-3 0,-1 0 0,0-1 0,0 1 0,0 0 0,0 0 0,0 1 0,0-1 0,-1 1 0,0-2 0,-1 1 0,2-1 0,-2-1 0,1 1 0,-2 1 0,1 1 0,-2-1 0,2 1 0,-1-3 0,0 2 0,-18 9 0,3 0 0,-12 2 0,15-5 0,5-7 0,7-1 0,-1-1 0,-23-6 0,-7 2 0,-6-4 0,10 4 0,18 1 0,8 1 0,0 1 0,4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35:07.869"/>
    </inkml:context>
    <inkml:brush xml:id="br0">
      <inkml:brushProperty name="width" value="0.05" units="cm"/>
      <inkml:brushProperty name="height" value="0.05" units="cm"/>
      <inkml:brushProperty name="color" value="#F6630D"/>
    </inkml:brush>
  </inkml:definitions>
  <inkml:trace contextRef="#ctx0" brushRef="#br0">0 11 24575,'11'23'0,"-3"-10"0,1 8 0,-4-12 0,-1-5 0,-1 5 0,1-5 0,-2 3 0,1-5 0,-1 2 0,0-1 0,0 0 0,-2 2 0,2-3 0,-1 2 0,1-2 0,-2 1 0,2-1 0,-1 1 0,1-1 0,0 3 0,0 0 0,0 1 0,0-2 0,-1-1 0,0-1 0,-1 1 0,2 0 0,0 2 0,-1 0 0,1 0 0,-2-1 0,3-1 0,-3 0 0,1-1 0,0-1 0,-1 1 0,2 0 0,-1 0 0,0-15 0,0 8 0,0-12 0,0 12 0,1 1 0,-2-2 0,1 0 0,-1 0 0,3-3 0,-1 4 0,0-4 0,2 3 0,-3 1 0,1 0 0,1-1 0,1 1 0,-2-2 0,1 4 0,-3 0 0,1 0 0,2-2 0,-1-3 0,2-1 0,-1 1 0,0 2 0,0-1 0,-1-1 0,1 1 0,0 1 0,-2 3 0,1 0 0,-1 2 0,0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40:25.592"/>
    </inkml:context>
    <inkml:brush xml:id="br0">
      <inkml:brushProperty name="width" value="0.05" units="cm"/>
      <inkml:brushProperty name="height" value="0.05" units="cm"/>
      <inkml:brushProperty name="color" value="#F6630D"/>
    </inkml:brush>
  </inkml:definitions>
  <inkml:trace contextRef="#ctx0" brushRef="#br0">1 601 24575,'6'17'0,"-2"-7"0,1 10 0,-1-4 0,-2-4 0,2 11 0,3-1 0,-1 8 0,1-8 0,-4-3 0,-1-14 0,-1-1 0,0-3 0,-1 0 0</inkml:trace>
  <inkml:trace contextRef="#ctx0" brushRef="#br0" timeOffset="800">46 743 24575,'6'-20'0,"1"0"0,-1 8 0,8-8 0,-8 10 0,12-12 0,-12 13 0,4-3 0,-5 7 0,-1 3 0,-2 0 0,0 5 0,2 6 0,2 3 0,3 5 0,-2-3 0,0 6 0,-2-9 0,-1 3 0,-2-8 0,0 0 0,3 8 0,-2-2 0,3 4 0,-3-9 0,-2-1 0,0-4 0,-1 0 0</inkml:trace>
  <inkml:trace contextRef="#ctx0" brushRef="#br0" timeOffset="2136">205 492 24575,'8'17'0,"-3"-6"0,5 16 0,-8-11 0,8 12 0,-7-10 0,3-1 0,-2 0 0,-2-9 0,0 1 0,-2-5 0,5 16 0,-2-13 0,2 15 0,-4-19 0,0 0 0,0 2 0,1-3 0,-2 4 0,5-16 0,3-1 0,-2-3 0,8-7 0,-9 16 0,2-7 0,-2 9 0,28-10 0,-20 9 0,28-12 0,-36 15 0,4-2 0,-4 11 0,-2-3 0,6 15 0,-2-4 0,2 6 0,-2-7 0,-3-2 0,-2-8 0,-1 2 0,4 0 0,-4-3 0,3 2 0,0 0 0,-1 2 0,2-2 0,-4 0 0,1-5 0,-1 0 0,0-1 0</inkml:trace>
  <inkml:trace contextRef="#ctx0" brushRef="#br0" timeOffset="2621">581 585 24575,'6'23'0,"-1"-3"0,-3-8 0,0-3 0,0 7 0,2-1 0,0 3 0,0 0 0,-1-9 0,-1-3 0,-2-5 0,2 0 0</inkml:trace>
  <inkml:trace contextRef="#ctx0" brushRef="#br0" timeOffset="3003">584 493 24575,'0'0'0</inkml:trace>
  <inkml:trace contextRef="#ctx0" brushRef="#br0" timeOffset="4851">663 554 24575,'3'4'0,"4"4"0,-2-3 0,3 2 0,-5-2 0,0-3 0,-2 0 0,2-1 0,2-1 0,2 3 0,2-2 0,-3 1 0,0-1 0,-4-3 0,5-4 0,1-4 0,1 2 0,-2 1 0,-6 5 0,0-1 0,-1 1 0,0-4 0,0 2 0,0-2 0,-1 2 0,1 1 0,-2 0 0,0 0 0,0 0 0,-1 2 0,0 0 0,0 2 0,0 1 0,0 0 0,2 1 0,0-2 0,1 2 0,-1 0 0,0 1 0,0 0 0,1 0 0,0-1 0,0 1 0,-1-2 0,1 0 0,-1 1 0,1-1 0,0 2 0,0-1 0,0 1 0,0-1 0,0 0 0,0 0 0,0 0 0,0 3 0,0-1 0,0 2 0,1-2 0,-1 0 0,1 0 0,0 2 0,0-3 0,0 1 0,0-2 0,0-1 0,1 1 0,-1-1 0,0 1 0,2-2 0,-3 1 0,2-1 0,-2 2 0,2-2 0,0 1 0,0-1 0,4 0 0,-3-1 0,2 1 0,-3-1 0,-1 1 0</inkml:trace>
  <inkml:trace contextRef="#ctx0" brushRef="#br0" timeOffset="5703">811 578 24575,'7'7'0,"2"2"0,-2 1 0,2-3 0,-5 0 0,0-4 0,-2 0 0,1 0 0,2-4 0,30-25 0,-16 5 0,17-12 0,-28 18 0,-5 8 0,-1 5 0,1 1 0,5 16 0,-3-6 0,3 9 0,-5-13 0,1 2 0,0-3 0,1 2 0,-3-4 0,-1-1 0</inkml:trace>
  <inkml:trace contextRef="#ctx0" brushRef="#br0" timeOffset="6549">691 381 24575,'40'-46'0,"-5"10"0,27-31 0,-33 36 0,-10 7 0,-12 25 0,-3 3 0,16 22 0,-9-8 0,7 6 0,-9-10 0,-6-11 0,-1-1 0</inkml:trace>
  <inkml:trace contextRef="#ctx0" brushRef="#br0" timeOffset="6928">728 0 24575,'33'15'0,"13"-1"0,21 9 0,7-3 0,0-3 0,-3-1 0,-29-8 0,-12-2 0,-28-6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41:25.398"/>
    </inkml:context>
    <inkml:brush xml:id="br0">
      <inkml:brushProperty name="width" value="0.05" units="cm"/>
      <inkml:brushProperty name="height" value="0.05" units="cm"/>
      <inkml:brushProperty name="color" value="#F6630D"/>
    </inkml:brush>
  </inkml:definitions>
  <inkml:trace contextRef="#ctx0" brushRef="#br0">0 0 24575,'58'0'0,"22"0"0,5 0 0,-3 0 0,-52 0 0,-9 0 0,-12 0 0,-4 0 0,-4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50:18.639"/>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24 16383,'69'0'0,"1"0"0,0 0 0,2-1 0,0 0 0,-2-1 0,16 0 0,-1 0 0,10-2 0,-6 0 0,-31 2 0,-4 0 0,40-2 0,-49 4 0,35 7 0,2-2 0,-19-1 0,4 0 0,3 0 0,1-1 0,0-3 0,1 1 0,9 0 0,0 1 0,-5-2 0,-2 0 0,-2 0 0,-5 0 0,13 0 0,-4 0 0,-61 0 0,6 0 0,1 0 0,8-3 0,13 0 0,-4-3 0,-18 3 0,-6 0 0,-10 3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49:31.557"/>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0 17 16383,'79'0'0,"-1"0"0,0 0 0,0 0 0,11 0 0,2 0 0,0 0 0,-4 0 0,6-1 0,-4 0 0,3 0 0,-7 0 0,5 2 0,-1-1 0,-8-1 0,-9-1 0,-6-1 0,1 1 0,9 1 0,0 1 0,-10 0 0,32-4 0,-44 4 0,1 0 0,33 0 0,-30 2 0,4-1 0,0 0 0,-2-1 0,23 4 0,-30-4 0,-26 0 0,-12 0 0,-9 0 0,53 0 0,10 0 0,-31 0 0,33 0 0,-15 0 0,-54 0 0,0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49:30.972"/>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0 0 16383,'53'13'0,"0"-1"0,32 8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52:55.956"/>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0 16383,'84'0'0,"0"0"0,-14 1 0,2 0 0,-4 1 0,5 0 0,1 0 0,-5 1 0,5 0 0,-2 0 0,22 1 0,0 0 0,-19-1 0,2 0 0,2-1 0,6 0 0,3-1 0,1 1 0,6 1 0,1 0 0,-1-1 0,-7-1 0,-1-1 0,1 0 0,7 2 0,2 0 0,-6-1 0,7-1 0,1 0 0,-8 0 0,6-1 0,-8 2 0,-7 0 0,-2 1 0,-9-1 0,3 1 0,-4 0 0,6 1 0,-4 1 0,-3-1 0,-1-1 0,5 0 0,-5-1 0,14-1 0,-30 0 0,-32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52:54.989"/>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1 16383,'35'12'0,"-8"-4"0,-9-4 0,8-3 0,26 4 0,13-4 0,30 2 0,-21 0 0,3-2 0,16 2 0,7 1 0,-34-4 0,1 0 0,4 2 0,5-1 0,-10 0 0,21-3 0,-50 1 0,-29-1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52:53.416"/>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28 16383,'46'8'0,"38"0"0,5-4 0,-16-2 0,8-1 0,15-2 0,4-2 0,-33 2 0,2-1 0,1 0 0,15 0 0,3-2 0,-4 1 0,16-1 0,-3 0 0,-27 0 0,0 0 0,-2 0 0,18 1 0,-5 1 0,-4-2 0,-3 1 0,-5 2 0,-4 2 0,33-1 0,-41 0 0,-26 0 0,-28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52:52.349"/>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22 16383,'76'2'0,"0"1"0,3 1 0,-1-3 0,-9-4 0,-1-1 0,-2 2 0,1-1 0,9-3 0,0 1 0,-7 2 0,1 1 0,-4 1 0,3 0 0,0 0 0,23 1 0,3 0 0,-11 0 0,3 0 0,-2 0 0,-12 0 0,-3 0 0,1 0 0,5 0 0,0 0 0,-1 0 0,24 0 0,-2 0 0,-5 0 0,0 0 0,-1 0 0,1 0 0,1 0 0,-2 0 0,-13 1 0,0 1 0,6 0 0,-3 1 0,-17-1 0,-1 0 0,4 0 0,0-1 0,-15 0 0,-2-2 0,33 1 0,-38 0 0,-19 0 0,-20 0 0,8 3 0,-2-3 0,3 3 0,-5-3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52:30.571"/>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1 16383,'79'7'0,"7"-3"0,-24 0 0,3-1 0,6-3 0,3 1 0,17 2 0,2 1 0,-10-4 0,-2 1 0,-4 0 0,-3 1 0,-16 0 0,-5-1 0,34 0 0,-26 8 0,22-4 0,-18 4 0,-13-5 0,1 0 0,5 0 0,-12-1 0,-30-3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52:28.865"/>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1 16383,'60'13'0,"1"0"0,9 1 0,3-2 0,2-1 0,0-2 0,1 1 0,-2-1 0,-12-2 0,-2-2 0,-1 1 0,0-1 0,-5-2 0,-1-1 0,4 0 0,-2-1 0,27-1 0,-20 0 0,-32 0 0,-20 0 0,11 3 0,-14-3 0,13 4 0,-6-3 0,-7 0 0,11-1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49:41.468"/>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0 1 16383,'84'7'0,"-31"-2"0,2 1 0,7 0 0,4 0 0,15 1 0,6 1 0,-18-2 0,3 0 0,3-1 0,8-1 0,3-1 0,1-1 0,7 3 0,2 0 0,0-2 0,1-2 0,-1-1 0,-2 0 0,-15 2 0,-2 1 0,-4 0 0,21-1 0,-10 0 0,7 5 0,-35-3 0,-40-1 0,-15-3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49:40.242"/>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1 0 16383,'84'2'0,"0"0"0,-1 2 0,2-1 0,11 0 0,-4-1 0,-29 0 0,-1 0 0,16 0 0,-6 0 0,2-2 0,2 0 0,-40 0 0,-32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49:37.744"/>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1 0 16383,'79'2'0,"-1"0"0,-3-2 0,0 1 0,-2 0 0,-2 1 0,-5 0 0,-2 0 0,-6-2 0,2 0 0,11 6 0,3-1 0,-2-4 0,1 0 0,12 4 0,-1 0 0,-11-4 0,-4-1 0,-14 2 0,-3 0 0,3-2 0,-7 0 0,-5 0 0,2 0 0,-37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49:36.068"/>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0 14 16383,'77'6'0,"1"0"0,-1 0 0,10-1 0,2 1 0,-2-3 0,-8-3 0,-2-2 0,4 0 0,-8 1 0,5 0 0,-1 0 0,-5-1 0,2-1 0,-3 0 0,3 0 0,-2 1 0,4-1 0,1 1 0,-1 0 0,21 0 0,-2 1 0,0-1 0,-4-1 0,0 0 0,0 1 0,-2 1 0,0 1 0,-5 0 0,5-2 0,-5 0 0,-7 2 0,-7 0 0,13 0 0,-27 0 0,-44 0 0,-9 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49:48.826"/>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1 7 16383,'92'0'0,"-5"0"0,0 0 0,5 0 0,-14 0 0,-1 0 0,13 0 0,5 0 0,-40 1 0,0-2 0,35-2 0,-36 3 0,-25-3 0,-27 3 0,-1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52:25.194"/>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1 16383,'94'10'0,"0"-1"0,1 1 0,-10-1 0,-3-1 0,-14-3 0,14-1 0,-38-4 0,-35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52:47.573"/>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0 16383,'83'12'0,"0"0"0,-12-4 0,2-2 0,-2-1 0,18 0 0,0-2 0,-9-1 0,4 0 0,-3-1 0,11-1 0,1 0 0,-8 0 0,6 0 0,-4 0 0,13-2 0,-3 0 0,6 0 0,-7 0 0,-38 0 0,-9 0 0,-6-2 0,-27 4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05:11.147"/>
    </inkml:context>
    <inkml:brush xml:id="br0">
      <inkml:brushProperty name="width" value="0.05" units="cm"/>
      <inkml:brushProperty name="height" value="0.05" units="cm"/>
      <inkml:brushProperty name="color" value="#FF4E00"/>
      <inkml:brushProperty name="inkEffects" value="rainbow"/>
      <inkml:brushProperty name="anchorX" value="-149891.54688"/>
      <inkml:brushProperty name="anchorY" value="-80234.39063"/>
      <inkml:brushProperty name="scaleFactor" value="0.5"/>
    </inkml:brush>
    <inkml:brush xml:id="br1">
      <inkml:brushProperty name="width" value="0.05" units="cm"/>
      <inkml:brushProperty name="height" value="0.05" units="cm"/>
      <inkml:brushProperty name="color" value="#FF4E00"/>
      <inkml:brushProperty name="inkEffects" value="rainbow"/>
      <inkml:brushProperty name="anchorX" value="-170598.75"/>
      <inkml:brushProperty name="anchorY" value="-85384.52344"/>
      <inkml:brushProperty name="scaleFactor" value="0.5"/>
    </inkml:brush>
    <inkml:brush xml:id="br2">
      <inkml:brushProperty name="width" value="0.05" units="cm"/>
      <inkml:brushProperty name="height" value="0.05" units="cm"/>
      <inkml:brushProperty name="color" value="#FF4E00"/>
      <inkml:brushProperty name="inkEffects" value="rainbow"/>
      <inkml:brushProperty name="anchorX" value="-191791.625"/>
      <inkml:brushProperty name="anchorY" value="-90673.375"/>
      <inkml:brushProperty name="scaleFactor" value="0.5"/>
    </inkml:brush>
  </inkml:definitions>
  <inkml:trace contextRef="#ctx0" brushRef="#br0">95 81 24575,'4'16'0,"1"28"0,-3-14 0,1 13 0,-3-15 0,0-15 0,0 22 0,0-9 0,0-7 0,0 1 0,0-14 0,0-2 0,0-3 0</inkml:trace>
  <inkml:trace contextRef="#ctx0" brushRef="#br1" timeOffset="778">79 1 24575,'17'12'0,"3"5"0,26 26 0,-7-8 0,20 23 0,-15-14 0,15 12 0,-22-13 0,8-1 0,-3 6 0,-8-17 0,2 6 0,-20-25 0,-11-7 0,-1-3 0,-2 2 0,1-3 0,-1 5 0,1-2 0,-1-1 0,0-1 0</inkml:trace>
  <inkml:trace contextRef="#ctx0" brushRef="#br2" timeOffset="1622">1 289 24575,'48'-12'0,"1"0"0,33-11 0,-16 8 0,4-1 0,-12 1 0,-2 1 0,1 3 0,-3 1 0,15-6 0,-13 7 0,-54 9 0,-1 0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05:03.474"/>
    </inkml:context>
    <inkml:brush xml:id="br0">
      <inkml:brushProperty name="width" value="0.05" units="cm"/>
      <inkml:brushProperty name="height" value="0.05" units="cm"/>
      <inkml:brushProperty name="color" value="#FF4E00"/>
      <inkml:brushProperty name="inkEffects" value="rainbow"/>
      <inkml:brushProperty name="anchorX" value="-133996.45313"/>
      <inkml:brushProperty name="anchorY" value="-75133.25"/>
      <inkml:brushProperty name="scaleFactor" value="0.5"/>
    </inkml:brush>
  </inkml:definitions>
  <inkml:trace contextRef="#ctx0" brushRef="#br0">253 13 8191,'-31'-7'0,"7"3"5063,17 3-5063,1 1 2818,-15 0-2818,8 0 1719,-11 2-1719,14-2 6784,2 4-6784,-3 5 0,-1 3 0,-2 2 0,1 1 0,5-7 0,2 2 0,-2 0 0,4-2 0,-4 3 0,3-1 0,0-2 0,1 2 0,2-5 0,-1 2 0,1-1 0,0 1 0,0-2 0,2 2 0,0-1 0,0-1 0,0 5 0,2-3 0,0 6 0,2-7 0,-2 4 0,1-5 0,-1 1 0,4 1 0,-2-2 0,2 1 0,0-1 0,0-3 0,-1 0 0,8-2 0,-5 0 0,10 0 0,3 0 0,-4-3 0,18 0 0,-8-4 0,10-3 0,1-2 0,-14 3 0,-5 3 0,-15 4 0,-3 2 0,-1-2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04:50.291"/>
    </inkml:context>
    <inkml:brush xml:id="br0">
      <inkml:brushProperty name="width" value="0.05" units="cm"/>
      <inkml:brushProperty name="height" value="0.05" units="cm"/>
      <inkml:brushProperty name="color" value="#FF4E00"/>
      <inkml:brushProperty name="inkEffects" value="rainbow"/>
      <inkml:brushProperty name="anchorX" value="-103927.14063"/>
      <inkml:brushProperty name="anchorY" value="-66421.65625"/>
      <inkml:brushProperty name="scaleFactor" value="0.5"/>
    </inkml:brush>
    <inkml:brush xml:id="br1">
      <inkml:brushProperty name="width" value="0.05" units="cm"/>
      <inkml:brushProperty name="height" value="0.05" units="cm"/>
      <inkml:brushProperty name="color" value="#FF4E00"/>
      <inkml:brushProperty name="inkEffects" value="rainbow"/>
      <inkml:brushProperty name="anchorX" value="-118951.9375"/>
      <inkml:brushProperty name="anchorY" value="-70761.89063"/>
      <inkml:brushProperty name="scaleFactor" value="0.5"/>
    </inkml:brush>
  </inkml:definitions>
  <inkml:trace contextRef="#ctx0" brushRef="#br0">67 68 24575,'10'65'0,"-6"-25"0,4 34 0,-8-48 0,0-11 0,0-8 0,2-1 0,-2 1 0,2 1 0,-2 0 0,0 0 0,0-2 0,0-4 0,0-1 0</inkml:trace>
  <inkml:trace contextRef="#ctx0" brushRef="#br1" timeOffset="2473">1 68 24575,'31'-14'0,"8"-9"0,-2 10 0,-4-3 0,-23 14 0,-2 2 0,2 0 0,-4 0 0,4 0 0,-6 0 0,9 0 0,-8 0 0,4 0 0,-5 2 0,1-2 0,-3 3 0,3-1 0,-1 3 0,3 1 0,-1 1 0,-1-1 0,-1 1 0,-2-3 0,-1 2 0,-1-2 0,0 2 0,-2 2 0,0-2 0,0 2 0,-3-1 0,4-3 0,-5 3 0,3-1 0,-2 1 0,3-2 0,-3 2 0,3-1 0,-4 4 0,2-2 0,0 2 0,1-3 0,-1 0 0,0 1 0,1-1 0,-1 0 0,2 0 0,0-1 0,9-3 0,22-1 0,6-6 0,4 3 0,-14-2 0,-17 3 0,-5 0 0,3 0 0,-1 0 0,1 1 0,1 1 0,-2 2 0,5 2 0,1 1 0,0-1 0,-1 2 0,-4-4 0,0 3 0,0-2 0,0 1 0,-1-1 0,-2-1 0,1-1 0,0 3 0,-1-2 0,1 2 0,0 3 0,-1-1 0,0 0 0,-2-3 0,-1-1 0,2 1 0,-2 1 0,2 1 0,-2 0 0,0 0 0,-2 1 0,2-3 0,-3 2 0,1-3 0,0 1 0,-1-1 0,2-1 0,-2-1 0,2 2 0,-2-2 0,0 1 0,-3 1 0,0-1 0,1 1 0,1-1 0,1-1 0,-5 2 0,-2-1 0,-1-1 0,-7 3 0,9-4 0,-5 2 0,9-3 0,-1 0 0,1 0 0,-5 0 0,-7 0 0,-3 0 0,-6 0 0,9 0 0,-2 0 0,11 0 0,0 0 0,1-2 0,-2-1 0,1 0 0,-2-1 0,3 0 0,0 0 0,-1-1 0,-2 1 0,4-2 0,-2 2 0,4 1 0,-1-3 0,1 1 0,0 1 0,3 0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04:32.773"/>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1 16383,'57'21'0,"1"1"0,11 2 0,-2-4 0,31-4 0,-32-6 0,3-1 0,-6-5 0,2-2 0,8-1 0,1-2 0,5-8 0,0-2 0,-4 2 0,-3-1 0,-11-4 0,-5-1 0,29-3 0,-45 8 0,-23 4 0,-14 6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04:14.527"/>
    </inkml:context>
    <inkml:brush xml:id="br0">
      <inkml:brushProperty name="width" value="0.05" units="cm"/>
      <inkml:brushProperty name="height" value="0.05" units="cm"/>
      <inkml:brushProperty name="color" value="#FF6A76"/>
    </inkml:brush>
  </inkml:definitions>
  <inkml:trace contextRef="#ctx0" brushRef="#br0">1 0 24575,'17'0'0,"-8"0"0,7 0 0,-10 0 0,3 0 0,-1 0 0,2 0 0,-4 0 0,3 0 0,6 3 0,-3-2 0,3 2 0,-9-2 0,1 0 0,-3 0 0,3 1 0,-2 0 0,1 0 0,-1 1 0,3 0 0,1 1 0,2 0 0,-1 0 0,-3-1 0,-1-1 0,-2 2 0,-1-2 0,-1 0 0,1 1 0,1-3 0,-1 3 0,1-1 0,0 2 0,1-1 0,-3 1 0,8 2 0,-7-2 0,5 2 0,-5-2 0,-1-1 0,1 1 0,-1 0 0,2-1 0,0 2 0,-1 1 0,1 1 0,-1 0 0,1-1 0,-1 1 0,1-2 0,0 3 0,-1-1 0,-1-2 0,1 1 0,-2-1 0,2-1 0,-3 1 0,2-1 0,-2-1 0,2 1 0,-2-1 0,1 2 0,-1 1 0,0 0 0,0 0 0,0 0 0,0 0 0,0 0 0,0 0 0,0 1 0,0 0 0,0-1 0,0-1 0,-1-1 0,0-1 0,0 1 0,-1 1 0,0 1 0,-1 1 0,-1 0 0,0-1 0,2-1 0,1-1 0,-1-1 0,0 1 0,0-1 0,-1-1 0,1 1 0,-3 1 0,-1 0 0,-1 3 0,-1-3 0,1 3 0,-3-3 0,2 3 0,-1-3 0,4 2 0,1-4 0,1-1 0,1 1 0,-1-2 0,1 2 0,-2-1 0,-4 2 0,1 0 0,-1 0 0,1 0 0,1-3 0,1 4 0,-1-4 0,3 2 0,-3-2 0,1 1 0,-5 0 0,-1 0 0,0-1 0,1 0 0,2 0 0,3 0 0,-1 0 0,3 0 0,-1 0 0,1 0 0,-1 0 0,2-2 0,-1 2 0,1-2 0,-2 1 0,0 0 0,2-2 0,-1 3 0,1-2 0,0 1 0,-1 0 0,2 0 0,0 1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04:06.755"/>
    </inkml:context>
    <inkml:brush xml:id="br0">
      <inkml:brushProperty name="width" value="0.05" units="cm"/>
      <inkml:brushProperty name="height" value="0.05" units="cm"/>
      <inkml:brushProperty name="color" value="#FF6A76"/>
    </inkml:brush>
  </inkml:definitions>
  <inkml:trace contextRef="#ctx0" brushRef="#br0">5 1 24575,'0'12'0,"0"6"0,0-6 0,0 11 0,-2-10 0,2 6 0,-2 0 0,2-4 0,0 4 0,0-5 0,0-4 0,0 0 0,0-2 0,0-1 0,0-2 0,0 5 0,0-3 0,0 6 0,0-3 0,0 1 0,0-1 0,0 0 0,0 1 0,0 0 0,0 2 0,0-2 0,0 3 0,0-3 0,0-3 0,0-4 0,0-3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03:52.645"/>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0 16383,'67'5'0,"0"0"0,3-2 0,2 1 0,3 3 0,2 1 0,3 0 0,-2-1 0,-13-4 0,1 1 0,13 3 0,-2 0 0,-27-6 0,0-1 0,26 2 0,3 1 0,1-3 0,-2 0 0,-10 0 0,3 0 0,-1 0 0,4 0 0,-3 0 0,12 0 0,0 0 0,-10 0 0,3 0 0,-1 0 0,21 0 0,-1 0 0,-1 0 0,-4 0 0,-17 0 0,-4 0 0,-4 0 0,-3 0 0,-9 0 0,-3 0 0,25 0 0,-26 0 0,-24 0 0,-15 0 0,41 0 0,-14-4 0,21 3 0,-34-3 0,-20 4 0,-3 0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03:51.160"/>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7827 21 16383,'-58'-5'0,"-34"0"0,29 5 0,-2 1 0,-4-2 0,17-1 0,0 0 0,-14 1 0,-1 1 0,1-3 0,1 1 0,11 2 0,0 0 0,-8 0 0,0 0 0,9 0 0,1 0 0,0 0 0,0 0 0,0 0 0,1 0 0,-47 5 0,45-5 0,-2 1 0,2 1 0,0 0 0,-1-2 0,-1 0 0,2 0 0,3 0 0,-32 0 0,-6 4 0,24-3 0,-30 3 0,11-4 0,25 1 0,-3-2 0,11-1 0,-1 0 0,-19 2 0,-1-1 0,12-1 0,-2 0 0,-14 1 0,-5 2 0,8-1 0,-5 0 0,3 0 0,-14 0 0,0 0 0,9 0 0,-4 0 0,6 0 0,-4 0 0,3 0 0,-6 0 0,-1 0 0,-1 0 0,2 0 0,17 0 0,1 0 0,-16 0 0,3 0 0,-20 0 0,28 0 0,-4 0 0,8 0 0,5 0 0,-22 0 0,17 0 0,4 0 0,3 0 0,-32 0 0,5 0 0,28 0 0,-19 0 0,26-4 0,-17 3 0,32-2 0,-25 3 0,16 0 0,-5 0 0,-18 0 0,15 0 0,-24 0 0,-11 0 0,10 0 0,16 0 0,-1 0 0,-28 0 0,19 0 0,-5 0 0,-4 0 0,-1 0 0,-2 0 0,-1 0 0,-11 0 0,-1 0 0,6 0 0,3 0 0,18 0 0,0 0 0,-19 0 0,2 0 0,32 0 0,1 0 0,-23 0 0,-1 0 0,19 0 0,5 0 0,-28 0 0,35 0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03:36.895"/>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0 16383,'37'3'0,"7"2"0,-21-2 0,33 5 0,29 2 0,-25-4 0,5 0 0,16-1 0,3 0 0,-4-2 0,-1-1 0,-7-2 0,-4 0 0,-10 0 0,-6 0 0,8-2 0,-27 2 0,-29-2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03:29.131"/>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3765 65 16383,'-64'-19'0,"-12"-2"0,-16 15 0,32 1 0,-1 1 0,5 1 0,-1 2 0,-17 0 0,0 1 0,20-3 0,-1 1 0,-20 4 0,-1 1 0,7 0 0,1 0 0,0-1 0,-1 1 0,-11 2 0,2 0 0,14-4 0,2-1 0,-3 2 0,2 1 0,7-3 0,3 0 0,-32 0 0,6 4 0,16-3 0,-18 3 0,20-4 0,5 0 0,-43 0 0,11 0 0,22 0 0,-3 0 0,-2 0 0,0 0 0,1 0 0,-1 0 0,-7-2 0,3-1 0,-20 2 0,8-4 0,21 5 0,-8 0 0,16 0 0,-3 0 0,2 0 0,3 0 0,-41 0 0,46 0 0,2 0 0,-9 0 0,5 0 0,29 0 0,5 0 0,13 0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03:27.647"/>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0 123 16383,'82'0'0,"-1"0"0,3-2 0,2 0 0,8-1 0,-1 0 0,-6 0 0,0 0 0,4-2 0,3 0 0,-15 0 0,3 0 0,-3 0 0,10-1 0,0-1 0,-17-1 0,3-1 0,-7 1 0,-5 3 0,-5-1 0,-5-1 0,-3 0 0,26-2 0,-21 4 0,1 1 0,7 4 0,-5 0 0,4 0 0,-10 0 0,2 0 0,12 0 0,7 0 0,-2 0 0,6 0 0,-6 0 0,-4 0 0,0 0 0,16 0 0,9 0 0,-14 0 0,-25 0 0,-5 0 0,4 0 0,-1 0 0,29 0 0,-39 0 0,39 0 0,13 0 0,-39 0 0,5 0 0,29 2 0,0 0 0,-31-1 0,-3-1 0,8 2 0,-7 0 0,-18-2 0,-25 0 0,-11 0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03:26.848"/>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1 16383,'0'0'0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03:31.934"/>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0 16383,'60'12'0,"12"-1"0,-15 2 0,38-3 0,-5 4 0,-35-9 0,3 0 0,7 3 0,1-1 0,2-3 0,2-1 0,13 1 0,3 1 0,9-2 0,1-1 0,-8-2 0,0 1 0,4 2 0,-3-1 0,-19-2 0,-1 0 0,2 0 0,-1 0 0,-4-2 0,-1-1 0,0 3 0,0-1 0,11-4 0,-6 1 0,2 3 0,-14-2 0,0 1 0,19 2 0,-29-2 0,4 0 0,8 1 0,-1 1 0,36-9 0,-45 8 0,1 1 0,2-2 0,1 0 0,5 1 0,0 2 0,0-1 0,1 0 0,2 0 0,0 0 0,-1 0 0,-2 0 0,-5 0 0,1 0 0,20 0 0,1 0 0,-20-3 0,-1 1 0,5 2 0,0-1 0,-8-1 0,-4 0 0,23 2 0,-13 0 0,4 0 0,-5 0 0,1 0 0,19 0 0,4 0 0,1 0 0,-1 0 0,-9 0 0,-1 0 0,12 0 0,-1 0 0,-13 0 0,-1 0 0,7 0 0,1 0 0,2-3 0,-1 1 0,0 1 0,0 1 0,5-3 0,1 1 0,-1 2 0,-1 0 0,-9-2 0,-3-1 0,-12 3 0,-3-1 0,45-3 0,-50 4 0,13 0 0,-28 0 0,19 0 0,-18 0 0,-5 0 0,-18 0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03:55.232"/>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1 16383,'40'16'0,"-1"0"0,28-1 0,7-2 0,11 2 0,9-2 0,6-1 0,-37-4 0,-2-1 0,19-1 0,3-1 0,0 1 0,0-1 0,2-2 0,0-1 0,-8-2 0,-2 0 0,-7 0 0,-2 0 0,-8 0 0,-1 0 0,5 0 0,0 0 0,0 0 0,1 0 0,-2 0 0,2 0 0,7 0 0,0 0 0,-4 0 0,-2 0 0,-2 0 0,2 0 0,9 0 0,-1 0 0,-12-3 0,-1 1 0,2 1 0,1 1 0,11-3 0,0 1 0,-7 2 0,0 0 0,17 1 0,3-2 0,3-3 0,-3-1 0,-18 4 0,-1-1 0,20-5 0,-3 0 0,-34 6 0,0 1 0,29-3 0,4 1 0,-1 2 0,0 0 0,3 0 0,2 0 0,-21-1 0,2-1 0,-2 0 0,18 2 0,-2-1 0,-2-4 0,-1 1 0,0 3 0,-3 1 0,-21-3 0,-2 1 0,19 2 0,-1 0 0,28 0 0,-31 0 0,1 0 0,-15 0 0,-3 0 0,47 0 0,-33 0 0,2 0 0,-11 0 0,0 0 0,13 2 0,1 0 0,4-1 0,-2-1 0,-14 5 0,0-1 0,22-3 0,0-1 0,-17 3 0,-1-1 0,11-2 0,-3 0 0,-19 0 0,0 0 0,17 0 0,2 0 0,-11 0 0,2 0 0,17 0 0,2 0 0,-11 0 0,-2 0 0,-1 0 0,-1 0 0,-10 0 0,-1 0 0,1 0 0,0 0 0,9 0 0,3 0 0,4 0 0,0 0 0,-6 0 0,2 0 0,12 0 0,-2 0 0,-18 0 0,-3 0 0,5 0 0,0 0 0,-4 0 0,-2 0 0,33 0 0,-34 2 0,-1 0 0,36-1 0,-4 4 0,-29-5 0,-4 0 0,3 4 0,-7-3 0,32 7 0,-26-3 0,18 1 0,-21-2 0,-3-8 0,0-1 0,3-3 0,16 3 0,-26-1 0,-5 6 0,-29-4 0,-7 4 0,-2-2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3:03:34.982"/>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0 16383,'92'21'0,"3"-4"0,-2 1 0,-25-12 0,4-1 0,-11 1 0,2-2 0,2-1 0,5-2 0,-1 0 0,14-1 0,-1 0 0,14 0 0,1 0 0,-6 0 0,-8 0 0,8 0 0,-15 0 0,-74 0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4:02:09.924"/>
    </inkml:context>
    <inkml:brush xml:id="br0">
      <inkml:brushProperty name="width" value="0.05" units="cm"/>
      <inkml:brushProperty name="height" value="0.05" units="cm"/>
      <inkml:brushProperty name="color" value="#F6630D"/>
    </inkml:brush>
  </inkml:definitions>
  <inkml:trace contextRef="#ctx0" brushRef="#br0">285 407 24575,'-15'2'0,"-43"8"0,13 4 0,-27 1 0,43-5 0,12-4 0,14-2 0,-12 13 0,6-3 0,-7 3 0,11-7 0,4-5 0,1-1 0,0 1 0,0-1 0,0-2 0,1 0 0,0 0 0,1-2 0,0 3 0,2-3 0,19 4 0,4-3 0,10 1 0,-13-2 0,-7-4 0,36-21 0,-4-2 0,30-9 0,-40 17 0,-18 9 0,-19 8 0,-2 1 0</inkml:trace>
  <inkml:trace contextRef="#ctx0" brushRef="#br0" timeOffset="900">365 396 24575,'3'26'0,"0"14"0,0-11 0,1 5 0,-4-28 0,3 1 0,-2-2 0,0 1 0,1-1 0,-2-1 0,1-1 0,-1-1 0,2 0 0,-1 1 0,0 1 0,0-1 0,-1-1 0,1 1 0,0-2 0,0 1 0,0-1 0,-1 0 0</inkml:trace>
  <inkml:trace contextRef="#ctx0" brushRef="#br0" timeOffset="2023">689 374 24575,'-6'-1'0,"-34"3"0,17 1 0,-27 6 0,34-5 0,2 1 0,13-2 0,-11 10 0,2 1 0,-9 12 0,5-6 0,5-6 0,3-4 0,5-6 0,0-2 0,1 1 0,-2 6 0,1-3 0,-1 4 0,2-5 0,0-1 0,0 1 0,0-1 0,1 0 0,-1-2 0,3 1 0,-2-2 0,1 2 0,0-3 0,-1 1 0,24-1 0,2 0 0,10-2 0,-14 1 0,-15-1 0,-7 2 0</inkml:trace>
  <inkml:trace contextRef="#ctx0" brushRef="#br0" timeOffset="3216">697 280 24575,'3'20'0,"-1"4"0,-2-8 0,0 2 0,0-8 0,0 4 0,0-3 0,0 3 0,0-8 0,0 0 0,0-2 0,0-1 0,0 4 0,0-1 0,0 2 0,0-2 0,0-2 0,0 0 0,0 0 0,0 1 0,0-1 0,0 1 0,0 1 0,0-1 0,0 2 0,-1-4 0,0 2 0,0-3 0,1 2 0,0 0 0,0 2 0,0 0 0,0-1 0,0-3 0</inkml:trace>
  <inkml:trace contextRef="#ctx0" brushRef="#br0" timeOffset="4334">720 0 24575,'-1'8'0,"-5"13"0,-1 9 0,0 0 0,2-3 0,5-17 0,0-4 0,0 1 0,0 3 0,0 3 0,0-2 0,-2 7 0,2-4 0,-2-1 0,2-2 0,0-7 0,0 0 0,0 2 0,-2 0 0,2 2 0,-2 0 0,2-3 0,0 0 0,0-1 0,0 0 0,0-1 0,0 0 0,2 1 0,-2-1 0,1-2 0,-1 0 0</inkml:trace>
  <inkml:trace contextRef="#ctx0" brushRef="#br0" timeOffset="5389">936 292 24575,'0'23'0,"0"-2"0,0 10 0,0 0 0,0 1 0,0-8 0,0 1 0,0-14 0,0 10 0,0-9 0,0 6 0,0-10 0,0-1 0,0-3 0,0 0 0,1 4 0,-1-4 0,1 12 0,-2-11 0,-1 8 0,1-7 0,-2 0 0,2-3 0,-2-2 0,0-1 0,1 0 0,-2 0 0,-2-2 0,-4-4 0,0 0 0,1-2 0,3 3 0,2-1 0,-3-8 0,2 2 0,-2-3 0,5 9 0,0 1 0,2 3 0,-1 0 0</inkml:trace>
  <inkml:trace contextRef="#ctx0" brushRef="#br0" timeOffset="6483">848 279 24575,'10'0'0,"26"-3"0,35-7 0,-23 4 0,12-3 0,-59 9 0,0 0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4T14:02:05.211"/>
    </inkml:context>
    <inkml:brush xml:id="br0">
      <inkml:brushProperty name="width" value="0.05" units="cm"/>
      <inkml:brushProperty name="height" value="0.05" units="cm"/>
      <inkml:brushProperty name="color" value="#F6630D"/>
    </inkml:brush>
  </inkml:definitions>
  <inkml:trace contextRef="#ctx0" brushRef="#br0">0 59 24575,'4'23'0,"0"-11"0,1 25 0,-3-26 0,0 8 0,-2-14 0,0 0 0,0 1 0,0 5 0,0-5 0,0 11 0,0 0 0,0-4 0,0 1 0,0-10 0,0 1 0,0 13 0,0-3 0,0 5 0,0-8 0,0-8 0,0-2 0,0-1 0</inkml:trace>
  <inkml:trace contextRef="#ctx0" brushRef="#br0" timeOffset="1652">2 4 24575,'6'9'0,"4"7"0,-3-6 0,3 11 0,-5-14 0,5 11 0,-3-9 0,4 6 0,-5-7 0,-1-2 0,-1-1 0,-1-1 0,0 2 0,1-2 0,0 1 0,-1-1 0,0 1 0,1 0 0,-1-1 0,1 1 0,0-2 0,-2 2 0,2-1 0,-1 0 0,-1 1 0,2-2 0,-1 1 0,2 1 0,-2 0 0,0-1 0,-1 0 0,1-2 0,-1 2 0,3 0 0,-2 1 0,1 0 0,-2 0 0,2 1 0,-1-1 0,1-1 0,-2 1 0,0-2 0,0-1 0,-2 1 0,2-3 0,-1 2 0,1 1 0,-1 1 0,2-1 0,0 1 0,-1-2 0,1 1 0,-2-1 0,2-1 0,-2 3 0,2-1 0,-1 1 0,1-3 0,-2 2 0,6 3 0,-4-1 0,5 4 0,-6-6 0,0-1 0,-1-2 0</inkml:trace>
  <inkml:trace contextRef="#ctx0" brushRef="#br0" timeOffset="2924">227 0 24575,'6'12'0,"-2"5"0,2 10 0,-3 2 0,1 3 0,-3-13 0,1-3 0,-2-9 0,2-2 0,-2 2 0,1-1 0,-1 1 0,0 1 0,0-2 0,0 0 0,0-3 0,0 0 0,0 0 0,0 10 0,0-4 0,0 5 0,0-8 0,1-3 0,-1 0 0,2 1 0,-2-1 0,0-1 0,1 1 0,-1-1 0,1 0 0,-1-1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10</Pages>
  <Words>4322</Words>
  <Characters>24641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28906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 ta</cp:lastModifiedBy>
  <cp:revision>6</cp:revision>
  <dcterms:created xsi:type="dcterms:W3CDTF">2026-04-23T15:59:00Z</dcterms:created>
  <dcterms:modified xsi:type="dcterms:W3CDTF">2026-05-04T16:01:00Z</dcterms:modified>
  <cp:category/>
</cp:coreProperties>
</file>